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552CA62" w14:textId="77777777" w:rsidR="007764CA" w:rsidRPr="008F4407" w:rsidRDefault="00A9614F" w:rsidP="00E01B9E">
      <w:pPr>
        <w:spacing w:after="0" w:line="240" w:lineRule="auto"/>
        <w:ind w:firstLine="3686"/>
        <w:jc w:val="center"/>
        <w:rPr>
          <w:bCs/>
          <w:szCs w:val="28"/>
          <w:lang w:val="uk-UA"/>
        </w:rPr>
      </w:pPr>
      <w:r w:rsidRPr="008F4407">
        <w:rPr>
          <w:bCs/>
          <w:szCs w:val="28"/>
          <w:lang w:val="uk-UA"/>
        </w:rPr>
        <w:t>ЗАТВЕРДЖЕНО</w:t>
      </w:r>
    </w:p>
    <w:p w14:paraId="042B12EF" w14:textId="77777777" w:rsidR="007764CA" w:rsidRPr="008F4407" w:rsidRDefault="00A9614F" w:rsidP="00E01B9E">
      <w:pPr>
        <w:spacing w:after="0" w:line="240" w:lineRule="auto"/>
        <w:ind w:firstLine="3686"/>
        <w:jc w:val="center"/>
        <w:rPr>
          <w:bCs/>
          <w:szCs w:val="28"/>
          <w:lang w:val="uk-UA"/>
        </w:rPr>
      </w:pPr>
      <w:r w:rsidRPr="008F4407">
        <w:rPr>
          <w:bCs/>
          <w:szCs w:val="28"/>
          <w:lang w:val="uk-UA"/>
        </w:rPr>
        <w:t>постановою Кабінету Міністрів України</w:t>
      </w:r>
    </w:p>
    <w:p w14:paraId="0381FBB9" w14:textId="61023560" w:rsidR="007764CA" w:rsidRPr="008F4407" w:rsidRDefault="00A9614F" w:rsidP="00E01B9E">
      <w:pPr>
        <w:spacing w:after="0" w:line="240" w:lineRule="auto"/>
        <w:ind w:firstLine="3686"/>
        <w:jc w:val="center"/>
        <w:rPr>
          <w:bCs/>
          <w:szCs w:val="28"/>
          <w:lang w:val="uk-UA"/>
        </w:rPr>
      </w:pPr>
      <w:r w:rsidRPr="008F4407">
        <w:rPr>
          <w:bCs/>
          <w:szCs w:val="28"/>
          <w:lang w:val="uk-UA"/>
        </w:rPr>
        <w:t xml:space="preserve">від </w:t>
      </w:r>
      <w:r w:rsidR="00D43A07" w:rsidRPr="008F4407">
        <w:rPr>
          <w:bCs/>
          <w:szCs w:val="28"/>
          <w:lang w:val="uk-UA"/>
        </w:rPr>
        <w:t xml:space="preserve">              </w:t>
      </w:r>
      <w:r w:rsidRPr="008F4407">
        <w:rPr>
          <w:bCs/>
          <w:szCs w:val="28"/>
          <w:lang w:val="uk-UA"/>
        </w:rPr>
        <w:t xml:space="preserve">2026 р. № </w:t>
      </w:r>
    </w:p>
    <w:p w14:paraId="75222E9E" w14:textId="77777777" w:rsidR="00D43A07" w:rsidRPr="008F4407" w:rsidRDefault="00D43A07" w:rsidP="00E01B9E">
      <w:pPr>
        <w:spacing w:after="0" w:line="240" w:lineRule="auto"/>
        <w:jc w:val="center"/>
        <w:rPr>
          <w:b/>
          <w:color w:val="000000"/>
          <w:szCs w:val="28"/>
          <w:lang w:val="uk-UA"/>
        </w:rPr>
      </w:pPr>
    </w:p>
    <w:p w14:paraId="4D5B4506" w14:textId="77777777" w:rsidR="001F2BEB" w:rsidRPr="008F4407" w:rsidRDefault="001F2BEB" w:rsidP="00E01B9E">
      <w:pPr>
        <w:spacing w:after="0" w:line="240" w:lineRule="auto"/>
        <w:jc w:val="center"/>
        <w:rPr>
          <w:b/>
          <w:color w:val="000000"/>
          <w:szCs w:val="28"/>
          <w:lang w:val="uk-UA"/>
        </w:rPr>
      </w:pPr>
    </w:p>
    <w:p w14:paraId="366CF8D2" w14:textId="38C4E8C2" w:rsidR="007764CA" w:rsidRPr="008F4407" w:rsidRDefault="00A9614F" w:rsidP="00E01B9E">
      <w:pPr>
        <w:spacing w:after="0" w:line="240" w:lineRule="auto"/>
        <w:jc w:val="center"/>
        <w:rPr>
          <w:szCs w:val="28"/>
          <w:lang w:val="uk-UA"/>
        </w:rPr>
      </w:pPr>
      <w:r w:rsidRPr="008F4407">
        <w:rPr>
          <w:b/>
          <w:szCs w:val="28"/>
          <w:lang w:val="uk-UA"/>
        </w:rPr>
        <w:t>ПОРЯДОК</w:t>
      </w:r>
    </w:p>
    <w:p w14:paraId="5673A353" w14:textId="502E4A26" w:rsidR="00EE0612" w:rsidRPr="008F4407" w:rsidRDefault="008B46FF" w:rsidP="00FE39DC">
      <w:pPr>
        <w:spacing w:after="0" w:line="240" w:lineRule="auto"/>
        <w:ind w:firstLine="567"/>
        <w:jc w:val="center"/>
        <w:rPr>
          <w:b/>
          <w:color w:val="000000" w:themeColor="text1"/>
          <w:szCs w:val="28"/>
          <w:lang w:val="uk-UA" w:eastAsia="ru-RU"/>
        </w:rPr>
      </w:pPr>
      <w:r w:rsidRPr="008F4407">
        <w:rPr>
          <w:b/>
          <w:szCs w:val="28"/>
          <w:lang w:val="uk-UA"/>
        </w:rPr>
        <w:t xml:space="preserve">координації та взаємодії </w:t>
      </w:r>
      <w:r w:rsidRPr="008F4407">
        <w:rPr>
          <w:b/>
          <w:color w:val="000000" w:themeColor="text1"/>
          <w:szCs w:val="28"/>
          <w:lang w:val="uk-UA"/>
        </w:rPr>
        <w:t>міністерств, інших центральних органів виконавчої влади,</w:t>
      </w:r>
      <w:r w:rsidRPr="008F4407">
        <w:rPr>
          <w:b/>
          <w:color w:val="000000" w:themeColor="text1"/>
          <w:szCs w:val="28"/>
          <w:lang w:val="uk-UA" w:eastAsia="ru-RU"/>
        </w:rPr>
        <w:t xml:space="preserve"> Ради міністрів Автономної Республіки Крим, обласних, Київської міської держ</w:t>
      </w:r>
      <w:r w:rsidR="008F4407" w:rsidRPr="008F4407">
        <w:rPr>
          <w:b/>
          <w:color w:val="000000" w:themeColor="text1"/>
          <w:szCs w:val="28"/>
          <w:lang w:val="uk-UA" w:eastAsia="ru-RU"/>
        </w:rPr>
        <w:t>а</w:t>
      </w:r>
      <w:r w:rsidRPr="008F4407">
        <w:rPr>
          <w:b/>
          <w:color w:val="000000" w:themeColor="text1"/>
          <w:szCs w:val="28"/>
          <w:lang w:val="uk-UA" w:eastAsia="ru-RU"/>
        </w:rPr>
        <w:t xml:space="preserve">дміністрацій (військових адміністрацій), </w:t>
      </w:r>
    </w:p>
    <w:p w14:paraId="589132DD" w14:textId="55591B28" w:rsidR="00EE0612" w:rsidRPr="008F4407" w:rsidRDefault="008B46FF" w:rsidP="00FE39DC">
      <w:pPr>
        <w:spacing w:after="0" w:line="240" w:lineRule="auto"/>
        <w:ind w:firstLine="567"/>
        <w:jc w:val="center"/>
        <w:rPr>
          <w:b/>
          <w:color w:val="000000" w:themeColor="text1"/>
          <w:szCs w:val="28"/>
          <w:lang w:val="uk-UA" w:eastAsia="ru-RU"/>
        </w:rPr>
      </w:pPr>
      <w:r w:rsidRPr="008F4407">
        <w:rPr>
          <w:b/>
          <w:color w:val="000000" w:themeColor="text1"/>
          <w:szCs w:val="28"/>
          <w:lang w:val="uk-UA" w:eastAsia="ru-RU"/>
        </w:rPr>
        <w:t>органів місцевого самоврядування (за згодою), громадських об’єднань (за згодою), професійних спілок та їх об’єднань (за згодою), організацій роботодавців та їх об’єднань (за згодою), інших юридичних осіб незалежно від організаційно-правової форми</w:t>
      </w:r>
      <w:r w:rsidR="00EE0612" w:rsidRPr="008F4407">
        <w:rPr>
          <w:b/>
          <w:color w:val="000000" w:themeColor="text1"/>
          <w:szCs w:val="28"/>
          <w:lang w:val="uk-UA" w:eastAsia="ru-RU"/>
        </w:rPr>
        <w:t xml:space="preserve"> (за згодою)</w:t>
      </w:r>
      <w:r w:rsidRPr="008F4407">
        <w:rPr>
          <w:b/>
          <w:color w:val="000000" w:themeColor="text1"/>
          <w:szCs w:val="28"/>
          <w:lang w:val="uk-UA" w:eastAsia="ru-RU"/>
        </w:rPr>
        <w:t xml:space="preserve">, фізичних осіб </w:t>
      </w:r>
      <w:r w:rsidR="00FE39DC" w:rsidRPr="008F4407">
        <w:rPr>
          <w:b/>
          <w:color w:val="000000" w:themeColor="text1"/>
          <w:szCs w:val="28"/>
          <w:lang w:val="uk-UA" w:eastAsia="ru-RU"/>
        </w:rPr>
        <w:t>–</w:t>
      </w:r>
      <w:r w:rsidRPr="008F4407">
        <w:rPr>
          <w:b/>
          <w:color w:val="000000" w:themeColor="text1"/>
          <w:szCs w:val="28"/>
          <w:lang w:val="uk-UA" w:eastAsia="ru-RU"/>
        </w:rPr>
        <w:t xml:space="preserve"> підприємців</w:t>
      </w:r>
      <w:r w:rsidR="00EE0612" w:rsidRPr="008F4407">
        <w:rPr>
          <w:b/>
          <w:color w:val="000000" w:themeColor="text1"/>
          <w:szCs w:val="28"/>
          <w:lang w:val="uk-UA" w:eastAsia="ru-RU"/>
        </w:rPr>
        <w:t xml:space="preserve"> </w:t>
      </w:r>
    </w:p>
    <w:p w14:paraId="113AC35F" w14:textId="77777777" w:rsidR="00EE0612" w:rsidRPr="008F4407" w:rsidRDefault="00EE0612" w:rsidP="00FE39DC">
      <w:pPr>
        <w:spacing w:after="0" w:line="240" w:lineRule="auto"/>
        <w:ind w:firstLine="567"/>
        <w:jc w:val="center"/>
        <w:rPr>
          <w:b/>
          <w:szCs w:val="28"/>
          <w:lang w:val="uk-UA"/>
        </w:rPr>
      </w:pPr>
      <w:r w:rsidRPr="008F4407">
        <w:rPr>
          <w:b/>
          <w:color w:val="000000" w:themeColor="text1"/>
          <w:szCs w:val="28"/>
          <w:lang w:val="uk-UA" w:eastAsia="ru-RU"/>
        </w:rPr>
        <w:t>(за згодою)</w:t>
      </w:r>
      <w:r w:rsidR="008B46FF" w:rsidRPr="008F4407">
        <w:rPr>
          <w:b/>
          <w:color w:val="000000" w:themeColor="text1"/>
          <w:szCs w:val="28"/>
          <w:lang w:val="uk-UA" w:eastAsia="ru-RU"/>
        </w:rPr>
        <w:t>, міжнародних організацій</w:t>
      </w:r>
      <w:r w:rsidRPr="008F4407">
        <w:rPr>
          <w:b/>
          <w:color w:val="000000" w:themeColor="text1"/>
          <w:szCs w:val="28"/>
          <w:lang w:val="uk-UA" w:eastAsia="ru-RU"/>
        </w:rPr>
        <w:t xml:space="preserve"> (за згодою)</w:t>
      </w:r>
      <w:r w:rsidR="008B46FF" w:rsidRPr="008F4407">
        <w:rPr>
          <w:b/>
          <w:szCs w:val="28"/>
          <w:lang w:val="uk-UA"/>
        </w:rPr>
        <w:t xml:space="preserve"> з питань впровадження в Україні ініціативи Європейського Союзу </w:t>
      </w:r>
    </w:p>
    <w:p w14:paraId="4436E20E" w14:textId="2D4D802B" w:rsidR="008B46FF" w:rsidRPr="008F4407" w:rsidRDefault="008B46FF" w:rsidP="00FE39DC">
      <w:pPr>
        <w:spacing w:after="0" w:line="240" w:lineRule="auto"/>
        <w:ind w:firstLine="567"/>
        <w:jc w:val="center"/>
        <w:rPr>
          <w:b/>
          <w:color w:val="000000" w:themeColor="text1"/>
          <w:szCs w:val="28"/>
          <w:lang w:val="uk-UA" w:eastAsia="ru-RU"/>
        </w:rPr>
      </w:pPr>
      <w:r w:rsidRPr="008F4407">
        <w:rPr>
          <w:b/>
          <w:szCs w:val="28"/>
          <w:lang w:val="uk-UA"/>
        </w:rPr>
        <w:t>«Молодіжна гарантія»</w:t>
      </w:r>
      <w:r w:rsidRPr="008F4407">
        <w:rPr>
          <w:b/>
          <w:i/>
          <w:szCs w:val="28"/>
          <w:lang w:val="uk-UA"/>
        </w:rPr>
        <w:t xml:space="preserve"> </w:t>
      </w:r>
      <w:r w:rsidRPr="008F4407">
        <w:rPr>
          <w:b/>
          <w:i/>
          <w:color w:val="0032C8"/>
          <w:szCs w:val="28"/>
          <w:lang w:val="uk-UA"/>
        </w:rPr>
        <w:t xml:space="preserve"> </w:t>
      </w:r>
    </w:p>
    <w:p w14:paraId="48FB44C0" w14:textId="77777777" w:rsidR="00E01B9E" w:rsidRPr="008F4407" w:rsidRDefault="00E01B9E" w:rsidP="00E01B9E">
      <w:pPr>
        <w:spacing w:after="0" w:line="240" w:lineRule="auto"/>
        <w:jc w:val="center"/>
        <w:rPr>
          <w:b/>
          <w:i/>
          <w:color w:val="0032C8"/>
          <w:szCs w:val="28"/>
          <w:lang w:val="uk-UA"/>
        </w:rPr>
      </w:pPr>
    </w:p>
    <w:p w14:paraId="31D15419" w14:textId="77777777" w:rsidR="00E01B9E" w:rsidRPr="008F4407" w:rsidRDefault="00E01B9E" w:rsidP="00E01B9E">
      <w:pPr>
        <w:spacing w:after="0" w:line="240" w:lineRule="auto"/>
        <w:jc w:val="center"/>
        <w:rPr>
          <w:szCs w:val="28"/>
          <w:lang w:val="uk-UA"/>
        </w:rPr>
      </w:pPr>
    </w:p>
    <w:p w14:paraId="44683A20" w14:textId="71DDE7BA" w:rsidR="00D1511B" w:rsidRPr="008F4407" w:rsidRDefault="00A9614F" w:rsidP="00FE39DC">
      <w:pPr>
        <w:spacing w:after="0" w:line="240" w:lineRule="auto"/>
        <w:ind w:firstLine="567"/>
        <w:jc w:val="both"/>
        <w:rPr>
          <w:color w:val="000000" w:themeColor="text1"/>
          <w:szCs w:val="28"/>
          <w:lang w:val="uk-UA" w:eastAsia="ru-RU"/>
        </w:rPr>
      </w:pPr>
      <w:r w:rsidRPr="008F4407">
        <w:rPr>
          <w:szCs w:val="28"/>
          <w:lang w:val="uk-UA"/>
        </w:rPr>
        <w:t xml:space="preserve">1. Цей Порядок </w:t>
      </w:r>
      <w:r w:rsidR="00D1511B" w:rsidRPr="008F4407">
        <w:rPr>
          <w:szCs w:val="28"/>
          <w:lang w:val="uk-UA"/>
        </w:rPr>
        <w:t xml:space="preserve">визначає загальний механізм координації та взаємодії </w:t>
      </w:r>
      <w:r w:rsidR="00D1511B" w:rsidRPr="008F4407">
        <w:rPr>
          <w:color w:val="000000" w:themeColor="text1"/>
          <w:szCs w:val="28"/>
          <w:lang w:val="uk-UA"/>
        </w:rPr>
        <w:t>міністерств, інших центральних органів виконавчої влади,</w:t>
      </w:r>
      <w:r w:rsidR="00D1511B" w:rsidRPr="008F4407">
        <w:rPr>
          <w:color w:val="000000" w:themeColor="text1"/>
          <w:szCs w:val="28"/>
          <w:lang w:val="uk-UA" w:eastAsia="ru-RU"/>
        </w:rPr>
        <w:t xml:space="preserve"> Ради міністрів Автономної Республіки Крим, обласних, Київської міської держадміністрацій (військових адміністрацій), органів місцевого самоврядування (за згодою), громадських об’єднань (за згодою), професійних спілок та їх об’єднань </w:t>
      </w:r>
      <w:r w:rsidR="00C95524" w:rsidRPr="008F4407">
        <w:rPr>
          <w:color w:val="000000" w:themeColor="text1"/>
          <w:szCs w:val="28"/>
          <w:lang w:val="uk-UA" w:eastAsia="ru-RU"/>
        </w:rPr>
        <w:t xml:space="preserve">                       </w:t>
      </w:r>
      <w:r w:rsidR="00D1511B" w:rsidRPr="008F4407">
        <w:rPr>
          <w:color w:val="000000" w:themeColor="text1"/>
          <w:szCs w:val="28"/>
          <w:lang w:val="uk-UA" w:eastAsia="ru-RU"/>
        </w:rPr>
        <w:t>(за згодою), організацій роботодавців та їх об’єднань (за згодою), інших юридичних осіб незалежно від організаційно-правової форми</w:t>
      </w:r>
      <w:r w:rsidR="003D05D0" w:rsidRPr="008F4407">
        <w:rPr>
          <w:color w:val="000000" w:themeColor="text1"/>
          <w:szCs w:val="28"/>
          <w:lang w:val="uk-UA" w:eastAsia="ru-RU"/>
        </w:rPr>
        <w:t xml:space="preserve"> </w:t>
      </w:r>
      <w:r w:rsidR="003D05D0" w:rsidRPr="008F4407">
        <w:rPr>
          <w:bCs/>
          <w:color w:val="000000" w:themeColor="text1"/>
          <w:szCs w:val="28"/>
          <w:lang w:val="uk-UA" w:eastAsia="ru-RU"/>
        </w:rPr>
        <w:t>(за згодою)</w:t>
      </w:r>
      <w:r w:rsidR="00D1511B" w:rsidRPr="008F4407">
        <w:rPr>
          <w:bCs/>
          <w:color w:val="000000" w:themeColor="text1"/>
          <w:szCs w:val="28"/>
          <w:lang w:val="uk-UA" w:eastAsia="ru-RU"/>
        </w:rPr>
        <w:t>,</w:t>
      </w:r>
      <w:r w:rsidR="00D1511B" w:rsidRPr="008F4407">
        <w:rPr>
          <w:color w:val="000000" w:themeColor="text1"/>
          <w:szCs w:val="28"/>
          <w:lang w:val="uk-UA" w:eastAsia="ru-RU"/>
        </w:rPr>
        <w:t xml:space="preserve"> фізичних осіб </w:t>
      </w:r>
      <w:r w:rsidR="00FE39DC" w:rsidRPr="008F4407">
        <w:rPr>
          <w:color w:val="000000" w:themeColor="text1"/>
          <w:szCs w:val="28"/>
          <w:lang w:val="uk-UA" w:eastAsia="ru-RU"/>
        </w:rPr>
        <w:t>–</w:t>
      </w:r>
      <w:r w:rsidR="00D1511B" w:rsidRPr="008F4407">
        <w:rPr>
          <w:color w:val="000000" w:themeColor="text1"/>
          <w:szCs w:val="28"/>
          <w:lang w:val="uk-UA" w:eastAsia="ru-RU"/>
        </w:rPr>
        <w:t xml:space="preserve"> підприємців</w:t>
      </w:r>
      <w:r w:rsidR="003D05D0" w:rsidRPr="008F4407">
        <w:rPr>
          <w:color w:val="000000" w:themeColor="text1"/>
          <w:szCs w:val="28"/>
          <w:lang w:val="uk-UA" w:eastAsia="ru-RU"/>
        </w:rPr>
        <w:t xml:space="preserve"> </w:t>
      </w:r>
      <w:r w:rsidR="003D05D0" w:rsidRPr="008F4407">
        <w:rPr>
          <w:bCs/>
          <w:color w:val="000000" w:themeColor="text1"/>
          <w:szCs w:val="28"/>
          <w:lang w:val="uk-UA" w:eastAsia="ru-RU"/>
        </w:rPr>
        <w:t>(за згодою)</w:t>
      </w:r>
      <w:r w:rsidR="00D1511B" w:rsidRPr="008F4407">
        <w:rPr>
          <w:color w:val="000000" w:themeColor="text1"/>
          <w:szCs w:val="28"/>
          <w:lang w:val="uk-UA" w:eastAsia="ru-RU"/>
        </w:rPr>
        <w:t>, міжнародних організацій</w:t>
      </w:r>
      <w:r w:rsidR="00D1511B" w:rsidRPr="008F4407">
        <w:rPr>
          <w:szCs w:val="28"/>
          <w:lang w:val="uk-UA"/>
        </w:rPr>
        <w:t xml:space="preserve"> </w:t>
      </w:r>
      <w:r w:rsidR="003D05D0" w:rsidRPr="008F4407">
        <w:rPr>
          <w:bCs/>
          <w:color w:val="000000" w:themeColor="text1"/>
          <w:szCs w:val="28"/>
          <w:lang w:val="uk-UA" w:eastAsia="ru-RU"/>
        </w:rPr>
        <w:t xml:space="preserve">(за </w:t>
      </w:r>
      <w:r w:rsidR="003D05D0" w:rsidRPr="00882803">
        <w:rPr>
          <w:bCs/>
          <w:color w:val="000000" w:themeColor="text1"/>
          <w:szCs w:val="28"/>
          <w:lang w:val="uk-UA" w:eastAsia="ru-RU"/>
        </w:rPr>
        <w:t xml:space="preserve">згодою) </w:t>
      </w:r>
      <w:r w:rsidR="00D1511B" w:rsidRPr="00882803">
        <w:rPr>
          <w:szCs w:val="28"/>
          <w:lang w:val="uk-UA"/>
        </w:rPr>
        <w:t>з питань впровадження в Україні ініціативи Європейського Союзу «Молодіжна гарантія»</w:t>
      </w:r>
      <w:r w:rsidR="00D1511B" w:rsidRPr="00882803">
        <w:rPr>
          <w:i/>
          <w:szCs w:val="28"/>
          <w:lang w:val="uk-UA"/>
        </w:rPr>
        <w:t xml:space="preserve"> </w:t>
      </w:r>
      <w:r w:rsidRPr="00882803">
        <w:rPr>
          <w:szCs w:val="28"/>
          <w:lang w:val="uk-UA"/>
        </w:rPr>
        <w:t>(далі – суб’єкти впровадження)</w:t>
      </w:r>
      <w:r w:rsidRPr="00882803">
        <w:rPr>
          <w:i/>
          <w:szCs w:val="28"/>
          <w:lang w:val="uk-UA"/>
        </w:rPr>
        <w:t xml:space="preserve"> </w:t>
      </w:r>
      <w:r w:rsidRPr="00882803">
        <w:rPr>
          <w:szCs w:val="28"/>
          <w:lang w:val="uk-UA"/>
        </w:rPr>
        <w:t>щодо виявлення, залучення</w:t>
      </w:r>
      <w:r w:rsidRPr="008F4407">
        <w:rPr>
          <w:szCs w:val="28"/>
          <w:lang w:val="uk-UA"/>
        </w:rPr>
        <w:t xml:space="preserve"> та підтримки у всіх необхідних формах молодих осіб, які не працюють, не навчаються за будь-якою з форм здобуття освіти та не проходять професійну підготовку, перепідготовку або підвищення кваліфікації, перебувають у складних життєвих обставинах чи потребують додаткової допомоги для соціальної інтеграції та економічної самозарадності (далі – молоді особи NEET), а також проведення картування</w:t>
      </w:r>
      <w:r w:rsidRPr="008F4407">
        <w:rPr>
          <w:i/>
          <w:szCs w:val="28"/>
          <w:lang w:val="uk-UA"/>
        </w:rPr>
        <w:t xml:space="preserve"> </w:t>
      </w:r>
      <w:r w:rsidRPr="008F4407">
        <w:rPr>
          <w:szCs w:val="28"/>
          <w:lang w:val="uk-UA"/>
        </w:rPr>
        <w:t xml:space="preserve">послуг та форм підтримки у межах реалізації плану заходів щодо впровадження в Україні ініціативи Європейського Союзу «Молодіжна гарантія» </w:t>
      </w:r>
      <w:r w:rsidR="000C36C8" w:rsidRPr="008F4407">
        <w:rPr>
          <w:szCs w:val="28"/>
          <w:lang w:val="uk-UA"/>
        </w:rPr>
        <w:t>(далі – ініціатива) з урахуванням Рекомендації Ради Європейського Союзу</w:t>
      </w:r>
      <w:r w:rsidR="00FE39DC" w:rsidRPr="008F4407">
        <w:rPr>
          <w:szCs w:val="28"/>
          <w:lang w:val="uk-UA"/>
        </w:rPr>
        <w:t xml:space="preserve"> </w:t>
      </w:r>
      <w:r w:rsidR="000C36C8" w:rsidRPr="008F4407">
        <w:rPr>
          <w:szCs w:val="28"/>
          <w:lang w:val="uk-UA"/>
        </w:rPr>
        <w:t xml:space="preserve">від 30 жовтня 2020 р. (2020/C 372/01) </w:t>
      </w:r>
      <w:r w:rsidRPr="008F4407">
        <w:rPr>
          <w:szCs w:val="28"/>
          <w:lang w:val="uk-UA"/>
        </w:rPr>
        <w:t>суб’єктами впровадження</w:t>
      </w:r>
      <w:r w:rsidR="00D1511B" w:rsidRPr="008F4407">
        <w:rPr>
          <w:szCs w:val="28"/>
          <w:lang w:val="uk-UA"/>
        </w:rPr>
        <w:t>.</w:t>
      </w:r>
    </w:p>
    <w:p w14:paraId="2DE7D3C7" w14:textId="77777777" w:rsidR="00E01B9E" w:rsidRPr="008F4407" w:rsidRDefault="00E01B9E" w:rsidP="00E01B9E">
      <w:pPr>
        <w:spacing w:after="0" w:line="240" w:lineRule="auto"/>
        <w:ind w:firstLine="567"/>
        <w:jc w:val="both"/>
        <w:rPr>
          <w:szCs w:val="28"/>
          <w:lang w:val="uk-UA"/>
        </w:rPr>
      </w:pPr>
    </w:p>
    <w:p w14:paraId="0A5597CC" w14:textId="77777777" w:rsidR="007764CA" w:rsidRPr="008F4407" w:rsidRDefault="00A9614F" w:rsidP="00E01B9E">
      <w:pPr>
        <w:spacing w:after="0" w:line="240" w:lineRule="auto"/>
        <w:ind w:firstLine="567"/>
        <w:jc w:val="both"/>
        <w:rPr>
          <w:szCs w:val="28"/>
          <w:lang w:val="uk-UA"/>
        </w:rPr>
      </w:pPr>
      <w:r w:rsidRPr="008F4407">
        <w:rPr>
          <w:szCs w:val="28"/>
          <w:lang w:val="uk-UA"/>
        </w:rPr>
        <w:t>2. У цьому Порядку терміни вживаються в такому значенні:</w:t>
      </w:r>
    </w:p>
    <w:p w14:paraId="10AD1CFE" w14:textId="7687EC2D" w:rsidR="007764CA" w:rsidRPr="008F4407" w:rsidRDefault="00A9614F" w:rsidP="00E01B9E">
      <w:pPr>
        <w:spacing w:after="0" w:line="240" w:lineRule="auto"/>
        <w:ind w:firstLine="567"/>
        <w:jc w:val="both"/>
        <w:rPr>
          <w:szCs w:val="28"/>
          <w:lang w:val="uk-UA"/>
        </w:rPr>
      </w:pPr>
      <w:r w:rsidRPr="008F4407">
        <w:rPr>
          <w:szCs w:val="28"/>
          <w:lang w:val="uk-UA"/>
        </w:rPr>
        <w:t>виявлення молодих осіб NEET – етап впровадження в Україні ініціативи, який передбачає сукупність дій суб’єктів виявлення молодих осіб</w:t>
      </w:r>
      <w:r w:rsidR="00AE5A0F" w:rsidRPr="008F4407">
        <w:rPr>
          <w:szCs w:val="28"/>
          <w:lang w:val="uk-UA"/>
        </w:rPr>
        <w:t xml:space="preserve"> </w:t>
      </w:r>
      <w:r w:rsidRPr="008F4407">
        <w:rPr>
          <w:szCs w:val="28"/>
          <w:lang w:val="uk-UA"/>
        </w:rPr>
        <w:t>NEET / ризику набуття такого статусу, інформування таких осіб про ініціативу та, за їх згодою, передачу відомостей про них до суб’єктів впровадження</w:t>
      </w:r>
      <w:r w:rsidR="00AE5A0F" w:rsidRPr="008F4407">
        <w:rPr>
          <w:szCs w:val="28"/>
          <w:lang w:val="uk-UA"/>
        </w:rPr>
        <w:t xml:space="preserve"> </w:t>
      </w:r>
      <w:r w:rsidRPr="008F4407">
        <w:rPr>
          <w:szCs w:val="28"/>
          <w:lang w:val="uk-UA"/>
        </w:rPr>
        <w:t xml:space="preserve">для отримання послуг у </w:t>
      </w:r>
      <w:r w:rsidRPr="008F4407">
        <w:rPr>
          <w:szCs w:val="28"/>
          <w:lang w:val="uk-UA"/>
        </w:rPr>
        <w:lastRenderedPageBreak/>
        <w:t>сферах зайнятості населення, освіти, професійного навчання, соціальної адаптації</w:t>
      </w:r>
      <w:r w:rsidR="000C36C8" w:rsidRPr="008F4407">
        <w:rPr>
          <w:color w:val="000000" w:themeColor="text1"/>
          <w:szCs w:val="28"/>
          <w:lang w:val="uk-UA"/>
        </w:rPr>
        <w:t xml:space="preserve"> </w:t>
      </w:r>
      <w:r w:rsidR="000C36C8" w:rsidRPr="008F4407">
        <w:rPr>
          <w:szCs w:val="28"/>
          <w:lang w:val="uk-UA"/>
        </w:rPr>
        <w:t xml:space="preserve">та інших </w:t>
      </w:r>
      <w:r w:rsidR="00940CAD" w:rsidRPr="008F4407">
        <w:rPr>
          <w:szCs w:val="28"/>
          <w:lang w:val="uk-UA"/>
        </w:rPr>
        <w:t>заходів підтримки</w:t>
      </w:r>
      <w:r w:rsidR="000C36C8" w:rsidRPr="008F4407">
        <w:rPr>
          <w:szCs w:val="28"/>
          <w:lang w:val="uk-UA"/>
        </w:rPr>
        <w:t>;</w:t>
      </w:r>
    </w:p>
    <w:p w14:paraId="5C3DF25F" w14:textId="544486D4" w:rsidR="007764CA" w:rsidRPr="008F4407" w:rsidRDefault="00A9614F" w:rsidP="00E01B9E">
      <w:pPr>
        <w:spacing w:after="0" w:line="240" w:lineRule="auto"/>
        <w:ind w:firstLine="567"/>
        <w:jc w:val="both"/>
        <w:rPr>
          <w:szCs w:val="28"/>
          <w:lang w:val="uk-UA"/>
        </w:rPr>
      </w:pPr>
      <w:proofErr w:type="spellStart"/>
      <w:r w:rsidRPr="008F4407">
        <w:rPr>
          <w:szCs w:val="28"/>
          <w:lang w:val="uk-UA"/>
        </w:rPr>
        <w:t>дезагреговані</w:t>
      </w:r>
      <w:proofErr w:type="spellEnd"/>
      <w:r w:rsidRPr="008F4407">
        <w:rPr>
          <w:szCs w:val="28"/>
          <w:lang w:val="uk-UA"/>
        </w:rPr>
        <w:t xml:space="preserve"> дані – знеособлені статистичні та адміністративні дані про молодих осіб NEET, розподілені за віком, статтю, місцем проживання </w:t>
      </w:r>
      <w:r w:rsidR="002A264E">
        <w:rPr>
          <w:szCs w:val="28"/>
          <w:lang w:val="uk-UA"/>
        </w:rPr>
        <w:t xml:space="preserve">                        </w:t>
      </w:r>
      <w:r w:rsidRPr="008F4407">
        <w:rPr>
          <w:szCs w:val="28"/>
          <w:lang w:val="uk-UA"/>
        </w:rPr>
        <w:t>(тип населеного пункту, територіальна громада, регіон), рівнем освіти, наявністю інвалідності, статусом внутрішньо переміщеної особи, ветерана війни, члена сім’ї загиблого (померлого) ветерана війни, належністю до осіб з числа дітей-сиріт і дітей, позбавлених батьківського піклування, іншої категорії молодих осіб NEET та/або за іншими ознаками</w:t>
      </w:r>
      <w:r w:rsidR="003D2E6C" w:rsidRPr="008F4407">
        <w:rPr>
          <w:szCs w:val="28"/>
          <w:lang w:val="uk-UA"/>
        </w:rPr>
        <w:t>;</w:t>
      </w:r>
    </w:p>
    <w:p w14:paraId="4F8805E5" w14:textId="37C169A3" w:rsidR="007764CA" w:rsidRPr="008F4407" w:rsidRDefault="00A9614F" w:rsidP="00E01B9E">
      <w:pPr>
        <w:spacing w:after="0" w:line="240" w:lineRule="auto"/>
        <w:ind w:firstLine="567"/>
        <w:jc w:val="both"/>
        <w:rPr>
          <w:szCs w:val="28"/>
          <w:lang w:val="uk-UA"/>
        </w:rPr>
      </w:pPr>
      <w:r w:rsidRPr="008F4407">
        <w:rPr>
          <w:szCs w:val="28"/>
          <w:lang w:val="uk-UA"/>
        </w:rPr>
        <w:t xml:space="preserve">залучення молодих осіб NEET – встановлення  контакту з молодими особами </w:t>
      </w:r>
      <w:r w:rsidR="003E79A4" w:rsidRPr="008F4407">
        <w:rPr>
          <w:szCs w:val="28"/>
          <w:lang w:val="uk-UA"/>
        </w:rPr>
        <w:t>NEET</w:t>
      </w:r>
      <w:r w:rsidRPr="008F4407">
        <w:rPr>
          <w:szCs w:val="28"/>
          <w:lang w:val="uk-UA"/>
        </w:rPr>
        <w:t>,</w:t>
      </w:r>
      <w:r w:rsidRPr="008F4407">
        <w:rPr>
          <w:i/>
          <w:szCs w:val="28"/>
          <w:lang w:val="uk-UA"/>
        </w:rPr>
        <w:t xml:space="preserve"> </w:t>
      </w:r>
      <w:r w:rsidRPr="008F4407">
        <w:rPr>
          <w:szCs w:val="28"/>
          <w:lang w:val="uk-UA"/>
        </w:rPr>
        <w:t xml:space="preserve">інформування та підготовка, сприяння у формуванні  освітньої та професійної траєкторії, зокрема з використанням форм молодіжної роботи, неформального навчання, цифрових каналів, віддалених робочих місць центрів зайнятості, та підтримка у добровільній реєстрації як учасників ініціативи </w:t>
      </w:r>
      <w:r w:rsidR="002A264E">
        <w:rPr>
          <w:szCs w:val="28"/>
          <w:lang w:val="uk-UA"/>
        </w:rPr>
        <w:t xml:space="preserve">               </w:t>
      </w:r>
      <w:r w:rsidRPr="008F4407">
        <w:rPr>
          <w:szCs w:val="28"/>
          <w:lang w:val="uk-UA"/>
        </w:rPr>
        <w:t>(далі – залучення</w:t>
      </w:r>
      <w:r w:rsidR="00571503" w:rsidRPr="008F4407">
        <w:rPr>
          <w:szCs w:val="28"/>
          <w:lang w:val="uk-UA"/>
        </w:rPr>
        <w:t xml:space="preserve"> </w:t>
      </w:r>
      <w:r w:rsidRPr="008F4407">
        <w:rPr>
          <w:szCs w:val="28"/>
          <w:lang w:val="uk-UA"/>
        </w:rPr>
        <w:t>/</w:t>
      </w:r>
      <w:r w:rsidR="00571503" w:rsidRPr="008F4407">
        <w:rPr>
          <w:szCs w:val="28"/>
          <w:lang w:val="uk-UA"/>
        </w:rPr>
        <w:t xml:space="preserve"> </w:t>
      </w:r>
      <w:r w:rsidRPr="008F4407">
        <w:rPr>
          <w:szCs w:val="28"/>
          <w:lang w:val="uk-UA"/>
        </w:rPr>
        <w:t>охоплення);</w:t>
      </w:r>
      <w:r w:rsidRPr="008F4407">
        <w:rPr>
          <w:i/>
          <w:szCs w:val="28"/>
          <w:lang w:val="uk-UA"/>
        </w:rPr>
        <w:t xml:space="preserve"> </w:t>
      </w:r>
    </w:p>
    <w:p w14:paraId="305704CC" w14:textId="70AF19E2" w:rsidR="007764CA" w:rsidRPr="008F4407" w:rsidRDefault="00A9614F" w:rsidP="00E01B9E">
      <w:pPr>
        <w:spacing w:after="0" w:line="240" w:lineRule="auto"/>
        <w:ind w:firstLine="567"/>
        <w:jc w:val="both"/>
        <w:rPr>
          <w:szCs w:val="28"/>
          <w:lang w:val="uk-UA"/>
        </w:rPr>
      </w:pPr>
      <w:r w:rsidRPr="008F4407">
        <w:rPr>
          <w:szCs w:val="28"/>
          <w:lang w:val="uk-UA"/>
        </w:rPr>
        <w:t xml:space="preserve">індивідуальний план розвитку – документ, що складається за результатами профілювання, містить обраний маршрут якісної пропозиції, перелік послуг і заходів (у тому числі підготовчих, соціальних, освітніх та інших), суб’єктів, які їх надають, строки їх надання та очікувані результати, і переглядається у разі зміни обставин </w:t>
      </w:r>
      <w:r w:rsidR="00386CF1" w:rsidRPr="008F4407">
        <w:rPr>
          <w:szCs w:val="28"/>
          <w:lang w:val="uk-UA"/>
        </w:rPr>
        <w:t>молодої особами NEET</w:t>
      </w:r>
      <w:r w:rsidR="005D60B6" w:rsidRPr="008F4407">
        <w:rPr>
          <w:szCs w:val="28"/>
          <w:lang w:val="uk-UA"/>
        </w:rPr>
        <w:t xml:space="preserve"> </w:t>
      </w:r>
      <w:r w:rsidR="00CD625E" w:rsidRPr="008F4407">
        <w:rPr>
          <w:szCs w:val="28"/>
          <w:lang w:val="uk-UA"/>
        </w:rPr>
        <w:t xml:space="preserve">– учасника ініціативи, </w:t>
      </w:r>
      <w:r w:rsidRPr="008F4407">
        <w:rPr>
          <w:szCs w:val="28"/>
          <w:lang w:val="uk-UA"/>
        </w:rPr>
        <w:t xml:space="preserve">для </w:t>
      </w:r>
      <w:r w:rsidR="00CD625E" w:rsidRPr="008F4407">
        <w:rPr>
          <w:szCs w:val="28"/>
          <w:lang w:val="uk-UA"/>
        </w:rPr>
        <w:t>молодої особами NEET – учасника ініціативи</w:t>
      </w:r>
      <w:r w:rsidRPr="008F4407">
        <w:rPr>
          <w:szCs w:val="28"/>
          <w:lang w:val="uk-UA"/>
        </w:rPr>
        <w:t>, який є отримувачем соціальних послуг або особою, щодо якої здійснюється ведення випадку, він узгоджується</w:t>
      </w:r>
      <w:r w:rsidRPr="008F4407">
        <w:rPr>
          <w:i/>
          <w:szCs w:val="28"/>
          <w:lang w:val="uk-UA"/>
        </w:rPr>
        <w:t xml:space="preserve"> </w:t>
      </w:r>
      <w:r w:rsidRPr="008F4407">
        <w:rPr>
          <w:szCs w:val="28"/>
          <w:lang w:val="uk-UA"/>
        </w:rPr>
        <w:t>з індивідуальним планом надання соціальних послуг;</w:t>
      </w:r>
    </w:p>
    <w:p w14:paraId="1A58BC5E" w14:textId="4A164A65" w:rsidR="007764CA" w:rsidRPr="008F4407" w:rsidRDefault="00A9614F" w:rsidP="00E01B9E">
      <w:pPr>
        <w:spacing w:after="0" w:line="240" w:lineRule="auto"/>
        <w:ind w:firstLine="567"/>
        <w:jc w:val="both"/>
        <w:rPr>
          <w:szCs w:val="28"/>
          <w:lang w:val="uk-UA"/>
        </w:rPr>
      </w:pPr>
      <w:r w:rsidRPr="008F4407">
        <w:rPr>
          <w:szCs w:val="28"/>
          <w:lang w:val="uk-UA"/>
        </w:rPr>
        <w:t>карта прогалин – складова результатів картування послуг та форм підтримки, що відображає відсутність, недостатність або недоступність у межах територіальної громади (регіону) послуг, необхідних для підготовки молодих осіб NEET до отримання якісної пропозиції, для окремих категорій молодих осіб NEET;</w:t>
      </w:r>
      <w:r w:rsidRPr="008F4407">
        <w:rPr>
          <w:i/>
          <w:szCs w:val="28"/>
          <w:lang w:val="uk-UA"/>
        </w:rPr>
        <w:t xml:space="preserve">  </w:t>
      </w:r>
    </w:p>
    <w:p w14:paraId="593F0F7B" w14:textId="2875A6B4" w:rsidR="007764CA" w:rsidRPr="008F4407" w:rsidRDefault="00A9614F" w:rsidP="00E01B9E">
      <w:pPr>
        <w:spacing w:after="0" w:line="240" w:lineRule="auto"/>
        <w:ind w:firstLine="567"/>
        <w:jc w:val="both"/>
        <w:rPr>
          <w:szCs w:val="28"/>
          <w:lang w:val="uk-UA"/>
        </w:rPr>
      </w:pPr>
      <w:r w:rsidRPr="008F4407">
        <w:rPr>
          <w:szCs w:val="28"/>
          <w:lang w:val="uk-UA"/>
        </w:rPr>
        <w:t>картування</w:t>
      </w:r>
      <w:r w:rsidRPr="008F4407">
        <w:rPr>
          <w:i/>
          <w:szCs w:val="28"/>
          <w:lang w:val="uk-UA"/>
        </w:rPr>
        <w:t xml:space="preserve"> </w:t>
      </w:r>
      <w:r w:rsidRPr="008F4407">
        <w:rPr>
          <w:szCs w:val="28"/>
          <w:lang w:val="uk-UA"/>
        </w:rPr>
        <w:t xml:space="preserve">послуг та форм підтримки – етап впровадження в Україні ініціативи, який передбачає систематизований збір, узагальнення та просторове відображення відомостей про </w:t>
      </w:r>
      <w:r w:rsidR="005C76DE" w:rsidRPr="008F4407">
        <w:rPr>
          <w:szCs w:val="28"/>
          <w:lang w:val="uk-UA"/>
        </w:rPr>
        <w:t>юридичних та фізичних осіб</w:t>
      </w:r>
      <w:r w:rsidRPr="008F4407">
        <w:rPr>
          <w:szCs w:val="28"/>
          <w:lang w:val="uk-UA"/>
        </w:rPr>
        <w:t xml:space="preserve">, які в межах територіальної громади (регіону) надають послуги з професійної орієнтації, освіти, професійного навчання, працевлаштування, соціальні, правничі, медичні та інші послуги, що можуть бути використані для підтримки молодих осіб NEET, про умови доступу до них, а також формування на цій основі </w:t>
      </w:r>
      <w:r w:rsidR="00A5636A" w:rsidRPr="008F4407">
        <w:rPr>
          <w:szCs w:val="28"/>
          <w:lang w:val="uk-UA"/>
        </w:rPr>
        <w:t xml:space="preserve">їх </w:t>
      </w:r>
      <w:r w:rsidRPr="008F4407">
        <w:rPr>
          <w:color w:val="000000" w:themeColor="text1"/>
          <w:szCs w:val="28"/>
          <w:lang w:val="uk-UA"/>
        </w:rPr>
        <w:t xml:space="preserve">переліку </w:t>
      </w:r>
      <w:r w:rsidR="00A5636A" w:rsidRPr="008F4407">
        <w:rPr>
          <w:szCs w:val="28"/>
          <w:lang w:val="uk-UA"/>
        </w:rPr>
        <w:t xml:space="preserve">та </w:t>
      </w:r>
      <w:r w:rsidRPr="008F4407">
        <w:rPr>
          <w:szCs w:val="28"/>
          <w:lang w:val="uk-UA"/>
        </w:rPr>
        <w:t xml:space="preserve">карти прогалин; </w:t>
      </w:r>
    </w:p>
    <w:p w14:paraId="6341B766" w14:textId="46887060" w:rsidR="007764CA" w:rsidRPr="008F4407" w:rsidRDefault="00A9614F" w:rsidP="00E01B9E">
      <w:pPr>
        <w:spacing w:after="0" w:line="240" w:lineRule="auto"/>
        <w:ind w:firstLine="567"/>
        <w:jc w:val="both"/>
        <w:rPr>
          <w:szCs w:val="28"/>
          <w:lang w:val="uk-UA"/>
        </w:rPr>
      </w:pPr>
      <w:r w:rsidRPr="008F4407">
        <w:rPr>
          <w:szCs w:val="28"/>
          <w:lang w:val="uk-UA"/>
        </w:rPr>
        <w:t>маршрут якісної пропозиції – один з видів якісної пропозиції</w:t>
      </w:r>
      <w:r w:rsidR="00571503" w:rsidRPr="008F4407">
        <w:rPr>
          <w:szCs w:val="28"/>
          <w:lang w:val="uk-UA"/>
        </w:rPr>
        <w:t>,</w:t>
      </w:r>
      <w:r w:rsidR="00A5636A" w:rsidRPr="008F4407">
        <w:rPr>
          <w:color w:val="C00000"/>
          <w:szCs w:val="28"/>
          <w:lang w:val="uk-UA"/>
        </w:rPr>
        <w:t xml:space="preserve"> </w:t>
      </w:r>
      <w:r w:rsidRPr="008F4407">
        <w:rPr>
          <w:szCs w:val="28"/>
          <w:lang w:val="uk-UA"/>
        </w:rPr>
        <w:t>обраний учасником ініціативи та закріплений в індивідуальному плані розвитку;</w:t>
      </w:r>
    </w:p>
    <w:p w14:paraId="6B25BC76" w14:textId="7A4EF5C2" w:rsidR="007764CA" w:rsidRPr="008F4407" w:rsidRDefault="00A9614F" w:rsidP="00E01B9E">
      <w:pPr>
        <w:spacing w:after="0" w:line="240" w:lineRule="auto"/>
        <w:ind w:firstLine="567"/>
        <w:jc w:val="both"/>
        <w:rPr>
          <w:szCs w:val="28"/>
          <w:lang w:val="uk-UA"/>
        </w:rPr>
      </w:pPr>
      <w:r w:rsidRPr="008F4407">
        <w:rPr>
          <w:szCs w:val="28"/>
          <w:lang w:val="uk-UA"/>
        </w:rPr>
        <w:t>місцевий план залучення – документ, що затверджується виконавчим органом сільської, селищної, міської ради</w:t>
      </w:r>
      <w:r w:rsidR="003F25E6" w:rsidRPr="008F4407">
        <w:rPr>
          <w:szCs w:val="28"/>
          <w:lang w:val="uk-UA"/>
        </w:rPr>
        <w:t xml:space="preserve">, </w:t>
      </w:r>
      <w:r w:rsidRPr="008F4407">
        <w:rPr>
          <w:szCs w:val="28"/>
          <w:lang w:val="uk-UA"/>
        </w:rPr>
        <w:t>на основі результатів картування</w:t>
      </w:r>
      <w:r w:rsidRPr="008F4407">
        <w:rPr>
          <w:i/>
          <w:szCs w:val="28"/>
          <w:lang w:val="uk-UA"/>
        </w:rPr>
        <w:t xml:space="preserve"> </w:t>
      </w:r>
      <w:r w:rsidRPr="008F4407">
        <w:rPr>
          <w:szCs w:val="28"/>
          <w:lang w:val="uk-UA"/>
        </w:rPr>
        <w:t>послуг і форм підтримки та визначає заходи з виявлення та залучення молодих осіб NEET на території відповідної територіальної громади, суб’єктів, відповідальних за їх виконання, форми мобільної та вуличної роботи, строки та показники виконання;</w:t>
      </w:r>
    </w:p>
    <w:p w14:paraId="21BBF71A" w14:textId="77777777" w:rsidR="007764CA" w:rsidRPr="008F4407" w:rsidRDefault="00A9614F" w:rsidP="00E01B9E">
      <w:pPr>
        <w:spacing w:after="0" w:line="240" w:lineRule="auto"/>
        <w:ind w:firstLine="567"/>
        <w:jc w:val="both"/>
        <w:rPr>
          <w:szCs w:val="28"/>
          <w:lang w:val="uk-UA"/>
        </w:rPr>
      </w:pPr>
      <w:r w:rsidRPr="008F4407">
        <w:rPr>
          <w:szCs w:val="28"/>
          <w:lang w:val="uk-UA"/>
        </w:rPr>
        <w:lastRenderedPageBreak/>
        <w:t xml:space="preserve">модульне підготовче навчання – короткострокове навчання за модульною програмою, погодженою з роботодавцями, спрямоване на набуття базових, цифрових, соціальних </w:t>
      </w:r>
      <w:proofErr w:type="spellStart"/>
      <w:r w:rsidRPr="008F4407">
        <w:rPr>
          <w:szCs w:val="28"/>
          <w:lang w:val="uk-UA"/>
        </w:rPr>
        <w:t>компетентностей</w:t>
      </w:r>
      <w:proofErr w:type="spellEnd"/>
      <w:r w:rsidRPr="008F4407">
        <w:rPr>
          <w:szCs w:val="28"/>
          <w:lang w:val="uk-UA"/>
        </w:rPr>
        <w:t xml:space="preserve"> і початкових професійних навичок, результати якого можуть бути визнані як часткова професійна кваліфікація відповідно до законодавства;</w:t>
      </w:r>
    </w:p>
    <w:p w14:paraId="43035A37" w14:textId="244CCB56" w:rsidR="007764CA" w:rsidRPr="008F4407" w:rsidRDefault="00A9614F" w:rsidP="00E01B9E">
      <w:pPr>
        <w:spacing w:after="0" w:line="240" w:lineRule="auto"/>
        <w:ind w:firstLine="567"/>
        <w:jc w:val="both"/>
        <w:rPr>
          <w:szCs w:val="28"/>
          <w:lang w:val="uk-UA"/>
        </w:rPr>
      </w:pPr>
      <w:r w:rsidRPr="008F4407">
        <w:rPr>
          <w:szCs w:val="28"/>
          <w:lang w:val="uk-UA"/>
        </w:rPr>
        <w:t>молодіжний амбасадор – молода особа, у тому числі учасник / колишній учасник ініціативи, яка на добровільних засадах за принципом «рівний – рівному» інформує молодих осіб NEET про ініціативу, заохочує їх до звернення до суб’єктів впровадження</w:t>
      </w:r>
      <w:r w:rsidR="00CD625E" w:rsidRPr="008F4407">
        <w:rPr>
          <w:szCs w:val="28"/>
          <w:lang w:val="uk-UA"/>
        </w:rPr>
        <w:t xml:space="preserve"> </w:t>
      </w:r>
      <w:r w:rsidRPr="008F4407">
        <w:rPr>
          <w:szCs w:val="28"/>
          <w:lang w:val="uk-UA"/>
        </w:rPr>
        <w:t xml:space="preserve"> та пройшла підготовку, організовану суб’єктом молодіжної роботи або територіальним органом державної служби зайнятості;</w:t>
      </w:r>
    </w:p>
    <w:p w14:paraId="72A8CB8A" w14:textId="73C79904" w:rsidR="007764CA" w:rsidRPr="008F4407" w:rsidRDefault="00A9614F" w:rsidP="00E01B9E">
      <w:pPr>
        <w:spacing w:after="0" w:line="240" w:lineRule="auto"/>
        <w:ind w:firstLine="567"/>
        <w:jc w:val="both"/>
        <w:rPr>
          <w:szCs w:val="28"/>
          <w:lang w:val="uk-UA"/>
        </w:rPr>
      </w:pPr>
      <w:r w:rsidRPr="008F4407">
        <w:rPr>
          <w:szCs w:val="28"/>
          <w:lang w:val="uk-UA"/>
        </w:rPr>
        <w:t xml:space="preserve">направлення – передача суб’єктом впровадження за згодою молодої особи NEET – учасника ініціативи відомостей про неї іншому суб’єкту впровадження для надання послуги чи здійснення заходу шляхом інформаційного обміну між інформаційно-комунікаційними системами (у разі відсутності технічної можливості здійснення такого обміну – в іншій формі, визначеній цим Порядком); </w:t>
      </w:r>
    </w:p>
    <w:p w14:paraId="50956BFC" w14:textId="77777777" w:rsidR="007764CA" w:rsidRPr="008F4407" w:rsidRDefault="00A9614F" w:rsidP="00E01B9E">
      <w:pPr>
        <w:spacing w:after="0" w:line="240" w:lineRule="auto"/>
        <w:ind w:firstLine="567"/>
        <w:jc w:val="both"/>
        <w:rPr>
          <w:szCs w:val="28"/>
          <w:lang w:val="uk-UA"/>
        </w:rPr>
      </w:pPr>
      <w:r w:rsidRPr="008F4407">
        <w:rPr>
          <w:szCs w:val="28"/>
          <w:lang w:val="uk-UA"/>
        </w:rPr>
        <w:t>партнерство зайнятості молоді – форма співпраці на рівні територіальної громади (регіону) територіального органу державної служби зайнятості, органів місцевого самоврядування, закладів освіти, надавачів соціальних послуг, суб’єктів молодіжної роботи, роботодавців, їх організацій, професійних спілок та інших інститутів громадянського суспільства, що утворюється на підставі договору (меморандуму) про співпрацю для спільного виконання місцевого плану залучення і забезпечення якісних пропозицій;</w:t>
      </w:r>
    </w:p>
    <w:p w14:paraId="0F5C9052" w14:textId="556DF25E" w:rsidR="007764CA" w:rsidRPr="008F4407" w:rsidRDefault="00A9614F" w:rsidP="00E01B9E">
      <w:pPr>
        <w:spacing w:after="0" w:line="240" w:lineRule="auto"/>
        <w:ind w:firstLine="567"/>
        <w:jc w:val="both"/>
        <w:rPr>
          <w:szCs w:val="28"/>
          <w:lang w:val="uk-UA"/>
        </w:rPr>
      </w:pPr>
      <w:r w:rsidRPr="008F4407">
        <w:rPr>
          <w:szCs w:val="28"/>
          <w:lang w:val="uk-UA"/>
        </w:rPr>
        <w:t>партнерські організації – юридичні особи незалежно від форми власності та організаційно-правової форми і фізичні особи – підприємці, які не є органами державної влади або органами місцевого самоврядування, беруть участь у впровадженні ініціативи на підставі договору (меморандуму) про співпрацю, укладеного із суб’єктом впровадження</w:t>
      </w:r>
      <w:r w:rsidR="009D0B5D" w:rsidRPr="008F4407">
        <w:rPr>
          <w:szCs w:val="28"/>
          <w:lang w:val="uk-UA"/>
        </w:rPr>
        <w:t>;</w:t>
      </w:r>
      <w:r w:rsidRPr="008F4407">
        <w:rPr>
          <w:szCs w:val="28"/>
          <w:lang w:val="uk-UA"/>
        </w:rPr>
        <w:t xml:space="preserve"> </w:t>
      </w:r>
    </w:p>
    <w:p w14:paraId="6D19513C" w14:textId="77777777" w:rsidR="007764CA" w:rsidRPr="008F4407" w:rsidRDefault="00A9614F" w:rsidP="00E01B9E">
      <w:pPr>
        <w:spacing w:after="0" w:line="240" w:lineRule="auto"/>
        <w:ind w:firstLine="567"/>
        <w:jc w:val="both"/>
        <w:rPr>
          <w:szCs w:val="28"/>
          <w:lang w:val="uk-UA"/>
        </w:rPr>
      </w:pPr>
      <w:r w:rsidRPr="008F4407">
        <w:rPr>
          <w:szCs w:val="28"/>
          <w:lang w:val="uk-UA"/>
        </w:rPr>
        <w:t xml:space="preserve">персональна картка учасника – сукупність відомостей про учасника ініціативи, що ведеться в інформаційно-комунікаційній системі державної служби зайнятості та містить результати профілювання, індивідуальний план розвитку, відомості про направлення, зворотні повідомлення, отриману якісну пропозицію і </w:t>
      </w:r>
      <w:proofErr w:type="spellStart"/>
      <w:r w:rsidRPr="008F4407">
        <w:rPr>
          <w:szCs w:val="28"/>
          <w:lang w:val="uk-UA"/>
        </w:rPr>
        <w:t>постсупровід</w:t>
      </w:r>
      <w:proofErr w:type="spellEnd"/>
      <w:r w:rsidRPr="008F4407">
        <w:rPr>
          <w:szCs w:val="28"/>
          <w:lang w:val="uk-UA"/>
        </w:rPr>
        <w:t>;</w:t>
      </w:r>
    </w:p>
    <w:p w14:paraId="7F4E5484" w14:textId="53B64D6F" w:rsidR="007764CA" w:rsidRPr="008F4407" w:rsidRDefault="00A9614F" w:rsidP="00E01B9E">
      <w:pPr>
        <w:spacing w:after="0" w:line="240" w:lineRule="auto"/>
        <w:ind w:firstLine="567"/>
        <w:jc w:val="both"/>
        <w:rPr>
          <w:color w:val="808080"/>
          <w:szCs w:val="28"/>
          <w:lang w:val="uk-UA"/>
        </w:rPr>
      </w:pPr>
      <w:r w:rsidRPr="008F4407">
        <w:rPr>
          <w:szCs w:val="28"/>
          <w:lang w:val="uk-UA"/>
        </w:rPr>
        <w:t xml:space="preserve">підготовка – етап впровадження в Україні ініціативи, </w:t>
      </w:r>
      <w:r w:rsidR="00C01FF7" w:rsidRPr="008F4407">
        <w:rPr>
          <w:szCs w:val="28"/>
          <w:lang w:val="uk-UA"/>
        </w:rPr>
        <w:t>що</w:t>
      </w:r>
      <w:r w:rsidRPr="008F4407">
        <w:rPr>
          <w:szCs w:val="28"/>
          <w:lang w:val="uk-UA"/>
        </w:rPr>
        <w:t xml:space="preserve"> передбачає надання молодій особі NEET соціальних, мотиваційних, профорієнтаційних</w:t>
      </w:r>
      <w:r w:rsidR="00C01FF7" w:rsidRPr="008F4407">
        <w:rPr>
          <w:szCs w:val="28"/>
          <w:lang w:val="uk-UA"/>
        </w:rPr>
        <w:t xml:space="preserve">, </w:t>
      </w:r>
      <w:r w:rsidRPr="008F4407">
        <w:rPr>
          <w:szCs w:val="28"/>
          <w:lang w:val="uk-UA"/>
        </w:rPr>
        <w:t>консультаційних послуг</w:t>
      </w:r>
      <w:r w:rsidR="00EB14D7" w:rsidRPr="008F4407">
        <w:rPr>
          <w:szCs w:val="28"/>
          <w:lang w:val="uk-UA"/>
        </w:rPr>
        <w:t xml:space="preserve"> </w:t>
      </w:r>
      <w:r w:rsidRPr="008F4407">
        <w:rPr>
          <w:szCs w:val="28"/>
          <w:lang w:val="uk-UA"/>
        </w:rPr>
        <w:t>та інших видів підтримки (модульне підготовче навчання, здобуття базової середньої освіти, послуги з наставництва, правнича допомога тощо), спрямованих на усунення перешкод до працевлаштування або навчання;</w:t>
      </w:r>
      <w:r w:rsidRPr="008F4407">
        <w:rPr>
          <w:i/>
          <w:szCs w:val="28"/>
          <w:lang w:val="uk-UA"/>
        </w:rPr>
        <w:t xml:space="preserve"> </w:t>
      </w:r>
    </w:p>
    <w:p w14:paraId="7B0D578B" w14:textId="6EE2E0ED" w:rsidR="007764CA" w:rsidRPr="008F4407" w:rsidRDefault="00A9614F" w:rsidP="00E01B9E">
      <w:pPr>
        <w:spacing w:after="0" w:line="240" w:lineRule="auto"/>
        <w:ind w:firstLine="567"/>
        <w:jc w:val="both"/>
        <w:rPr>
          <w:szCs w:val="28"/>
          <w:lang w:val="uk-UA"/>
        </w:rPr>
      </w:pPr>
      <w:r w:rsidRPr="008F4407">
        <w:rPr>
          <w:szCs w:val="28"/>
          <w:lang w:val="uk-UA"/>
        </w:rPr>
        <w:t xml:space="preserve">повторний вхід – повторне включення до ініціативи молодої особи NEET, яка припинила участь у ній, відмовилася від якісної пропозиції або втратила роботу чи місце навчання, отримане в межах ініціативи, до досягнення нею </w:t>
      </w:r>
      <w:r w:rsidR="0041343C" w:rsidRPr="008F4407">
        <w:rPr>
          <w:szCs w:val="28"/>
          <w:lang w:val="uk-UA"/>
        </w:rPr>
        <w:t xml:space="preserve">                   </w:t>
      </w:r>
      <w:r w:rsidRPr="008F4407">
        <w:rPr>
          <w:szCs w:val="28"/>
          <w:lang w:val="uk-UA"/>
        </w:rPr>
        <w:t>35 років</w:t>
      </w:r>
      <w:r w:rsidRPr="008F4407">
        <w:rPr>
          <w:color w:val="C00000"/>
          <w:szCs w:val="28"/>
          <w:lang w:val="uk-UA"/>
        </w:rPr>
        <w:t xml:space="preserve"> </w:t>
      </w:r>
      <w:r w:rsidRPr="008F4407">
        <w:rPr>
          <w:color w:val="000000" w:themeColor="text1"/>
          <w:szCs w:val="28"/>
          <w:lang w:val="uk-UA"/>
        </w:rPr>
        <w:t>(включно)</w:t>
      </w:r>
      <w:r w:rsidR="00420DD7" w:rsidRPr="008F4407">
        <w:rPr>
          <w:i/>
          <w:color w:val="000000" w:themeColor="text1"/>
          <w:szCs w:val="28"/>
          <w:lang w:val="uk-UA"/>
        </w:rPr>
        <w:t xml:space="preserve">, </w:t>
      </w:r>
      <w:r w:rsidRPr="008F4407">
        <w:rPr>
          <w:szCs w:val="28"/>
          <w:lang w:val="uk-UA"/>
        </w:rPr>
        <w:t>без повторного проходження процедур, результати яких залишаються актуальними;</w:t>
      </w:r>
    </w:p>
    <w:p w14:paraId="49E4589F" w14:textId="7F385641" w:rsidR="007764CA" w:rsidRPr="008F4407" w:rsidRDefault="00A9614F" w:rsidP="00E01B9E">
      <w:pPr>
        <w:spacing w:after="0" w:line="240" w:lineRule="auto"/>
        <w:ind w:firstLine="567"/>
        <w:jc w:val="both"/>
        <w:rPr>
          <w:szCs w:val="28"/>
          <w:lang w:val="uk-UA"/>
        </w:rPr>
      </w:pPr>
      <w:proofErr w:type="spellStart"/>
      <w:r w:rsidRPr="008F4407">
        <w:rPr>
          <w:szCs w:val="28"/>
          <w:lang w:val="uk-UA"/>
        </w:rPr>
        <w:lastRenderedPageBreak/>
        <w:t>постсупровід</w:t>
      </w:r>
      <w:proofErr w:type="spellEnd"/>
      <w:r w:rsidRPr="008F4407">
        <w:rPr>
          <w:szCs w:val="28"/>
          <w:lang w:val="uk-UA"/>
        </w:rPr>
        <w:t xml:space="preserve"> – підтримка учасника ініціативи після прийняття ним якісної пропозиції, що здійснюється кар’єрним радником із залученням роботодавця, закладу освіти, наставника та інших суб’єктів впровадження з метою збереження зайнятості або продовження навчання і моніторингу результатів через 6, 12 і </w:t>
      </w:r>
      <w:r w:rsidR="002A264E">
        <w:rPr>
          <w:szCs w:val="28"/>
          <w:lang w:val="uk-UA"/>
        </w:rPr>
        <w:t xml:space="preserve">             </w:t>
      </w:r>
      <w:r w:rsidRPr="008F4407">
        <w:rPr>
          <w:szCs w:val="28"/>
          <w:lang w:val="uk-UA"/>
        </w:rPr>
        <w:t>18 місяців;</w:t>
      </w:r>
      <w:r w:rsidRPr="008F4407">
        <w:rPr>
          <w:i/>
          <w:color w:val="0032C8"/>
          <w:szCs w:val="28"/>
          <w:lang w:val="uk-UA"/>
        </w:rPr>
        <w:t xml:space="preserve"> </w:t>
      </w:r>
    </w:p>
    <w:p w14:paraId="58289F9B" w14:textId="325C0363" w:rsidR="007764CA" w:rsidRPr="008F4407" w:rsidRDefault="00A9614F" w:rsidP="00E01B9E">
      <w:pPr>
        <w:spacing w:after="0" w:line="240" w:lineRule="auto"/>
        <w:ind w:firstLine="567"/>
        <w:jc w:val="both"/>
        <w:rPr>
          <w:szCs w:val="28"/>
          <w:lang w:val="uk-UA"/>
        </w:rPr>
      </w:pPr>
      <w:r w:rsidRPr="008F4407">
        <w:rPr>
          <w:szCs w:val="28"/>
          <w:lang w:val="uk-UA"/>
        </w:rPr>
        <w:t xml:space="preserve">протокол реагування на кризову ситуацію – затверджений </w:t>
      </w:r>
      <w:proofErr w:type="spellStart"/>
      <w:r w:rsidRPr="008F4407">
        <w:rPr>
          <w:szCs w:val="28"/>
          <w:lang w:val="uk-UA"/>
        </w:rPr>
        <w:t>Нацсоцслужбою</w:t>
      </w:r>
      <w:proofErr w:type="spellEnd"/>
      <w:r w:rsidRPr="008F4407">
        <w:rPr>
          <w:szCs w:val="28"/>
          <w:lang w:val="uk-UA"/>
        </w:rPr>
        <w:t xml:space="preserve"> порядок дій працівника суб’єкта впровадження або автоматизованого інформаційно-консультаційного сервісу у разі виявлення ознак загрози життю чи здоров’ю молодої особи NEET, насильства, складних життєвих обставин, що потребують невідкладного реагування, або в інших визначених випадках, який передбачає передачу звернення відповідному фахівцю, службі у справах дітей, надавачу соціальних послуг, закладу охорони здоров’я чи іншому уповноваженому органу у визначені строки; </w:t>
      </w:r>
    </w:p>
    <w:p w14:paraId="297FE0F7" w14:textId="25C9C2A2" w:rsidR="007764CA" w:rsidRPr="008F4407" w:rsidRDefault="00A9614F" w:rsidP="00E01B9E">
      <w:pPr>
        <w:spacing w:after="0" w:line="240" w:lineRule="auto"/>
        <w:ind w:firstLine="567"/>
        <w:jc w:val="both"/>
        <w:rPr>
          <w:szCs w:val="28"/>
          <w:lang w:val="uk-UA"/>
        </w:rPr>
      </w:pPr>
      <w:r w:rsidRPr="008F4407">
        <w:rPr>
          <w:szCs w:val="28"/>
          <w:lang w:val="uk-UA"/>
        </w:rPr>
        <w:t xml:space="preserve">профілювання молодої особи NEET – оцінювання, яке здійснює кар’єрний радник щодо учасника ініціативи з метою визначення професійної траєкторії  молодих осіб </w:t>
      </w:r>
      <w:r w:rsidR="00711679" w:rsidRPr="008F4407">
        <w:rPr>
          <w:szCs w:val="28"/>
          <w:lang w:val="uk-UA"/>
        </w:rPr>
        <w:t>NEET</w:t>
      </w:r>
      <w:r w:rsidRPr="008F4407">
        <w:rPr>
          <w:szCs w:val="28"/>
          <w:lang w:val="uk-UA"/>
        </w:rPr>
        <w:t xml:space="preserve">, бар’єрів до працевлаштування або навчання, потреб у послугах та формах підтримки і маршруту якісної пропозиції, що включає профілювання в розумінні Закону України «Про зайнятість населення» і скринінг психосоціального стану, що застосовується також до учасників ініціативи, які не мають статусу молодої особи </w:t>
      </w:r>
      <w:r w:rsidR="00711679" w:rsidRPr="008F4407">
        <w:rPr>
          <w:szCs w:val="28"/>
          <w:lang w:val="uk-UA"/>
        </w:rPr>
        <w:t>NEET</w:t>
      </w:r>
      <w:r w:rsidRPr="008F4407">
        <w:rPr>
          <w:szCs w:val="28"/>
          <w:lang w:val="uk-UA"/>
        </w:rPr>
        <w:t>;</w:t>
      </w:r>
      <w:r w:rsidRPr="008F4407">
        <w:rPr>
          <w:i/>
          <w:szCs w:val="28"/>
          <w:lang w:val="uk-UA"/>
        </w:rPr>
        <w:t xml:space="preserve"> </w:t>
      </w:r>
    </w:p>
    <w:p w14:paraId="29E62D89" w14:textId="77777777" w:rsidR="007764CA" w:rsidRPr="008F4407" w:rsidRDefault="00A9614F" w:rsidP="00E01B9E">
      <w:pPr>
        <w:spacing w:after="0" w:line="240" w:lineRule="auto"/>
        <w:ind w:firstLine="567"/>
        <w:jc w:val="both"/>
        <w:rPr>
          <w:szCs w:val="28"/>
          <w:lang w:val="uk-UA"/>
        </w:rPr>
      </w:pPr>
      <w:r w:rsidRPr="008F4407">
        <w:rPr>
          <w:szCs w:val="28"/>
          <w:lang w:val="uk-UA"/>
        </w:rPr>
        <w:t>раннє виявлення – виявлення закладом освіти, службою у справах дітей, надавачем соціальних послуг або іншим суб’єктом виявлення здобувача освіти, у якого є ризик припинення навчання без здобуття відповідного рівня освіти або кваліфікації, з метою надання йому підтримки до набуття статусу молодої особи NEET;</w:t>
      </w:r>
    </w:p>
    <w:p w14:paraId="7E6DB762" w14:textId="19E86546" w:rsidR="007764CA" w:rsidRPr="008F4407" w:rsidRDefault="00A9614F" w:rsidP="00E01B9E">
      <w:pPr>
        <w:spacing w:after="0" w:line="240" w:lineRule="auto"/>
        <w:ind w:firstLine="567"/>
        <w:jc w:val="both"/>
        <w:rPr>
          <w:szCs w:val="28"/>
          <w:lang w:val="uk-UA"/>
        </w:rPr>
      </w:pPr>
      <w:r w:rsidRPr="008F4407">
        <w:rPr>
          <w:szCs w:val="28"/>
          <w:lang w:val="uk-UA"/>
        </w:rPr>
        <w:t xml:space="preserve">роботодавець-партнер – роботодавець, який узяв на себе зобов’язання надавати учасникам ініціативи якісні </w:t>
      </w:r>
      <w:r w:rsidR="006862E3" w:rsidRPr="008F4407">
        <w:rPr>
          <w:szCs w:val="28"/>
          <w:lang w:val="uk-UA"/>
        </w:rPr>
        <w:t xml:space="preserve">пропозиції </w:t>
      </w:r>
      <w:r w:rsidRPr="008F4407">
        <w:rPr>
          <w:szCs w:val="28"/>
          <w:lang w:val="uk-UA"/>
        </w:rPr>
        <w:t>відповідно до вимог цього Порядку, уклав із територіальним органом державної служби зайнятості договір (меморандум) про співпрацю та включений до переліку роботодавців-партнерів;</w:t>
      </w:r>
    </w:p>
    <w:p w14:paraId="522129E7" w14:textId="77777777" w:rsidR="007764CA" w:rsidRPr="008F4407" w:rsidRDefault="00A9614F" w:rsidP="00E01B9E">
      <w:pPr>
        <w:spacing w:after="0" w:line="240" w:lineRule="auto"/>
        <w:ind w:firstLine="567"/>
        <w:jc w:val="both"/>
        <w:rPr>
          <w:szCs w:val="28"/>
          <w:lang w:val="uk-UA"/>
        </w:rPr>
      </w:pPr>
      <w:r w:rsidRPr="008F4407">
        <w:rPr>
          <w:szCs w:val="28"/>
          <w:lang w:val="uk-UA"/>
        </w:rPr>
        <w:t xml:space="preserve">скринінг психосоціального стану – первинне, без встановлення діагнозу, оцінювання за затвердженою методикою ознак психоемоційного виснаження, наслідків </w:t>
      </w:r>
      <w:proofErr w:type="spellStart"/>
      <w:r w:rsidRPr="008F4407">
        <w:rPr>
          <w:szCs w:val="28"/>
          <w:lang w:val="uk-UA"/>
        </w:rPr>
        <w:t>психотравмуючих</w:t>
      </w:r>
      <w:proofErr w:type="spellEnd"/>
      <w:r w:rsidRPr="008F4407">
        <w:rPr>
          <w:szCs w:val="28"/>
          <w:lang w:val="uk-UA"/>
        </w:rPr>
        <w:t xml:space="preserve"> подій та інших психосоціальних чинників, що можуть перешкоджати участі молодої особи в ініціативі, з метою її направлення, за згодою, до надавача відповідних послуг;</w:t>
      </w:r>
    </w:p>
    <w:p w14:paraId="5D517422" w14:textId="77777777" w:rsidR="007764CA" w:rsidRPr="008F4407" w:rsidRDefault="00A9614F" w:rsidP="00E01B9E">
      <w:pPr>
        <w:spacing w:after="0" w:line="240" w:lineRule="auto"/>
        <w:ind w:firstLine="567"/>
        <w:jc w:val="both"/>
        <w:rPr>
          <w:szCs w:val="28"/>
          <w:lang w:val="uk-UA"/>
        </w:rPr>
      </w:pPr>
      <w:r w:rsidRPr="008F4407">
        <w:rPr>
          <w:szCs w:val="28"/>
          <w:lang w:val="uk-UA"/>
        </w:rPr>
        <w:t>соціально-економічна стабілізація – складова підготовчого етапу, спрямована на усунення бар’єрів, що унеможливлюють участь учасника ініціативи в навчанні чи працевлаштуванні (відсутність документів, засобів до існування, потреба у догляді за дитиною чи іншим членом сім’ї, транспортної доступності тощо), шляхом надання соціальних послуг, соціальної допомоги, правничої допомоги та інших видів підтримки;</w:t>
      </w:r>
    </w:p>
    <w:p w14:paraId="18E127CD" w14:textId="043487EC" w:rsidR="007764CA" w:rsidRPr="008F4407" w:rsidRDefault="00A9614F" w:rsidP="00E01B9E">
      <w:pPr>
        <w:spacing w:after="0" w:line="240" w:lineRule="auto"/>
        <w:ind w:firstLine="567"/>
        <w:jc w:val="both"/>
        <w:rPr>
          <w:szCs w:val="28"/>
          <w:lang w:val="uk-UA"/>
        </w:rPr>
      </w:pPr>
      <w:r w:rsidRPr="008F4407">
        <w:rPr>
          <w:szCs w:val="28"/>
          <w:lang w:val="uk-UA"/>
        </w:rPr>
        <w:t xml:space="preserve">суб’єкти виявлення – органи, установи, заклади та організації, які під час виконання своїх повноважень (функцій) контактують з молодими особами NEET і за згодою молодої особи NEET здійснюють її виявлення та направлення до територіального органу державної служби зайнятості, закладу освіти, служби у </w:t>
      </w:r>
      <w:r w:rsidRPr="008F4407">
        <w:rPr>
          <w:szCs w:val="28"/>
          <w:lang w:val="uk-UA"/>
        </w:rPr>
        <w:lastRenderedPageBreak/>
        <w:t xml:space="preserve">справах дітей, надавачів соціальних послуг, центрів надання адміністративних послуг, центрів з надання безоплатної правничої допомоги, </w:t>
      </w:r>
      <w:r w:rsidR="00711679" w:rsidRPr="008F4407">
        <w:rPr>
          <w:szCs w:val="28"/>
          <w:lang w:val="uk-UA"/>
        </w:rPr>
        <w:t>молодіжних</w:t>
      </w:r>
      <w:r w:rsidRPr="008F4407">
        <w:rPr>
          <w:szCs w:val="28"/>
          <w:lang w:val="uk-UA"/>
        </w:rPr>
        <w:t xml:space="preserve"> </w:t>
      </w:r>
      <w:r w:rsidR="00711679" w:rsidRPr="008F4407">
        <w:rPr>
          <w:szCs w:val="28"/>
          <w:lang w:val="uk-UA"/>
        </w:rPr>
        <w:t>центрів</w:t>
      </w:r>
      <w:r w:rsidRPr="008F4407">
        <w:rPr>
          <w:szCs w:val="28"/>
          <w:lang w:val="uk-UA"/>
        </w:rPr>
        <w:t xml:space="preserve"> та інших суб’єктів молодіжної роботи, закладів охорони здоров’я, центрів та відділе</w:t>
      </w:r>
      <w:r w:rsidR="00711679" w:rsidRPr="008F4407">
        <w:rPr>
          <w:szCs w:val="28"/>
          <w:lang w:val="uk-UA"/>
        </w:rPr>
        <w:t>н</w:t>
      </w:r>
      <w:r w:rsidRPr="008F4407">
        <w:rPr>
          <w:szCs w:val="28"/>
          <w:lang w:val="uk-UA"/>
        </w:rPr>
        <w:t xml:space="preserve">ь </w:t>
      </w:r>
      <w:r w:rsidRPr="008F4407">
        <w:rPr>
          <w:color w:val="000000" w:themeColor="text1"/>
          <w:szCs w:val="28"/>
          <w:lang w:val="uk-UA"/>
        </w:rPr>
        <w:t xml:space="preserve">Пенсійного фонду, </w:t>
      </w:r>
      <w:r w:rsidRPr="008F4407">
        <w:rPr>
          <w:szCs w:val="28"/>
          <w:lang w:val="uk-UA"/>
        </w:rPr>
        <w:t>партнерських організацій та інших суб’єктів, визначен</w:t>
      </w:r>
      <w:r w:rsidR="0041343C" w:rsidRPr="008F4407">
        <w:rPr>
          <w:szCs w:val="28"/>
          <w:lang w:val="uk-UA"/>
        </w:rPr>
        <w:t>их</w:t>
      </w:r>
      <w:r w:rsidRPr="008F4407">
        <w:rPr>
          <w:szCs w:val="28"/>
          <w:lang w:val="uk-UA"/>
        </w:rPr>
        <w:t xml:space="preserve"> цим Порядком;</w:t>
      </w:r>
      <w:r w:rsidRPr="008F4407">
        <w:rPr>
          <w:i/>
          <w:szCs w:val="28"/>
          <w:lang w:val="uk-UA"/>
        </w:rPr>
        <w:t xml:space="preserve"> </w:t>
      </w:r>
      <w:r w:rsidRPr="008F4407">
        <w:rPr>
          <w:szCs w:val="28"/>
          <w:lang w:val="uk-UA"/>
        </w:rPr>
        <w:t xml:space="preserve"> </w:t>
      </w:r>
    </w:p>
    <w:p w14:paraId="0C4AD76B" w14:textId="4497DC68" w:rsidR="007764CA" w:rsidRPr="008F4407" w:rsidRDefault="00A9614F" w:rsidP="00E01B9E">
      <w:pPr>
        <w:spacing w:after="0" w:line="240" w:lineRule="auto"/>
        <w:ind w:firstLine="567"/>
        <w:jc w:val="both"/>
        <w:rPr>
          <w:szCs w:val="28"/>
          <w:lang w:val="uk-UA"/>
        </w:rPr>
      </w:pPr>
      <w:r w:rsidRPr="008F4407">
        <w:rPr>
          <w:szCs w:val="28"/>
          <w:lang w:val="uk-UA"/>
        </w:rPr>
        <w:t>супровід – безперервна підтримка учасника ініціативи кар’єрним радником та іншими суб’єктами впровадження з моменту реєстрації до прийняття якісної пропозиції, що включає регулярні контакти з учасником ініціативи, моніторинг виконання індивідуального плану розвитку і коригування його змісту;</w:t>
      </w:r>
    </w:p>
    <w:p w14:paraId="2E36E762" w14:textId="119826BB" w:rsidR="007764CA" w:rsidRPr="008F4407" w:rsidRDefault="00A9614F" w:rsidP="00E01B9E">
      <w:pPr>
        <w:spacing w:after="0" w:line="240" w:lineRule="auto"/>
        <w:ind w:firstLine="567"/>
        <w:jc w:val="both"/>
        <w:rPr>
          <w:szCs w:val="28"/>
          <w:lang w:val="uk-UA"/>
        </w:rPr>
      </w:pPr>
      <w:r w:rsidRPr="008F4407">
        <w:rPr>
          <w:szCs w:val="28"/>
          <w:lang w:val="uk-UA"/>
        </w:rPr>
        <w:t xml:space="preserve">учасник ініціативи – молода особа NEET, яка звернулася до </w:t>
      </w:r>
      <w:r w:rsidR="00BC312F" w:rsidRPr="008F4407">
        <w:rPr>
          <w:szCs w:val="28"/>
          <w:lang w:val="uk-UA"/>
        </w:rPr>
        <w:t>державної служби зайнятості</w:t>
      </w:r>
      <w:r w:rsidRPr="008F4407">
        <w:rPr>
          <w:i/>
          <w:szCs w:val="28"/>
          <w:lang w:val="uk-UA"/>
        </w:rPr>
        <w:t xml:space="preserve"> </w:t>
      </w:r>
      <w:r w:rsidRPr="008F4407">
        <w:rPr>
          <w:szCs w:val="28"/>
          <w:lang w:val="uk-UA"/>
        </w:rPr>
        <w:t xml:space="preserve">або була направлена до нього суб’єктом виявлення, надала згоду на участь в ініціативі та на обробку персональних даних і зареєстрована в інформаційно-комунікаційній системі державної служби зайнятості як учасник ініціативи; </w:t>
      </w:r>
    </w:p>
    <w:p w14:paraId="0B576755" w14:textId="77777777" w:rsidR="007764CA" w:rsidRPr="008F4407" w:rsidRDefault="00A9614F" w:rsidP="00E01B9E">
      <w:pPr>
        <w:spacing w:after="0" w:line="240" w:lineRule="auto"/>
        <w:ind w:firstLine="567"/>
        <w:jc w:val="both"/>
        <w:rPr>
          <w:szCs w:val="28"/>
          <w:lang w:val="uk-UA"/>
        </w:rPr>
      </w:pPr>
      <w:r w:rsidRPr="008F4407">
        <w:rPr>
          <w:szCs w:val="28"/>
          <w:lang w:val="uk-UA"/>
        </w:rPr>
        <w:t>якісна пропозиція – етап впровадження в Україні ініціативи, який передбачає пропозицію працевлаштування, продовження освіти або професійного навчання, учнівства, стажування чи навчання на робочому місці або підтримки започаткування власної справи, що надається учаснику ініціативи протягом чотирьох місяців з дня його реєстрації як учасника ініціативи, відповідає його освіті (кваліфікації), навичкам та індивідуальному плану розвитку, оформлення трудових відносин відповідно до законодавства, оплату праці не нижче мінімального розміру, а також вимог, визначених Законом України «Про зайнятість населення», і спрямована на стійку інтеграцію учасника на ринку праці.</w:t>
      </w:r>
    </w:p>
    <w:p w14:paraId="3323DB5B" w14:textId="7ADFE7F4" w:rsidR="007764CA" w:rsidRPr="008F4407" w:rsidRDefault="00A9614F" w:rsidP="00E01B9E">
      <w:pPr>
        <w:spacing w:after="0" w:line="240" w:lineRule="auto"/>
        <w:ind w:firstLine="567"/>
        <w:jc w:val="both"/>
        <w:rPr>
          <w:szCs w:val="28"/>
          <w:lang w:val="uk-UA"/>
        </w:rPr>
      </w:pPr>
      <w:r w:rsidRPr="008F4407">
        <w:rPr>
          <w:szCs w:val="28"/>
          <w:lang w:val="uk-UA"/>
        </w:rPr>
        <w:t xml:space="preserve">Інші терміни вживаються у значенні, наведеному в Кодексі законів про працю України, </w:t>
      </w:r>
      <w:r w:rsidR="00245B3A" w:rsidRPr="008F4407">
        <w:rPr>
          <w:szCs w:val="28"/>
          <w:lang w:val="uk-UA"/>
        </w:rPr>
        <w:t>З</w:t>
      </w:r>
      <w:r w:rsidRPr="008F4407">
        <w:rPr>
          <w:szCs w:val="28"/>
          <w:lang w:val="uk-UA"/>
        </w:rPr>
        <w:t xml:space="preserve">аконах України «Про зайнятість населення», «Про основні засади молодіжної політики», «Про соціальні послуги», «Про освіту», </w:t>
      </w:r>
      <w:r w:rsidR="002A264E">
        <w:rPr>
          <w:szCs w:val="28"/>
          <w:lang w:val="uk-UA"/>
        </w:rPr>
        <w:t xml:space="preserve">                    </w:t>
      </w:r>
      <w:r w:rsidRPr="008F4407">
        <w:rPr>
          <w:szCs w:val="28"/>
          <w:lang w:val="uk-UA"/>
        </w:rPr>
        <w:t xml:space="preserve">«Про професійну освіту», «Про повну загальну середню освіту», </w:t>
      </w:r>
      <w:r w:rsidR="002A264E">
        <w:rPr>
          <w:szCs w:val="28"/>
          <w:lang w:val="uk-UA"/>
        </w:rPr>
        <w:t xml:space="preserve">                                   </w:t>
      </w:r>
      <w:r w:rsidRPr="008F4407">
        <w:rPr>
          <w:szCs w:val="28"/>
          <w:lang w:val="uk-UA"/>
        </w:rPr>
        <w:t xml:space="preserve">«Про наставництво», «Про органи і служби у справах дітей та спеціальні установи для дітей», «Про забезпечення організаційно-правових умов соціального захисту дітей-сиріт та дітей, позбавлених батьківського піклування», «Про безоплатну правничу допомогу», «Про соціальний діалог в Україні», «Про захист персональних даних», «Про </w:t>
      </w:r>
      <w:proofErr w:type="spellStart"/>
      <w:r w:rsidRPr="008F4407">
        <w:rPr>
          <w:szCs w:val="28"/>
          <w:lang w:val="uk-UA"/>
        </w:rPr>
        <w:t>пробацію</w:t>
      </w:r>
      <w:proofErr w:type="spellEnd"/>
      <w:r w:rsidRPr="008F4407">
        <w:rPr>
          <w:szCs w:val="28"/>
          <w:lang w:val="uk-UA"/>
        </w:rPr>
        <w:t xml:space="preserve">», Порядку надання соціальних послуг суб’єктам ринку праці кар’єрними радниками, спеціалізованими кар’єрними радниками, консультантами по роботі з роботодавцями, затвердженому постановою Кабінету Міністрів України </w:t>
      </w:r>
      <w:r w:rsidR="002A264E">
        <w:rPr>
          <w:szCs w:val="28"/>
          <w:lang w:val="uk-UA"/>
        </w:rPr>
        <w:t xml:space="preserve">               </w:t>
      </w:r>
      <w:r w:rsidRPr="008F4407">
        <w:rPr>
          <w:szCs w:val="28"/>
          <w:lang w:val="uk-UA"/>
        </w:rPr>
        <w:t>від 17 березня 2023 р. № 237 (</w:t>
      </w:r>
      <w:r w:rsidR="00B80A59" w:rsidRPr="008F4407">
        <w:rPr>
          <w:szCs w:val="28"/>
          <w:lang w:val="uk-UA"/>
        </w:rPr>
        <w:t>у</w:t>
      </w:r>
      <w:r w:rsidRPr="008F4407">
        <w:rPr>
          <w:szCs w:val="28"/>
          <w:lang w:val="uk-UA"/>
        </w:rPr>
        <w:t xml:space="preserve"> редакції постанови Кабінету Міністрів України від 14 липня 2025 р. № 839</w:t>
      </w:r>
      <w:r w:rsidR="00BF2851" w:rsidRPr="008F4407">
        <w:rPr>
          <w:szCs w:val="28"/>
          <w:lang w:val="uk-UA"/>
        </w:rPr>
        <w:t>).</w:t>
      </w:r>
      <w:r w:rsidRPr="008F4407">
        <w:rPr>
          <w:szCs w:val="28"/>
          <w:lang w:val="uk-UA"/>
        </w:rPr>
        <w:t xml:space="preserve"> </w:t>
      </w:r>
    </w:p>
    <w:p w14:paraId="434B19CC" w14:textId="77777777" w:rsidR="00946071" w:rsidRPr="008F4407" w:rsidRDefault="00946071" w:rsidP="00E01B9E">
      <w:pPr>
        <w:spacing w:after="0" w:line="240" w:lineRule="auto"/>
        <w:ind w:firstLine="567"/>
        <w:jc w:val="both"/>
        <w:rPr>
          <w:szCs w:val="28"/>
          <w:lang w:val="uk-UA"/>
        </w:rPr>
      </w:pPr>
    </w:p>
    <w:p w14:paraId="28C13068" w14:textId="77777777" w:rsidR="007764CA" w:rsidRPr="008F4407" w:rsidRDefault="00A9614F" w:rsidP="00E01B9E">
      <w:pPr>
        <w:spacing w:after="0" w:line="240" w:lineRule="auto"/>
        <w:ind w:firstLine="567"/>
        <w:jc w:val="both"/>
        <w:rPr>
          <w:color w:val="000000" w:themeColor="text1"/>
          <w:szCs w:val="28"/>
          <w:lang w:val="uk-UA"/>
        </w:rPr>
      </w:pPr>
      <w:r w:rsidRPr="008F4407">
        <w:rPr>
          <w:color w:val="000000" w:themeColor="text1"/>
          <w:szCs w:val="28"/>
          <w:lang w:val="uk-UA"/>
        </w:rPr>
        <w:t>3. Суб’єктами впровадження на національному рівні є міністерства, інші центральні органи виконавчої влади та юридичні особи, які належать до сфери їх управління.</w:t>
      </w:r>
    </w:p>
    <w:p w14:paraId="166ABEE1" w14:textId="2720BB1D" w:rsidR="007764CA" w:rsidRPr="008F4407" w:rsidRDefault="00A9614F" w:rsidP="00E01B9E">
      <w:pPr>
        <w:spacing w:after="0" w:line="240" w:lineRule="auto"/>
        <w:ind w:firstLine="567"/>
        <w:jc w:val="both"/>
        <w:rPr>
          <w:color w:val="000000" w:themeColor="text1"/>
          <w:szCs w:val="28"/>
          <w:lang w:val="uk-UA"/>
        </w:rPr>
      </w:pPr>
      <w:r w:rsidRPr="008F4407">
        <w:rPr>
          <w:color w:val="000000" w:themeColor="text1"/>
          <w:szCs w:val="28"/>
          <w:lang w:val="uk-UA"/>
        </w:rPr>
        <w:t xml:space="preserve">Суб’єктами впровадження на регіональному рівні є Рада міністрів Автономної Республіки Крим, обласні, Київська міська держадміністрації </w:t>
      </w:r>
      <w:r w:rsidRPr="008F4407">
        <w:rPr>
          <w:color w:val="000000" w:themeColor="text1"/>
          <w:szCs w:val="28"/>
          <w:lang w:val="uk-UA"/>
        </w:rPr>
        <w:lastRenderedPageBreak/>
        <w:t>(військові адміністрації) та юридичні особи, які належать до сфери їх</w:t>
      </w:r>
      <w:r w:rsidR="0041343C" w:rsidRPr="008F4407">
        <w:rPr>
          <w:color w:val="000000" w:themeColor="text1"/>
          <w:szCs w:val="28"/>
          <w:lang w:val="uk-UA"/>
        </w:rPr>
        <w:t>нього</w:t>
      </w:r>
      <w:r w:rsidRPr="008F4407">
        <w:rPr>
          <w:color w:val="000000" w:themeColor="text1"/>
          <w:szCs w:val="28"/>
          <w:lang w:val="uk-UA"/>
        </w:rPr>
        <w:t xml:space="preserve"> управління, а також територіальні органи центральних органів виконавчої влади, регіональні центри зайнятості та їх</w:t>
      </w:r>
      <w:r w:rsidR="000C3C7A" w:rsidRPr="008F4407">
        <w:rPr>
          <w:color w:val="000000" w:themeColor="text1"/>
          <w:szCs w:val="28"/>
          <w:lang w:val="uk-UA"/>
        </w:rPr>
        <w:t>ні</w:t>
      </w:r>
      <w:r w:rsidRPr="008F4407">
        <w:rPr>
          <w:color w:val="000000" w:themeColor="text1"/>
          <w:szCs w:val="28"/>
          <w:lang w:val="uk-UA"/>
        </w:rPr>
        <w:t xml:space="preserve"> філії, територіальні відділення Координаційного центру з надання правничої допомоги, уповноважені органи з питань </w:t>
      </w:r>
      <w:proofErr w:type="spellStart"/>
      <w:r w:rsidRPr="008F4407">
        <w:rPr>
          <w:color w:val="000000" w:themeColor="text1"/>
          <w:szCs w:val="28"/>
          <w:lang w:val="uk-UA"/>
        </w:rPr>
        <w:t>пробації</w:t>
      </w:r>
      <w:proofErr w:type="spellEnd"/>
      <w:r w:rsidRPr="008F4407">
        <w:rPr>
          <w:color w:val="000000" w:themeColor="text1"/>
          <w:szCs w:val="28"/>
          <w:lang w:val="uk-UA"/>
        </w:rPr>
        <w:t>, інші регіональні (територіальні) підрозділи державних установ, які належать до сфери управління суб’єктів впровадження національного рівня або діяльність яких ними спрямовується і координується.</w:t>
      </w:r>
    </w:p>
    <w:p w14:paraId="182980F4" w14:textId="1665EE67" w:rsidR="007764CA" w:rsidRPr="008F4407" w:rsidRDefault="00A9614F" w:rsidP="00E01B9E">
      <w:pPr>
        <w:spacing w:after="0" w:line="240" w:lineRule="auto"/>
        <w:ind w:firstLine="567"/>
        <w:jc w:val="both"/>
        <w:rPr>
          <w:i/>
          <w:color w:val="000000" w:themeColor="text1"/>
          <w:szCs w:val="28"/>
          <w:lang w:val="uk-UA"/>
        </w:rPr>
      </w:pPr>
      <w:r w:rsidRPr="008F4407">
        <w:rPr>
          <w:color w:val="000000" w:themeColor="text1"/>
          <w:szCs w:val="28"/>
          <w:lang w:val="uk-UA"/>
        </w:rPr>
        <w:t>Суб’єктами впровадження на місцевому рівні є органи місцевого самоврядування (за згодою), місцеві молодіжні центри, суб’єкти молодіжної роботи, інші юридичні та фізичні особи.</w:t>
      </w:r>
      <w:r w:rsidRPr="008F4407">
        <w:rPr>
          <w:i/>
          <w:color w:val="000000" w:themeColor="text1"/>
          <w:szCs w:val="28"/>
          <w:lang w:val="uk-UA"/>
        </w:rPr>
        <w:t xml:space="preserve"> </w:t>
      </w:r>
    </w:p>
    <w:p w14:paraId="5847F2D7" w14:textId="77777777" w:rsidR="00946071" w:rsidRPr="008F4407" w:rsidRDefault="00946071" w:rsidP="00E01B9E">
      <w:pPr>
        <w:spacing w:after="0" w:line="240" w:lineRule="auto"/>
        <w:ind w:firstLine="567"/>
        <w:jc w:val="both"/>
        <w:rPr>
          <w:color w:val="000000" w:themeColor="text1"/>
          <w:szCs w:val="28"/>
          <w:lang w:val="uk-UA"/>
        </w:rPr>
      </w:pPr>
    </w:p>
    <w:p w14:paraId="01A303BC" w14:textId="0AF4D213" w:rsidR="007764CA" w:rsidRPr="008F4407" w:rsidRDefault="00A9614F" w:rsidP="00E01B9E">
      <w:pPr>
        <w:spacing w:after="0" w:line="240" w:lineRule="auto"/>
        <w:ind w:firstLine="567"/>
        <w:jc w:val="both"/>
        <w:rPr>
          <w:i/>
          <w:color w:val="0032C8"/>
          <w:szCs w:val="28"/>
          <w:lang w:val="uk-UA"/>
        </w:rPr>
      </w:pPr>
      <w:r w:rsidRPr="008F4407">
        <w:rPr>
          <w:color w:val="000000" w:themeColor="text1"/>
          <w:szCs w:val="28"/>
          <w:lang w:val="uk-UA"/>
        </w:rPr>
        <w:t xml:space="preserve">4. </w:t>
      </w:r>
      <w:r w:rsidRPr="008F4407">
        <w:rPr>
          <w:szCs w:val="28"/>
          <w:lang w:val="uk-UA"/>
        </w:rPr>
        <w:t>Координацію взаємодії суб’єктів впровадження здійснює Мінмолодьспорт як Національний координатор з питань впровадження в Україні ініціативи</w:t>
      </w:r>
      <w:r w:rsidR="00B80A59" w:rsidRPr="008F4407">
        <w:rPr>
          <w:szCs w:val="28"/>
          <w:lang w:val="uk-UA"/>
        </w:rPr>
        <w:t>.</w:t>
      </w:r>
      <w:r w:rsidR="00B80A59" w:rsidRPr="008F4407">
        <w:rPr>
          <w:i/>
          <w:color w:val="0032C8"/>
          <w:szCs w:val="28"/>
          <w:lang w:val="uk-UA"/>
        </w:rPr>
        <w:t xml:space="preserve"> </w:t>
      </w:r>
    </w:p>
    <w:p w14:paraId="27402475" w14:textId="77777777" w:rsidR="00946071" w:rsidRPr="008F4407" w:rsidRDefault="00946071" w:rsidP="00E01B9E">
      <w:pPr>
        <w:spacing w:after="0" w:line="240" w:lineRule="auto"/>
        <w:ind w:firstLine="567"/>
        <w:jc w:val="both"/>
        <w:rPr>
          <w:szCs w:val="28"/>
          <w:lang w:val="uk-UA"/>
        </w:rPr>
      </w:pPr>
    </w:p>
    <w:p w14:paraId="65D2F652" w14:textId="6D2BCA3D" w:rsidR="007764CA" w:rsidRPr="008F4407" w:rsidRDefault="00A9614F" w:rsidP="00E01B9E">
      <w:pPr>
        <w:spacing w:after="0" w:line="240" w:lineRule="auto"/>
        <w:ind w:firstLine="567"/>
        <w:jc w:val="both"/>
        <w:rPr>
          <w:szCs w:val="28"/>
          <w:lang w:val="uk-UA"/>
        </w:rPr>
      </w:pPr>
      <w:r w:rsidRPr="008F4407">
        <w:rPr>
          <w:color w:val="000000" w:themeColor="text1"/>
          <w:szCs w:val="28"/>
          <w:lang w:val="uk-UA"/>
        </w:rPr>
        <w:t xml:space="preserve">5. </w:t>
      </w:r>
      <w:r w:rsidRPr="008F4407">
        <w:rPr>
          <w:szCs w:val="28"/>
          <w:lang w:val="uk-UA"/>
        </w:rPr>
        <w:t>Взаємодія суб’єктів впровадження ґрунтується на таких засадах:</w:t>
      </w:r>
    </w:p>
    <w:p w14:paraId="16524C21" w14:textId="77777777" w:rsidR="00946071" w:rsidRPr="008F4407" w:rsidRDefault="00946071" w:rsidP="00E01B9E">
      <w:pPr>
        <w:spacing w:after="0" w:line="240" w:lineRule="auto"/>
        <w:ind w:firstLine="567"/>
        <w:jc w:val="both"/>
        <w:rPr>
          <w:szCs w:val="28"/>
          <w:lang w:val="uk-UA"/>
        </w:rPr>
      </w:pPr>
    </w:p>
    <w:p w14:paraId="69409C60" w14:textId="4C4536C0" w:rsidR="007764CA" w:rsidRPr="008F4407" w:rsidRDefault="00A9614F" w:rsidP="00E01B9E">
      <w:pPr>
        <w:spacing w:after="0" w:line="240" w:lineRule="auto"/>
        <w:ind w:firstLine="567"/>
        <w:jc w:val="both"/>
        <w:rPr>
          <w:szCs w:val="28"/>
          <w:lang w:val="uk-UA"/>
        </w:rPr>
      </w:pPr>
      <w:r w:rsidRPr="008F4407">
        <w:rPr>
          <w:szCs w:val="28"/>
          <w:lang w:val="uk-UA"/>
        </w:rPr>
        <w:t>1) верховенства права та законності.</w:t>
      </w:r>
      <w:r w:rsidRPr="008F4407">
        <w:rPr>
          <w:i/>
          <w:color w:val="0032C8"/>
          <w:szCs w:val="28"/>
          <w:lang w:val="uk-UA"/>
        </w:rPr>
        <w:t xml:space="preserve"> </w:t>
      </w:r>
    </w:p>
    <w:p w14:paraId="0B44C17F" w14:textId="77777777" w:rsidR="007764CA" w:rsidRPr="008F4407" w:rsidRDefault="00A9614F" w:rsidP="00E01B9E">
      <w:pPr>
        <w:spacing w:after="0" w:line="240" w:lineRule="auto"/>
        <w:ind w:firstLine="567"/>
        <w:jc w:val="both"/>
        <w:rPr>
          <w:szCs w:val="28"/>
          <w:lang w:val="uk-UA"/>
        </w:rPr>
      </w:pPr>
      <w:r w:rsidRPr="008F4407">
        <w:rPr>
          <w:szCs w:val="28"/>
          <w:lang w:val="uk-UA"/>
        </w:rPr>
        <w:t xml:space="preserve">Суб’єкти впровадження ініціативи діють лише на підставі, в межах повноважень та у спосіб, що передбачені Конституцією та законами України; </w:t>
      </w:r>
    </w:p>
    <w:p w14:paraId="7BE88777" w14:textId="77777777" w:rsidR="00946071" w:rsidRPr="008F4407" w:rsidRDefault="00946071" w:rsidP="00E01B9E">
      <w:pPr>
        <w:spacing w:after="0" w:line="240" w:lineRule="auto"/>
        <w:ind w:firstLine="567"/>
        <w:jc w:val="both"/>
        <w:rPr>
          <w:szCs w:val="28"/>
          <w:lang w:val="uk-UA"/>
        </w:rPr>
      </w:pPr>
    </w:p>
    <w:p w14:paraId="6EBC0C74" w14:textId="3871F648" w:rsidR="007764CA" w:rsidRPr="008F4407" w:rsidRDefault="00A9614F" w:rsidP="00E01B9E">
      <w:pPr>
        <w:spacing w:after="0" w:line="240" w:lineRule="auto"/>
        <w:ind w:firstLine="567"/>
        <w:jc w:val="both"/>
        <w:rPr>
          <w:szCs w:val="28"/>
          <w:lang w:val="uk-UA"/>
        </w:rPr>
      </w:pPr>
      <w:r w:rsidRPr="008F4407">
        <w:rPr>
          <w:szCs w:val="28"/>
          <w:lang w:val="uk-UA"/>
        </w:rPr>
        <w:t>2) узгодженого формування системи заходів впровадження, які забезпечать раннє виявлення та своєчасне включення молодих осіб NEET в ініціативу та їх</w:t>
      </w:r>
      <w:r w:rsidR="00162402" w:rsidRPr="008F4407">
        <w:rPr>
          <w:szCs w:val="28"/>
          <w:lang w:val="uk-UA"/>
        </w:rPr>
        <w:t>ній</w:t>
      </w:r>
      <w:r w:rsidRPr="008F4407">
        <w:rPr>
          <w:szCs w:val="28"/>
          <w:lang w:val="uk-UA"/>
        </w:rPr>
        <w:t xml:space="preserve"> супровід</w:t>
      </w:r>
      <w:r w:rsidR="00162402" w:rsidRPr="008F4407">
        <w:rPr>
          <w:szCs w:val="28"/>
          <w:lang w:val="uk-UA"/>
        </w:rPr>
        <w:t xml:space="preserve"> </w:t>
      </w:r>
      <w:r w:rsidRPr="008F4407">
        <w:rPr>
          <w:szCs w:val="28"/>
          <w:lang w:val="uk-UA"/>
        </w:rPr>
        <w:t>/</w:t>
      </w:r>
      <w:r w:rsidR="00162402" w:rsidRPr="008F4407">
        <w:rPr>
          <w:szCs w:val="28"/>
          <w:lang w:val="uk-UA"/>
        </w:rPr>
        <w:t xml:space="preserve"> </w:t>
      </w:r>
      <w:proofErr w:type="spellStart"/>
      <w:r w:rsidRPr="008F4407">
        <w:rPr>
          <w:szCs w:val="28"/>
          <w:lang w:val="uk-UA"/>
        </w:rPr>
        <w:t>постсупровід</w:t>
      </w:r>
      <w:proofErr w:type="spellEnd"/>
      <w:r w:rsidRPr="008F4407">
        <w:rPr>
          <w:szCs w:val="28"/>
          <w:lang w:val="uk-UA"/>
        </w:rPr>
        <w:t>;</w:t>
      </w:r>
    </w:p>
    <w:p w14:paraId="383CE7DC" w14:textId="77777777" w:rsidR="00946071" w:rsidRPr="008F4407" w:rsidRDefault="00946071" w:rsidP="00E01B9E">
      <w:pPr>
        <w:spacing w:after="0" w:line="240" w:lineRule="auto"/>
        <w:ind w:firstLine="567"/>
        <w:jc w:val="both"/>
        <w:rPr>
          <w:szCs w:val="28"/>
          <w:lang w:val="uk-UA"/>
        </w:rPr>
      </w:pPr>
    </w:p>
    <w:p w14:paraId="3F36A877" w14:textId="31DE2C8A" w:rsidR="007764CA" w:rsidRPr="008F4407" w:rsidRDefault="00A9614F" w:rsidP="00E01B9E">
      <w:pPr>
        <w:spacing w:after="0" w:line="240" w:lineRule="auto"/>
        <w:ind w:firstLine="567"/>
        <w:jc w:val="both"/>
        <w:rPr>
          <w:szCs w:val="28"/>
          <w:lang w:val="uk-UA"/>
        </w:rPr>
      </w:pPr>
      <w:r w:rsidRPr="008F4407">
        <w:rPr>
          <w:szCs w:val="28"/>
          <w:lang w:val="uk-UA"/>
        </w:rPr>
        <w:t>3) забезпечення ефективної міжсекторальної партнерської взаємодії між суб’єктами впровадження на національному та регіональному рівнях, зокрема через об’єднання фінансових, матеріально-технічних, кадрових та інформаційних ресурсів,</w:t>
      </w:r>
      <w:r w:rsidRPr="008F4407">
        <w:rPr>
          <w:i/>
          <w:szCs w:val="28"/>
          <w:lang w:val="uk-UA"/>
        </w:rPr>
        <w:t xml:space="preserve"> </w:t>
      </w:r>
      <w:r w:rsidRPr="008F4407">
        <w:rPr>
          <w:szCs w:val="28"/>
          <w:lang w:val="uk-UA"/>
        </w:rPr>
        <w:t>обмін інформацією та чіткий розподіл повноважень для уникнення їх</w:t>
      </w:r>
      <w:r w:rsidR="00B479AA" w:rsidRPr="008F4407">
        <w:rPr>
          <w:szCs w:val="28"/>
          <w:lang w:val="uk-UA"/>
        </w:rPr>
        <w:t>нього</w:t>
      </w:r>
      <w:r w:rsidRPr="008F4407">
        <w:rPr>
          <w:szCs w:val="28"/>
          <w:lang w:val="uk-UA"/>
        </w:rPr>
        <w:t xml:space="preserve"> дублювання та забезпечення комплексного міждисциплінарного підходу; </w:t>
      </w:r>
    </w:p>
    <w:p w14:paraId="4008ECD0" w14:textId="77777777" w:rsidR="00946071" w:rsidRPr="008F4407" w:rsidRDefault="00946071" w:rsidP="00E01B9E">
      <w:pPr>
        <w:spacing w:after="0" w:line="240" w:lineRule="auto"/>
        <w:ind w:firstLine="567"/>
        <w:jc w:val="both"/>
        <w:rPr>
          <w:szCs w:val="28"/>
          <w:lang w:val="uk-UA"/>
        </w:rPr>
      </w:pPr>
    </w:p>
    <w:p w14:paraId="2EE9AD7B" w14:textId="1397C262" w:rsidR="007764CA" w:rsidRPr="008F4407" w:rsidRDefault="00A9614F" w:rsidP="00E01B9E">
      <w:pPr>
        <w:spacing w:after="0" w:line="240" w:lineRule="auto"/>
        <w:ind w:firstLine="567"/>
        <w:jc w:val="both"/>
        <w:rPr>
          <w:szCs w:val="28"/>
          <w:lang w:val="uk-UA"/>
        </w:rPr>
      </w:pPr>
      <w:r w:rsidRPr="008F4407">
        <w:rPr>
          <w:szCs w:val="28"/>
          <w:lang w:val="uk-UA"/>
        </w:rPr>
        <w:t xml:space="preserve">4) забезпечення рівного доступу молодих осіб NEET до ініціативи незалежно від місця проживання, впливу наслідків збройної агресії, стану здоров’я, наявності інвалідності, сімейних обставин чи інших бар’єрів; </w:t>
      </w:r>
    </w:p>
    <w:p w14:paraId="73B0C29D" w14:textId="77777777" w:rsidR="00946071" w:rsidRPr="008F4407" w:rsidRDefault="00946071" w:rsidP="00E01B9E">
      <w:pPr>
        <w:spacing w:after="0" w:line="240" w:lineRule="auto"/>
        <w:ind w:firstLine="567"/>
        <w:jc w:val="both"/>
        <w:rPr>
          <w:szCs w:val="28"/>
          <w:lang w:val="uk-UA"/>
        </w:rPr>
      </w:pPr>
    </w:p>
    <w:p w14:paraId="55B10FC3" w14:textId="3171BEC8" w:rsidR="007764CA" w:rsidRPr="008F4407" w:rsidRDefault="00A9614F" w:rsidP="00E01B9E">
      <w:pPr>
        <w:spacing w:after="0" w:line="240" w:lineRule="auto"/>
        <w:ind w:firstLine="567"/>
        <w:jc w:val="both"/>
        <w:rPr>
          <w:szCs w:val="28"/>
          <w:lang w:val="uk-UA"/>
        </w:rPr>
      </w:pPr>
      <w:r w:rsidRPr="008F4407">
        <w:rPr>
          <w:szCs w:val="28"/>
          <w:lang w:val="uk-UA"/>
        </w:rPr>
        <w:t>5) добровільної участі та поваги до волевиявлення молодої особи NEET.</w:t>
      </w:r>
      <w:r w:rsidRPr="008F4407">
        <w:rPr>
          <w:i/>
          <w:color w:val="0032C8"/>
          <w:szCs w:val="28"/>
          <w:lang w:val="uk-UA"/>
        </w:rPr>
        <w:t xml:space="preserve"> </w:t>
      </w:r>
    </w:p>
    <w:p w14:paraId="67BFE918" w14:textId="77777777" w:rsidR="007764CA" w:rsidRPr="008F4407" w:rsidRDefault="00A9614F" w:rsidP="00E01B9E">
      <w:pPr>
        <w:spacing w:after="0" w:line="240" w:lineRule="auto"/>
        <w:ind w:firstLine="567"/>
        <w:jc w:val="both"/>
        <w:rPr>
          <w:szCs w:val="28"/>
          <w:lang w:val="uk-UA"/>
        </w:rPr>
      </w:pPr>
      <w:r w:rsidRPr="008F4407">
        <w:rPr>
          <w:szCs w:val="28"/>
          <w:lang w:val="uk-UA"/>
        </w:rPr>
        <w:t>Участь молодої особи в ініціативі, а також збирання, використання та передача відомостей про неї здійснюються за її згодою, а щодо молодої особи віком до 18 років – за згодою одного з батьків або іншого законного представника; відмова від участі в ініціативі або припинення участі не може бути підставою для обмеження доступу молодої особи до інших видів підтримки, передбачених законодавством;</w:t>
      </w:r>
    </w:p>
    <w:p w14:paraId="74F483A9" w14:textId="77777777" w:rsidR="00946071" w:rsidRPr="008F4407" w:rsidRDefault="00946071" w:rsidP="00E01B9E">
      <w:pPr>
        <w:spacing w:after="0" w:line="240" w:lineRule="auto"/>
        <w:ind w:firstLine="567"/>
        <w:jc w:val="both"/>
        <w:rPr>
          <w:szCs w:val="28"/>
          <w:lang w:val="uk-UA"/>
        </w:rPr>
      </w:pPr>
    </w:p>
    <w:p w14:paraId="04B6A201" w14:textId="5F26F792" w:rsidR="007764CA" w:rsidRDefault="00A9614F" w:rsidP="00E01B9E">
      <w:pPr>
        <w:spacing w:after="0" w:line="240" w:lineRule="auto"/>
        <w:ind w:firstLine="567"/>
        <w:jc w:val="both"/>
        <w:rPr>
          <w:szCs w:val="28"/>
        </w:rPr>
      </w:pPr>
      <w:r w:rsidRPr="008F4407">
        <w:rPr>
          <w:szCs w:val="28"/>
          <w:lang w:val="uk-UA"/>
        </w:rPr>
        <w:lastRenderedPageBreak/>
        <w:t>6) забезпечення найкращих інтересів молодої особи NEET;</w:t>
      </w:r>
    </w:p>
    <w:p w14:paraId="62976B65" w14:textId="77777777" w:rsidR="00A11F84" w:rsidRPr="00A11F84" w:rsidRDefault="00A11F84" w:rsidP="00E01B9E">
      <w:pPr>
        <w:spacing w:after="0" w:line="240" w:lineRule="auto"/>
        <w:ind w:firstLine="567"/>
        <w:jc w:val="both"/>
        <w:rPr>
          <w:szCs w:val="28"/>
        </w:rPr>
      </w:pPr>
    </w:p>
    <w:p w14:paraId="6D71C4FF" w14:textId="636BF29D" w:rsidR="007764CA" w:rsidRPr="008F4407" w:rsidRDefault="00A9614F" w:rsidP="00E01B9E">
      <w:pPr>
        <w:spacing w:after="0" w:line="240" w:lineRule="auto"/>
        <w:ind w:firstLine="567"/>
        <w:jc w:val="both"/>
        <w:rPr>
          <w:szCs w:val="28"/>
          <w:lang w:val="uk-UA"/>
        </w:rPr>
      </w:pPr>
      <w:r w:rsidRPr="008F4407">
        <w:rPr>
          <w:szCs w:val="28"/>
          <w:lang w:val="uk-UA"/>
        </w:rPr>
        <w:t xml:space="preserve">7) гендерної рівності та </w:t>
      </w:r>
      <w:proofErr w:type="spellStart"/>
      <w:r w:rsidRPr="008F4407">
        <w:rPr>
          <w:szCs w:val="28"/>
          <w:lang w:val="uk-UA"/>
        </w:rPr>
        <w:t>інклюзивності</w:t>
      </w:r>
      <w:proofErr w:type="spellEnd"/>
      <w:r w:rsidRPr="008F4407">
        <w:rPr>
          <w:szCs w:val="28"/>
          <w:lang w:val="uk-UA"/>
        </w:rPr>
        <w:t>.</w:t>
      </w:r>
      <w:r w:rsidRPr="008F4407">
        <w:rPr>
          <w:i/>
          <w:color w:val="0032C8"/>
          <w:szCs w:val="28"/>
          <w:lang w:val="uk-UA"/>
        </w:rPr>
        <w:t xml:space="preserve"> </w:t>
      </w:r>
    </w:p>
    <w:p w14:paraId="485E3441" w14:textId="77777777" w:rsidR="007764CA" w:rsidRPr="008F4407" w:rsidRDefault="00A9614F" w:rsidP="00E01B9E">
      <w:pPr>
        <w:spacing w:after="0" w:line="240" w:lineRule="auto"/>
        <w:ind w:firstLine="567"/>
        <w:jc w:val="both"/>
        <w:rPr>
          <w:szCs w:val="28"/>
          <w:lang w:val="uk-UA"/>
        </w:rPr>
      </w:pPr>
      <w:r w:rsidRPr="008F4407">
        <w:rPr>
          <w:szCs w:val="28"/>
          <w:lang w:val="uk-UA"/>
        </w:rPr>
        <w:t>Заходи ініціативи плануються і реалізуються з урахуванням потреб жінок і чоловіків, осіб з інвалідністю, осіб з обов’язками догляду, з дотриманням вимог доступності, універсального дизайну та розумного пристосування;</w:t>
      </w:r>
    </w:p>
    <w:p w14:paraId="5C1DB210" w14:textId="77777777" w:rsidR="00946071" w:rsidRPr="008F4407" w:rsidRDefault="00946071" w:rsidP="00E01B9E">
      <w:pPr>
        <w:spacing w:after="0" w:line="240" w:lineRule="auto"/>
        <w:ind w:firstLine="567"/>
        <w:jc w:val="both"/>
        <w:rPr>
          <w:szCs w:val="28"/>
          <w:lang w:val="uk-UA"/>
        </w:rPr>
      </w:pPr>
    </w:p>
    <w:p w14:paraId="409F5329" w14:textId="2E5DB60C" w:rsidR="007764CA" w:rsidRPr="008F4407" w:rsidRDefault="00A9614F" w:rsidP="00E01B9E">
      <w:pPr>
        <w:spacing w:after="0" w:line="240" w:lineRule="auto"/>
        <w:ind w:firstLine="567"/>
        <w:jc w:val="both"/>
        <w:rPr>
          <w:szCs w:val="28"/>
          <w:lang w:val="uk-UA"/>
        </w:rPr>
      </w:pPr>
      <w:r w:rsidRPr="008F4407">
        <w:rPr>
          <w:szCs w:val="28"/>
          <w:lang w:val="uk-UA"/>
        </w:rPr>
        <w:t xml:space="preserve">8) раннього та </w:t>
      </w:r>
      <w:proofErr w:type="spellStart"/>
      <w:r w:rsidRPr="008F4407">
        <w:rPr>
          <w:szCs w:val="28"/>
          <w:lang w:val="uk-UA"/>
        </w:rPr>
        <w:t>проактивного</w:t>
      </w:r>
      <w:proofErr w:type="spellEnd"/>
      <w:r w:rsidRPr="008F4407">
        <w:rPr>
          <w:szCs w:val="28"/>
          <w:lang w:val="uk-UA"/>
        </w:rPr>
        <w:t xml:space="preserve"> виявлення.</w:t>
      </w:r>
      <w:r w:rsidRPr="008F4407">
        <w:rPr>
          <w:i/>
          <w:color w:val="0032C8"/>
          <w:szCs w:val="28"/>
          <w:lang w:val="uk-UA"/>
        </w:rPr>
        <w:t xml:space="preserve"> </w:t>
      </w:r>
    </w:p>
    <w:p w14:paraId="61078916" w14:textId="77777777" w:rsidR="007764CA" w:rsidRPr="008F4407" w:rsidRDefault="00A9614F" w:rsidP="00E01B9E">
      <w:pPr>
        <w:spacing w:after="0" w:line="240" w:lineRule="auto"/>
        <w:ind w:firstLine="567"/>
        <w:jc w:val="both"/>
        <w:rPr>
          <w:szCs w:val="28"/>
          <w:lang w:val="uk-UA"/>
        </w:rPr>
      </w:pPr>
      <w:r w:rsidRPr="008F4407">
        <w:rPr>
          <w:szCs w:val="28"/>
          <w:lang w:val="uk-UA"/>
        </w:rPr>
        <w:t>Суб’єкти впровадження ініціативи вживають заходів для виявлення молодої особи NEET, яка перебуває в ризику припинення навчання або не навчається і не працює, у тому числі шляхом активного звернення до молоді за місцем її перебування;</w:t>
      </w:r>
    </w:p>
    <w:p w14:paraId="458A2660" w14:textId="77777777" w:rsidR="00946071" w:rsidRPr="008F4407" w:rsidRDefault="00946071" w:rsidP="00E01B9E">
      <w:pPr>
        <w:spacing w:after="0" w:line="240" w:lineRule="auto"/>
        <w:ind w:firstLine="567"/>
        <w:jc w:val="both"/>
        <w:rPr>
          <w:szCs w:val="28"/>
          <w:lang w:val="uk-UA"/>
        </w:rPr>
      </w:pPr>
    </w:p>
    <w:p w14:paraId="3B4634B8" w14:textId="7A45097E" w:rsidR="007764CA" w:rsidRPr="008F4407" w:rsidRDefault="00A9614F" w:rsidP="00E01B9E">
      <w:pPr>
        <w:spacing w:after="0" w:line="240" w:lineRule="auto"/>
        <w:ind w:firstLine="567"/>
        <w:jc w:val="both"/>
        <w:rPr>
          <w:szCs w:val="28"/>
          <w:lang w:val="uk-UA"/>
        </w:rPr>
      </w:pPr>
      <w:r w:rsidRPr="008F4407">
        <w:rPr>
          <w:szCs w:val="28"/>
          <w:lang w:val="uk-UA"/>
        </w:rPr>
        <w:t>9) персоналізації та індивідуального підходу.</w:t>
      </w:r>
      <w:r w:rsidRPr="008F4407">
        <w:rPr>
          <w:i/>
          <w:color w:val="0032C8"/>
          <w:szCs w:val="28"/>
          <w:lang w:val="uk-UA"/>
        </w:rPr>
        <w:t xml:space="preserve"> </w:t>
      </w:r>
    </w:p>
    <w:p w14:paraId="79230B46" w14:textId="77777777" w:rsidR="007764CA" w:rsidRPr="008F4407" w:rsidRDefault="00A9614F" w:rsidP="00E01B9E">
      <w:pPr>
        <w:spacing w:after="0" w:line="240" w:lineRule="auto"/>
        <w:ind w:firstLine="567"/>
        <w:jc w:val="both"/>
        <w:rPr>
          <w:szCs w:val="28"/>
          <w:lang w:val="uk-UA"/>
        </w:rPr>
      </w:pPr>
      <w:r w:rsidRPr="008F4407">
        <w:rPr>
          <w:szCs w:val="28"/>
          <w:lang w:val="uk-UA"/>
        </w:rPr>
        <w:t>Підтримка молодої особи NEET формується відповідно до її індивідуальних потреб, бар’єрів і раніше здобутих результатів навчання на підставі індивідуального плану розвитку;</w:t>
      </w:r>
    </w:p>
    <w:p w14:paraId="0BE4A239" w14:textId="77777777" w:rsidR="00946071" w:rsidRPr="008F4407" w:rsidRDefault="00946071" w:rsidP="00E01B9E">
      <w:pPr>
        <w:spacing w:after="0" w:line="240" w:lineRule="auto"/>
        <w:ind w:firstLine="567"/>
        <w:jc w:val="both"/>
        <w:rPr>
          <w:szCs w:val="28"/>
          <w:lang w:val="uk-UA"/>
        </w:rPr>
      </w:pPr>
    </w:p>
    <w:p w14:paraId="0F61551B" w14:textId="6E3F4270" w:rsidR="007764CA" w:rsidRPr="008F4407" w:rsidRDefault="00A9614F" w:rsidP="00E01B9E">
      <w:pPr>
        <w:spacing w:after="0" w:line="240" w:lineRule="auto"/>
        <w:ind w:firstLine="567"/>
        <w:jc w:val="both"/>
        <w:rPr>
          <w:szCs w:val="28"/>
          <w:lang w:val="uk-UA"/>
        </w:rPr>
      </w:pPr>
      <w:r w:rsidRPr="008F4407">
        <w:rPr>
          <w:szCs w:val="28"/>
          <w:lang w:val="uk-UA"/>
        </w:rPr>
        <w:t>10) єдиного маршруту.</w:t>
      </w:r>
      <w:r w:rsidRPr="008F4407">
        <w:rPr>
          <w:i/>
          <w:color w:val="0032C8"/>
          <w:szCs w:val="28"/>
          <w:lang w:val="uk-UA"/>
        </w:rPr>
        <w:t xml:space="preserve"> </w:t>
      </w:r>
    </w:p>
    <w:p w14:paraId="5074670D" w14:textId="77777777" w:rsidR="007764CA" w:rsidRPr="008F4407" w:rsidRDefault="00A9614F" w:rsidP="00E01B9E">
      <w:pPr>
        <w:spacing w:after="0" w:line="240" w:lineRule="auto"/>
        <w:ind w:firstLine="567"/>
        <w:jc w:val="both"/>
        <w:rPr>
          <w:szCs w:val="28"/>
          <w:lang w:val="uk-UA"/>
        </w:rPr>
      </w:pPr>
      <w:r w:rsidRPr="008F4407">
        <w:rPr>
          <w:szCs w:val="28"/>
          <w:lang w:val="uk-UA"/>
        </w:rPr>
        <w:t>Суб’єкт впровадження ініціативи, до якого звернулася молода особа NEET, інформує її про ініціативу та за її згодою передає відомості про неї іншому суб’єкту</w:t>
      </w:r>
      <w:r w:rsidRPr="008F4407">
        <w:rPr>
          <w:i/>
          <w:szCs w:val="28"/>
          <w:lang w:val="uk-UA"/>
        </w:rPr>
        <w:t xml:space="preserve"> </w:t>
      </w:r>
      <w:r w:rsidRPr="008F4407">
        <w:rPr>
          <w:szCs w:val="28"/>
          <w:lang w:val="uk-UA"/>
        </w:rPr>
        <w:t xml:space="preserve">впровадження, до повноважень якого належить надання відповідної підтримки; звернення молодої особи </w:t>
      </w:r>
      <w:r w:rsidR="006E5F0A" w:rsidRPr="008F4407">
        <w:rPr>
          <w:szCs w:val="28"/>
          <w:lang w:val="uk-UA"/>
        </w:rPr>
        <w:t>NEET</w:t>
      </w:r>
      <w:r w:rsidRPr="008F4407">
        <w:rPr>
          <w:szCs w:val="28"/>
          <w:lang w:val="uk-UA"/>
        </w:rPr>
        <w:t xml:space="preserve"> не може залишатися без реагування з мотивів відсутності у суб’єкта</w:t>
      </w:r>
      <w:r w:rsidRPr="008F4407">
        <w:rPr>
          <w:i/>
          <w:szCs w:val="28"/>
          <w:lang w:val="uk-UA"/>
        </w:rPr>
        <w:t xml:space="preserve"> </w:t>
      </w:r>
      <w:r w:rsidRPr="008F4407">
        <w:rPr>
          <w:szCs w:val="28"/>
          <w:lang w:val="uk-UA"/>
        </w:rPr>
        <w:t xml:space="preserve">впровадження відповідних повноважень; </w:t>
      </w:r>
    </w:p>
    <w:p w14:paraId="726949E8" w14:textId="77777777" w:rsidR="00946071" w:rsidRPr="008F4407" w:rsidRDefault="00946071" w:rsidP="00E01B9E">
      <w:pPr>
        <w:spacing w:after="0" w:line="240" w:lineRule="auto"/>
        <w:ind w:firstLine="567"/>
        <w:jc w:val="both"/>
        <w:rPr>
          <w:szCs w:val="28"/>
          <w:lang w:val="uk-UA"/>
        </w:rPr>
      </w:pPr>
    </w:p>
    <w:p w14:paraId="240AB39E" w14:textId="5FEF179A" w:rsidR="007764CA" w:rsidRPr="008F4407" w:rsidRDefault="00A9614F" w:rsidP="00E01B9E">
      <w:pPr>
        <w:spacing w:after="0" w:line="240" w:lineRule="auto"/>
        <w:ind w:firstLine="567"/>
        <w:jc w:val="both"/>
        <w:rPr>
          <w:szCs w:val="28"/>
          <w:lang w:val="uk-UA"/>
        </w:rPr>
      </w:pPr>
      <w:r w:rsidRPr="008F4407">
        <w:rPr>
          <w:szCs w:val="28"/>
          <w:lang w:val="uk-UA"/>
        </w:rPr>
        <w:t>11) участі молоді</w:t>
      </w:r>
      <w:r w:rsidRPr="008F4407">
        <w:rPr>
          <w:color w:val="C00000"/>
          <w:szCs w:val="28"/>
          <w:lang w:val="uk-UA"/>
        </w:rPr>
        <w:t xml:space="preserve"> </w:t>
      </w:r>
      <w:r w:rsidRPr="008F4407">
        <w:rPr>
          <w:color w:val="000000" w:themeColor="text1"/>
          <w:szCs w:val="28"/>
          <w:lang w:val="uk-UA"/>
        </w:rPr>
        <w:t>NEET</w:t>
      </w:r>
      <w:r w:rsidRPr="008F4407">
        <w:rPr>
          <w:szCs w:val="28"/>
          <w:lang w:val="uk-UA"/>
        </w:rPr>
        <w:t>.</w:t>
      </w:r>
      <w:r w:rsidRPr="008F4407">
        <w:rPr>
          <w:i/>
          <w:color w:val="0032C8"/>
          <w:szCs w:val="28"/>
          <w:lang w:val="uk-UA"/>
        </w:rPr>
        <w:t xml:space="preserve"> </w:t>
      </w:r>
    </w:p>
    <w:p w14:paraId="1CA249D9" w14:textId="77777777" w:rsidR="007764CA" w:rsidRPr="008F4407" w:rsidRDefault="00A9614F" w:rsidP="00E01B9E">
      <w:pPr>
        <w:spacing w:after="0" w:line="240" w:lineRule="auto"/>
        <w:ind w:firstLine="567"/>
        <w:jc w:val="both"/>
        <w:rPr>
          <w:szCs w:val="28"/>
          <w:lang w:val="uk-UA"/>
        </w:rPr>
      </w:pPr>
      <w:r w:rsidRPr="008F4407">
        <w:rPr>
          <w:szCs w:val="28"/>
          <w:lang w:val="uk-UA"/>
        </w:rPr>
        <w:t xml:space="preserve">Молоді особи </w:t>
      </w:r>
      <w:r w:rsidR="006E5F0A" w:rsidRPr="008F4407">
        <w:rPr>
          <w:szCs w:val="28"/>
          <w:lang w:val="uk-UA"/>
        </w:rPr>
        <w:t>NEET</w:t>
      </w:r>
      <w:r w:rsidRPr="008F4407">
        <w:rPr>
          <w:szCs w:val="28"/>
          <w:lang w:val="uk-UA"/>
        </w:rPr>
        <w:t>, молодіжні ради, молодіжні працівники, молодіжні центри та інші суб’єкти молодіжної роботи залучаються до планування, реалізації, моніторингу та оцінювання заходів ініціативи;</w:t>
      </w:r>
    </w:p>
    <w:p w14:paraId="1C866D6F" w14:textId="77777777" w:rsidR="00946071" w:rsidRPr="008F4407" w:rsidRDefault="00946071" w:rsidP="00E01B9E">
      <w:pPr>
        <w:spacing w:after="0" w:line="240" w:lineRule="auto"/>
        <w:ind w:firstLine="567"/>
        <w:jc w:val="both"/>
        <w:rPr>
          <w:szCs w:val="28"/>
          <w:lang w:val="uk-UA"/>
        </w:rPr>
      </w:pPr>
    </w:p>
    <w:p w14:paraId="499980D3" w14:textId="5D302EF6" w:rsidR="007764CA" w:rsidRPr="008F4407" w:rsidRDefault="00A9614F" w:rsidP="00E01B9E">
      <w:pPr>
        <w:spacing w:after="0" w:line="240" w:lineRule="auto"/>
        <w:ind w:firstLine="567"/>
        <w:jc w:val="both"/>
        <w:rPr>
          <w:szCs w:val="28"/>
          <w:lang w:val="uk-UA"/>
        </w:rPr>
      </w:pPr>
      <w:r w:rsidRPr="008F4407">
        <w:rPr>
          <w:szCs w:val="28"/>
          <w:lang w:val="uk-UA"/>
        </w:rPr>
        <w:t>12) обґрунтованості рішень.</w:t>
      </w:r>
      <w:r w:rsidRPr="008F4407">
        <w:rPr>
          <w:i/>
          <w:color w:val="0032C8"/>
          <w:szCs w:val="28"/>
          <w:lang w:val="uk-UA"/>
        </w:rPr>
        <w:t xml:space="preserve"> </w:t>
      </w:r>
    </w:p>
    <w:p w14:paraId="18F7C16E" w14:textId="77777777" w:rsidR="007764CA" w:rsidRPr="008F4407" w:rsidRDefault="00A9614F" w:rsidP="00E01B9E">
      <w:pPr>
        <w:spacing w:after="0" w:line="240" w:lineRule="auto"/>
        <w:ind w:firstLine="567"/>
        <w:jc w:val="both"/>
        <w:rPr>
          <w:szCs w:val="28"/>
          <w:lang w:val="uk-UA"/>
        </w:rPr>
      </w:pPr>
      <w:r w:rsidRPr="008F4407">
        <w:rPr>
          <w:szCs w:val="28"/>
          <w:lang w:val="uk-UA"/>
        </w:rPr>
        <w:t xml:space="preserve">Рішення щодо планування заходів і розподілу ресурсів ініціативи ґрунтуються на </w:t>
      </w:r>
      <w:proofErr w:type="spellStart"/>
      <w:r w:rsidRPr="008F4407">
        <w:rPr>
          <w:szCs w:val="28"/>
          <w:lang w:val="uk-UA"/>
        </w:rPr>
        <w:t>дезагрегованих</w:t>
      </w:r>
      <w:proofErr w:type="spellEnd"/>
      <w:r w:rsidRPr="008F4407">
        <w:rPr>
          <w:szCs w:val="28"/>
          <w:lang w:val="uk-UA"/>
        </w:rPr>
        <w:t xml:space="preserve"> даних про молодих осіб </w:t>
      </w:r>
      <w:r w:rsidR="006E5F0A" w:rsidRPr="008F4407">
        <w:rPr>
          <w:szCs w:val="28"/>
          <w:lang w:val="uk-UA"/>
        </w:rPr>
        <w:t>NEET</w:t>
      </w:r>
      <w:r w:rsidRPr="008F4407">
        <w:rPr>
          <w:szCs w:val="28"/>
          <w:lang w:val="uk-UA"/>
        </w:rPr>
        <w:t>, результатах картування послуг та форм підтримки, прогнозах потреб ринку праці та результатах моніторингу і оцінювання;</w:t>
      </w:r>
    </w:p>
    <w:p w14:paraId="485EAA29" w14:textId="77777777" w:rsidR="00946071" w:rsidRPr="008F4407" w:rsidRDefault="00946071" w:rsidP="00E01B9E">
      <w:pPr>
        <w:spacing w:after="0" w:line="240" w:lineRule="auto"/>
        <w:ind w:firstLine="567"/>
        <w:jc w:val="both"/>
        <w:rPr>
          <w:szCs w:val="28"/>
          <w:lang w:val="uk-UA"/>
        </w:rPr>
      </w:pPr>
    </w:p>
    <w:p w14:paraId="20F002FC" w14:textId="6C20FB89" w:rsidR="007764CA" w:rsidRPr="008F4407" w:rsidRDefault="00A9614F" w:rsidP="00E01B9E">
      <w:pPr>
        <w:spacing w:after="0" w:line="240" w:lineRule="auto"/>
        <w:ind w:firstLine="567"/>
        <w:jc w:val="both"/>
        <w:rPr>
          <w:szCs w:val="28"/>
          <w:lang w:val="uk-UA"/>
        </w:rPr>
      </w:pPr>
      <w:r w:rsidRPr="008F4407">
        <w:rPr>
          <w:szCs w:val="28"/>
          <w:lang w:val="uk-UA"/>
        </w:rPr>
        <w:t>13) захисту персональних даних та конфіденційності.</w:t>
      </w:r>
      <w:r w:rsidRPr="008F4407">
        <w:rPr>
          <w:i/>
          <w:color w:val="0032C8"/>
          <w:szCs w:val="28"/>
          <w:lang w:val="uk-UA"/>
        </w:rPr>
        <w:t xml:space="preserve"> </w:t>
      </w:r>
    </w:p>
    <w:p w14:paraId="73C46A41" w14:textId="77777777" w:rsidR="007764CA" w:rsidRPr="008F4407" w:rsidRDefault="00A9614F" w:rsidP="00E01B9E">
      <w:pPr>
        <w:spacing w:after="0" w:line="240" w:lineRule="auto"/>
        <w:ind w:firstLine="567"/>
        <w:jc w:val="both"/>
        <w:rPr>
          <w:szCs w:val="28"/>
          <w:lang w:val="uk-UA"/>
        </w:rPr>
      </w:pPr>
      <w:r w:rsidRPr="008F4407">
        <w:rPr>
          <w:szCs w:val="28"/>
          <w:lang w:val="uk-UA"/>
        </w:rPr>
        <w:t>Обробка персональних даних молодої особи здійснюється лише в обсязі, необхідному для досягнення мети ініціативи, на підставі її згоди або закону, з обмеженням доступу до них уповноваженими особами;</w:t>
      </w:r>
    </w:p>
    <w:p w14:paraId="4D065013" w14:textId="77777777" w:rsidR="00946071" w:rsidRPr="008F4407" w:rsidRDefault="00946071" w:rsidP="00E01B9E">
      <w:pPr>
        <w:spacing w:after="0" w:line="240" w:lineRule="auto"/>
        <w:ind w:firstLine="567"/>
        <w:jc w:val="both"/>
        <w:rPr>
          <w:szCs w:val="28"/>
          <w:lang w:val="uk-UA"/>
        </w:rPr>
      </w:pPr>
    </w:p>
    <w:p w14:paraId="32AF3957" w14:textId="72B2B63E" w:rsidR="007764CA" w:rsidRPr="008F4407" w:rsidRDefault="00A9614F" w:rsidP="00E01B9E">
      <w:pPr>
        <w:spacing w:after="0" w:line="240" w:lineRule="auto"/>
        <w:ind w:firstLine="567"/>
        <w:jc w:val="both"/>
        <w:rPr>
          <w:szCs w:val="28"/>
          <w:lang w:val="uk-UA"/>
        </w:rPr>
      </w:pPr>
      <w:r w:rsidRPr="008F4407">
        <w:rPr>
          <w:szCs w:val="28"/>
          <w:lang w:val="uk-UA"/>
        </w:rPr>
        <w:t>14) відкритості та підзвітності.</w:t>
      </w:r>
      <w:r w:rsidRPr="008F4407">
        <w:rPr>
          <w:i/>
          <w:color w:val="0032C8"/>
          <w:szCs w:val="28"/>
          <w:lang w:val="uk-UA"/>
        </w:rPr>
        <w:t xml:space="preserve"> </w:t>
      </w:r>
    </w:p>
    <w:p w14:paraId="512D42E3" w14:textId="5A0C1B67" w:rsidR="007764CA" w:rsidRPr="008F4407" w:rsidRDefault="00A9614F" w:rsidP="00E01B9E">
      <w:pPr>
        <w:spacing w:after="0" w:line="240" w:lineRule="auto"/>
        <w:ind w:firstLine="567"/>
        <w:jc w:val="both"/>
        <w:rPr>
          <w:szCs w:val="28"/>
          <w:lang w:val="uk-UA"/>
        </w:rPr>
      </w:pPr>
      <w:r w:rsidRPr="008F4407">
        <w:rPr>
          <w:szCs w:val="28"/>
          <w:lang w:val="uk-UA"/>
        </w:rPr>
        <w:t xml:space="preserve">Суб’єкти впровадження ініціативи оприлюднюють інформацію </w:t>
      </w:r>
      <w:r w:rsidR="00B479AA" w:rsidRPr="008F4407">
        <w:rPr>
          <w:szCs w:val="28"/>
          <w:lang w:val="uk-UA"/>
        </w:rPr>
        <w:t>про</w:t>
      </w:r>
      <w:r w:rsidRPr="008F4407">
        <w:rPr>
          <w:szCs w:val="28"/>
          <w:lang w:val="uk-UA"/>
        </w:rPr>
        <w:t xml:space="preserve"> реалізаці</w:t>
      </w:r>
      <w:r w:rsidR="00260140" w:rsidRPr="008F4407">
        <w:rPr>
          <w:szCs w:val="28"/>
          <w:lang w:val="uk-UA"/>
        </w:rPr>
        <w:t>ю</w:t>
      </w:r>
      <w:r w:rsidRPr="008F4407">
        <w:rPr>
          <w:szCs w:val="28"/>
          <w:lang w:val="uk-UA"/>
        </w:rPr>
        <w:t xml:space="preserve"> плану заходів щодо впровадження ініціативи,</w:t>
      </w:r>
      <w:r w:rsidRPr="008F4407">
        <w:rPr>
          <w:i/>
          <w:szCs w:val="28"/>
          <w:lang w:val="uk-UA"/>
        </w:rPr>
        <w:t xml:space="preserve"> </w:t>
      </w:r>
      <w:r w:rsidRPr="008F4407">
        <w:rPr>
          <w:szCs w:val="28"/>
          <w:lang w:val="uk-UA"/>
        </w:rPr>
        <w:t xml:space="preserve">її результати та </w:t>
      </w:r>
      <w:r w:rsidRPr="008F4407">
        <w:rPr>
          <w:szCs w:val="28"/>
          <w:lang w:val="uk-UA"/>
        </w:rPr>
        <w:lastRenderedPageBreak/>
        <w:t>використання коштів, зокрема у формі відкритих даних, з дотриманням вимог законодавства про захист персональних даних;</w:t>
      </w:r>
    </w:p>
    <w:p w14:paraId="177BC2A1" w14:textId="77777777" w:rsidR="00946071" w:rsidRPr="008F4407" w:rsidRDefault="00946071" w:rsidP="00E01B9E">
      <w:pPr>
        <w:spacing w:after="0" w:line="240" w:lineRule="auto"/>
        <w:ind w:firstLine="567"/>
        <w:jc w:val="both"/>
        <w:rPr>
          <w:szCs w:val="28"/>
          <w:lang w:val="uk-UA"/>
        </w:rPr>
      </w:pPr>
    </w:p>
    <w:p w14:paraId="07379680" w14:textId="063AC3F2" w:rsidR="007764CA" w:rsidRPr="008F4407" w:rsidRDefault="00A9614F" w:rsidP="00E01B9E">
      <w:pPr>
        <w:spacing w:after="0" w:line="240" w:lineRule="auto"/>
        <w:ind w:firstLine="567"/>
        <w:jc w:val="both"/>
        <w:rPr>
          <w:szCs w:val="28"/>
          <w:lang w:val="uk-UA"/>
        </w:rPr>
      </w:pPr>
      <w:r w:rsidRPr="008F4407">
        <w:rPr>
          <w:szCs w:val="28"/>
          <w:lang w:val="uk-UA"/>
        </w:rPr>
        <w:t>15) ефективного та цільового використання коштів і відповідальності.</w:t>
      </w:r>
      <w:r w:rsidRPr="008F4407">
        <w:rPr>
          <w:i/>
          <w:color w:val="0032C8"/>
          <w:szCs w:val="28"/>
          <w:lang w:val="uk-UA"/>
        </w:rPr>
        <w:t xml:space="preserve"> </w:t>
      </w:r>
    </w:p>
    <w:p w14:paraId="506BE14B" w14:textId="77777777" w:rsidR="007764CA" w:rsidRPr="008F4407" w:rsidRDefault="00A9614F" w:rsidP="00E01B9E">
      <w:pPr>
        <w:spacing w:after="0" w:line="240" w:lineRule="auto"/>
        <w:ind w:firstLine="567"/>
        <w:jc w:val="both"/>
        <w:rPr>
          <w:szCs w:val="28"/>
          <w:lang w:val="uk-UA"/>
        </w:rPr>
      </w:pPr>
      <w:r w:rsidRPr="008F4407">
        <w:rPr>
          <w:szCs w:val="28"/>
          <w:lang w:val="uk-UA"/>
        </w:rPr>
        <w:t>Кошти, спрямовані на впровадження ініціативи, використовуються за цільовим призначенням, а суб’єкти впровадження відповідають за виконання взятих на себе зобов’язань;</w:t>
      </w:r>
    </w:p>
    <w:p w14:paraId="7CD67C8D" w14:textId="77777777" w:rsidR="00946071" w:rsidRPr="008F4407" w:rsidRDefault="00946071" w:rsidP="00E01B9E">
      <w:pPr>
        <w:spacing w:after="0" w:line="240" w:lineRule="auto"/>
        <w:ind w:firstLine="567"/>
        <w:jc w:val="both"/>
        <w:rPr>
          <w:szCs w:val="28"/>
          <w:lang w:val="uk-UA"/>
        </w:rPr>
      </w:pPr>
    </w:p>
    <w:p w14:paraId="7A956272" w14:textId="01E6584F" w:rsidR="007764CA" w:rsidRPr="008F4407" w:rsidRDefault="00A9614F" w:rsidP="00E01B9E">
      <w:pPr>
        <w:spacing w:after="0" w:line="240" w:lineRule="auto"/>
        <w:ind w:firstLine="567"/>
        <w:jc w:val="both"/>
        <w:rPr>
          <w:szCs w:val="28"/>
          <w:lang w:val="uk-UA"/>
        </w:rPr>
      </w:pPr>
      <w:r w:rsidRPr="008F4407">
        <w:rPr>
          <w:szCs w:val="28"/>
          <w:lang w:val="uk-UA"/>
        </w:rPr>
        <w:t>16) поваги до самостійності місцевого самоврядування.</w:t>
      </w:r>
      <w:r w:rsidRPr="008F4407">
        <w:rPr>
          <w:i/>
          <w:color w:val="0032C8"/>
          <w:szCs w:val="28"/>
          <w:lang w:val="uk-UA"/>
        </w:rPr>
        <w:t xml:space="preserve"> </w:t>
      </w:r>
    </w:p>
    <w:p w14:paraId="55AEEA7D" w14:textId="27D6E036" w:rsidR="007764CA" w:rsidRPr="008F4407" w:rsidRDefault="00A9614F" w:rsidP="00E01B9E">
      <w:pPr>
        <w:spacing w:after="0" w:line="240" w:lineRule="auto"/>
        <w:ind w:firstLine="567"/>
        <w:jc w:val="both"/>
        <w:rPr>
          <w:szCs w:val="28"/>
          <w:lang w:val="uk-UA"/>
        </w:rPr>
      </w:pPr>
      <w:r w:rsidRPr="008F4407">
        <w:rPr>
          <w:szCs w:val="28"/>
          <w:lang w:val="uk-UA"/>
        </w:rPr>
        <w:t>Органи місцевого самоврядування беруть участь у впровадженні ініціативи в межах власних повноважень за своїм рішенням, а в межах делегованих повноважень – у порядку, визначеному законом</w:t>
      </w:r>
      <w:r w:rsidR="004B10B4" w:rsidRPr="008F4407">
        <w:rPr>
          <w:szCs w:val="28"/>
          <w:lang w:val="uk-UA"/>
        </w:rPr>
        <w:t>.</w:t>
      </w:r>
      <w:r w:rsidRPr="008F4407">
        <w:rPr>
          <w:szCs w:val="28"/>
          <w:lang w:val="uk-UA"/>
        </w:rPr>
        <w:t xml:space="preserve"> </w:t>
      </w:r>
      <w:r w:rsidR="004B10B4" w:rsidRPr="008F4407">
        <w:rPr>
          <w:szCs w:val="28"/>
          <w:lang w:val="uk-UA"/>
        </w:rPr>
        <w:t>Мі</w:t>
      </w:r>
      <w:r w:rsidRPr="008F4407">
        <w:rPr>
          <w:szCs w:val="28"/>
          <w:lang w:val="uk-UA"/>
        </w:rPr>
        <w:t>сцеві держадміністрації сприяють органам місцевого самоврядування у здійсненні ними власних повноважень і не втручаються в їх здійснення.</w:t>
      </w:r>
    </w:p>
    <w:p w14:paraId="6A4E0C68" w14:textId="77777777" w:rsidR="00946071" w:rsidRPr="008F4407" w:rsidRDefault="00946071" w:rsidP="00E01B9E">
      <w:pPr>
        <w:spacing w:after="0" w:line="240" w:lineRule="auto"/>
        <w:ind w:firstLine="567"/>
        <w:jc w:val="both"/>
        <w:rPr>
          <w:color w:val="000000" w:themeColor="text1"/>
          <w:szCs w:val="28"/>
          <w:lang w:val="uk-UA"/>
        </w:rPr>
      </w:pPr>
    </w:p>
    <w:p w14:paraId="03276CDF" w14:textId="4B7533B9" w:rsidR="007764CA" w:rsidRPr="008F4407" w:rsidRDefault="00A9614F" w:rsidP="00E01B9E">
      <w:pPr>
        <w:spacing w:after="0" w:line="240" w:lineRule="auto"/>
        <w:ind w:firstLine="567"/>
        <w:jc w:val="both"/>
        <w:rPr>
          <w:szCs w:val="28"/>
          <w:lang w:val="uk-UA"/>
        </w:rPr>
      </w:pPr>
      <w:r w:rsidRPr="008F4407">
        <w:rPr>
          <w:color w:val="000000" w:themeColor="text1"/>
          <w:szCs w:val="28"/>
          <w:lang w:val="uk-UA"/>
        </w:rPr>
        <w:t xml:space="preserve">6. </w:t>
      </w:r>
      <w:r w:rsidRPr="008F4407">
        <w:rPr>
          <w:szCs w:val="28"/>
          <w:lang w:val="uk-UA"/>
        </w:rPr>
        <w:t>Механізм реалізації ініціативи охоплює:</w:t>
      </w:r>
    </w:p>
    <w:p w14:paraId="07B94957" w14:textId="77777777" w:rsidR="00946071" w:rsidRPr="008F4407" w:rsidRDefault="00946071" w:rsidP="00E01B9E">
      <w:pPr>
        <w:spacing w:after="0" w:line="240" w:lineRule="auto"/>
        <w:ind w:firstLine="567"/>
        <w:jc w:val="both"/>
        <w:rPr>
          <w:szCs w:val="28"/>
          <w:lang w:val="uk-UA"/>
        </w:rPr>
      </w:pPr>
    </w:p>
    <w:p w14:paraId="1A885791" w14:textId="3B35858D" w:rsidR="007764CA" w:rsidRPr="008F4407" w:rsidRDefault="00A9614F" w:rsidP="00E01B9E">
      <w:pPr>
        <w:spacing w:after="0" w:line="240" w:lineRule="auto"/>
        <w:ind w:firstLine="567"/>
        <w:jc w:val="both"/>
        <w:rPr>
          <w:szCs w:val="28"/>
          <w:lang w:val="uk-UA"/>
        </w:rPr>
      </w:pPr>
      <w:r w:rsidRPr="008F4407">
        <w:rPr>
          <w:szCs w:val="28"/>
          <w:lang w:val="uk-UA"/>
        </w:rPr>
        <w:t>1) збирання, аналіз та узагальнення даних про чисельність, склад, територіальний розподіл, потреби і бар’єри молодих осіб NEET, про наявні для них послуги та їх</w:t>
      </w:r>
      <w:r w:rsidR="001F12F5" w:rsidRPr="008F4407">
        <w:rPr>
          <w:szCs w:val="28"/>
          <w:lang w:val="uk-UA"/>
        </w:rPr>
        <w:t>ніх</w:t>
      </w:r>
      <w:r w:rsidRPr="008F4407">
        <w:rPr>
          <w:szCs w:val="28"/>
          <w:lang w:val="uk-UA"/>
        </w:rPr>
        <w:t xml:space="preserve"> надавачів, про потреби ринку праці у професіях і навичках, виявлення молодих осіб </w:t>
      </w:r>
      <w:r w:rsidR="008F799A" w:rsidRPr="008F4407">
        <w:rPr>
          <w:szCs w:val="28"/>
          <w:lang w:val="uk-UA"/>
        </w:rPr>
        <w:t>NEET</w:t>
      </w:r>
      <w:r w:rsidRPr="008F4407">
        <w:rPr>
          <w:szCs w:val="28"/>
          <w:lang w:val="uk-UA"/>
        </w:rPr>
        <w:t xml:space="preserve"> і раннє виявлення молодих осіб, які перебувають під ризиком набуття такого статусу, зокрема у зв’язку з припиненням здобуття освіти</w:t>
      </w:r>
      <w:r w:rsidR="00D43D1E" w:rsidRPr="008F4407">
        <w:rPr>
          <w:color w:val="000000" w:themeColor="text1"/>
          <w:szCs w:val="28"/>
          <w:lang w:val="uk-UA"/>
        </w:rPr>
        <w:t>;</w:t>
      </w:r>
    </w:p>
    <w:p w14:paraId="3B469432" w14:textId="77777777" w:rsidR="00946071" w:rsidRPr="008F4407" w:rsidRDefault="00946071" w:rsidP="00E01B9E">
      <w:pPr>
        <w:spacing w:after="0" w:line="240" w:lineRule="auto"/>
        <w:ind w:firstLine="567"/>
        <w:jc w:val="both"/>
        <w:rPr>
          <w:szCs w:val="28"/>
          <w:lang w:val="uk-UA"/>
        </w:rPr>
      </w:pPr>
    </w:p>
    <w:p w14:paraId="7B942420" w14:textId="1C4D21A5" w:rsidR="007764CA" w:rsidRPr="008F4407" w:rsidRDefault="00A9614F" w:rsidP="00E01B9E">
      <w:pPr>
        <w:spacing w:after="0" w:line="240" w:lineRule="auto"/>
        <w:ind w:firstLine="567"/>
        <w:jc w:val="both"/>
        <w:rPr>
          <w:szCs w:val="28"/>
          <w:lang w:val="uk-UA"/>
        </w:rPr>
      </w:pPr>
      <w:r w:rsidRPr="008F4407">
        <w:rPr>
          <w:szCs w:val="28"/>
          <w:lang w:val="uk-UA"/>
        </w:rPr>
        <w:t xml:space="preserve">2) встановлення  контакту з молодими особами </w:t>
      </w:r>
      <w:r w:rsidR="008F799A" w:rsidRPr="008F4407">
        <w:rPr>
          <w:szCs w:val="28"/>
          <w:lang w:val="uk-UA"/>
        </w:rPr>
        <w:t>NEET</w:t>
      </w:r>
      <w:r w:rsidRPr="008F4407">
        <w:rPr>
          <w:szCs w:val="28"/>
          <w:lang w:val="uk-UA"/>
        </w:rPr>
        <w:t>, їх</w:t>
      </w:r>
      <w:r w:rsidR="001F12F5" w:rsidRPr="008F4407">
        <w:rPr>
          <w:szCs w:val="28"/>
          <w:lang w:val="uk-UA"/>
        </w:rPr>
        <w:t>нє</w:t>
      </w:r>
      <w:r w:rsidRPr="008F4407">
        <w:rPr>
          <w:szCs w:val="28"/>
          <w:lang w:val="uk-UA"/>
        </w:rPr>
        <w:t xml:space="preserve"> залучення, інформування та підготовка, сприяння у формуванні  освітньої та професійної траєкторії, зокрема з використанням форм молодіжної роботи, неформального навчання, цифрових каналів, віддалених робочих місць центрів зайнятості та залучення їх до добровільної реєстрації як учасників ініціативи</w:t>
      </w:r>
      <w:r w:rsidR="00D43D1E" w:rsidRPr="008F4407">
        <w:rPr>
          <w:color w:val="000000" w:themeColor="text1"/>
          <w:szCs w:val="28"/>
          <w:lang w:val="uk-UA"/>
        </w:rPr>
        <w:t>;</w:t>
      </w:r>
    </w:p>
    <w:p w14:paraId="1A18B74F" w14:textId="77777777" w:rsidR="00946071" w:rsidRPr="008F4407" w:rsidRDefault="00946071" w:rsidP="00E01B9E">
      <w:pPr>
        <w:spacing w:after="0" w:line="240" w:lineRule="auto"/>
        <w:ind w:firstLine="567"/>
        <w:jc w:val="both"/>
        <w:rPr>
          <w:szCs w:val="28"/>
          <w:lang w:val="uk-UA"/>
        </w:rPr>
      </w:pPr>
    </w:p>
    <w:p w14:paraId="7D3AD748" w14:textId="6A3F5124" w:rsidR="007764CA" w:rsidRPr="008F4407" w:rsidRDefault="00A9614F" w:rsidP="00E01B9E">
      <w:pPr>
        <w:spacing w:after="0" w:line="240" w:lineRule="auto"/>
        <w:ind w:firstLine="567"/>
        <w:jc w:val="both"/>
        <w:rPr>
          <w:szCs w:val="28"/>
          <w:lang w:val="uk-UA"/>
        </w:rPr>
      </w:pPr>
      <w:r w:rsidRPr="008F4407">
        <w:rPr>
          <w:szCs w:val="28"/>
          <w:lang w:val="uk-UA"/>
        </w:rPr>
        <w:t xml:space="preserve">3) реєстрація молодої особи </w:t>
      </w:r>
      <w:r w:rsidR="008F799A" w:rsidRPr="008F4407">
        <w:rPr>
          <w:szCs w:val="28"/>
          <w:lang w:val="uk-UA"/>
        </w:rPr>
        <w:t>NEET</w:t>
      </w:r>
      <w:r w:rsidRPr="008F4407">
        <w:rPr>
          <w:szCs w:val="28"/>
          <w:lang w:val="uk-UA"/>
        </w:rPr>
        <w:t xml:space="preserve"> як учасника ініціативи та взаємодія із нею до надання якісної пропозиції, що включає профілювання, складення індивідуального плану розвитку, професійну орієнтацію, кар’єрне консультування, наставництво, розвиток навичок, зокрема цифрових, професійне навчання, підтвердження результатів неформального професійного навчання, надання соціальних, медичних, правничих та інших послуг для подолання бар’єрів до зайнятості або освіти</w:t>
      </w:r>
      <w:r w:rsidR="00363979" w:rsidRPr="008F4407">
        <w:rPr>
          <w:szCs w:val="28"/>
          <w:lang w:val="uk-UA"/>
        </w:rPr>
        <w:t>;</w:t>
      </w:r>
    </w:p>
    <w:p w14:paraId="5F43E6C4" w14:textId="77777777" w:rsidR="00946071" w:rsidRPr="008F4407" w:rsidRDefault="00946071" w:rsidP="00E01B9E">
      <w:pPr>
        <w:spacing w:after="0" w:line="240" w:lineRule="auto"/>
        <w:ind w:firstLine="567"/>
        <w:jc w:val="both"/>
        <w:rPr>
          <w:szCs w:val="28"/>
          <w:lang w:val="uk-UA"/>
        </w:rPr>
      </w:pPr>
    </w:p>
    <w:p w14:paraId="5561E881" w14:textId="413D1463" w:rsidR="007764CA" w:rsidRPr="008F4407" w:rsidRDefault="00A9614F" w:rsidP="00E01B9E">
      <w:pPr>
        <w:spacing w:after="0" w:line="240" w:lineRule="auto"/>
        <w:ind w:firstLine="567"/>
        <w:jc w:val="both"/>
        <w:rPr>
          <w:strike/>
          <w:color w:val="C00000"/>
          <w:szCs w:val="28"/>
          <w:lang w:val="uk-UA"/>
        </w:rPr>
      </w:pPr>
      <w:r w:rsidRPr="008F4407">
        <w:rPr>
          <w:szCs w:val="28"/>
          <w:lang w:val="uk-UA"/>
        </w:rPr>
        <w:t xml:space="preserve">4) надання молодій особі </w:t>
      </w:r>
      <w:r w:rsidR="008F799A" w:rsidRPr="008F4407">
        <w:rPr>
          <w:szCs w:val="28"/>
          <w:lang w:val="uk-UA"/>
        </w:rPr>
        <w:t>NEET</w:t>
      </w:r>
      <w:r w:rsidRPr="008F4407">
        <w:rPr>
          <w:szCs w:val="28"/>
          <w:lang w:val="uk-UA"/>
        </w:rPr>
        <w:t xml:space="preserve"> як учаснику ініціативи якісної пропозиції щодо підходящої роботи, продовження здобуття освіти, професійного навчання, стажування, учнівства або участі в програмах сприяння зайнятості, зокрема сприяння </w:t>
      </w:r>
      <w:proofErr w:type="spellStart"/>
      <w:r w:rsidRPr="008F4407">
        <w:rPr>
          <w:szCs w:val="28"/>
          <w:lang w:val="uk-UA"/>
        </w:rPr>
        <w:t>самозайнятості</w:t>
      </w:r>
      <w:proofErr w:type="spellEnd"/>
      <w:r w:rsidRPr="008F4407">
        <w:rPr>
          <w:szCs w:val="28"/>
          <w:lang w:val="uk-UA"/>
        </w:rPr>
        <w:t xml:space="preserve"> та організації підприємницької діяльності, а також супроводу молодій особі </w:t>
      </w:r>
      <w:r w:rsidR="008F799A" w:rsidRPr="008F4407">
        <w:rPr>
          <w:szCs w:val="28"/>
          <w:lang w:val="uk-UA"/>
        </w:rPr>
        <w:t xml:space="preserve">NEET як </w:t>
      </w:r>
      <w:r w:rsidRPr="008F4407">
        <w:rPr>
          <w:szCs w:val="28"/>
          <w:lang w:val="uk-UA"/>
        </w:rPr>
        <w:t>учаснику ініціативи під час та після працевлаштування, моніторингу та оцінювання ефективності пропозиції</w:t>
      </w:r>
      <w:r w:rsidR="00DE1B80" w:rsidRPr="008F4407">
        <w:rPr>
          <w:szCs w:val="28"/>
          <w:lang w:val="uk-UA"/>
        </w:rPr>
        <w:t>;</w:t>
      </w:r>
      <w:r w:rsidRPr="001F2B13">
        <w:rPr>
          <w:strike/>
          <w:szCs w:val="28"/>
          <w:lang w:val="uk-UA"/>
        </w:rPr>
        <w:t xml:space="preserve"> </w:t>
      </w:r>
    </w:p>
    <w:p w14:paraId="303C81D2" w14:textId="77777777" w:rsidR="00A62DCC" w:rsidRPr="008F4407" w:rsidRDefault="00A62DCC" w:rsidP="00E01B9E">
      <w:pPr>
        <w:spacing w:after="0" w:line="240" w:lineRule="auto"/>
        <w:ind w:firstLine="567"/>
        <w:jc w:val="both"/>
        <w:rPr>
          <w:szCs w:val="28"/>
          <w:lang w:val="uk-UA"/>
        </w:rPr>
      </w:pPr>
    </w:p>
    <w:p w14:paraId="282186BD" w14:textId="77777777" w:rsidR="007764CA" w:rsidRPr="008F4407" w:rsidRDefault="00A9614F" w:rsidP="00E01B9E">
      <w:pPr>
        <w:spacing w:after="0" w:line="240" w:lineRule="auto"/>
        <w:ind w:firstLine="567"/>
        <w:jc w:val="both"/>
        <w:rPr>
          <w:szCs w:val="28"/>
          <w:lang w:val="uk-UA"/>
        </w:rPr>
      </w:pPr>
      <w:r w:rsidRPr="008F4407">
        <w:rPr>
          <w:szCs w:val="28"/>
          <w:lang w:val="uk-UA"/>
        </w:rPr>
        <w:t>5) моніторинг і оцінка ефективності впровадження ініціативи.</w:t>
      </w:r>
    </w:p>
    <w:p w14:paraId="460416A4" w14:textId="77777777" w:rsidR="00946071" w:rsidRPr="008F4407" w:rsidRDefault="00946071" w:rsidP="00E01B9E">
      <w:pPr>
        <w:spacing w:after="0" w:line="240" w:lineRule="auto"/>
        <w:ind w:firstLine="567"/>
        <w:jc w:val="both"/>
        <w:rPr>
          <w:color w:val="000000" w:themeColor="text1"/>
          <w:szCs w:val="28"/>
          <w:lang w:val="uk-UA"/>
        </w:rPr>
      </w:pPr>
    </w:p>
    <w:p w14:paraId="293ACD63" w14:textId="28A37603" w:rsidR="007764CA" w:rsidRPr="008F4407" w:rsidRDefault="00A9614F" w:rsidP="00E01B9E">
      <w:pPr>
        <w:spacing w:after="0" w:line="240" w:lineRule="auto"/>
        <w:ind w:firstLine="567"/>
        <w:jc w:val="both"/>
        <w:rPr>
          <w:szCs w:val="28"/>
          <w:lang w:val="uk-UA"/>
        </w:rPr>
      </w:pPr>
      <w:r w:rsidRPr="008F4407">
        <w:rPr>
          <w:color w:val="000000" w:themeColor="text1"/>
          <w:szCs w:val="28"/>
          <w:lang w:val="uk-UA"/>
        </w:rPr>
        <w:t xml:space="preserve">7. </w:t>
      </w:r>
      <w:r w:rsidRPr="008F4407">
        <w:rPr>
          <w:szCs w:val="28"/>
          <w:lang w:val="uk-UA"/>
        </w:rPr>
        <w:t xml:space="preserve">Пропозиції суб’єктів впровадження щодо організації взаємодії розглядаються органом, якому вони адресовані, з повідомленням суб’єкта, що </w:t>
      </w:r>
      <w:proofErr w:type="spellStart"/>
      <w:r w:rsidRPr="008F4407">
        <w:rPr>
          <w:szCs w:val="28"/>
          <w:lang w:val="uk-UA"/>
        </w:rPr>
        <w:t>вніс</w:t>
      </w:r>
      <w:proofErr w:type="spellEnd"/>
      <w:r w:rsidRPr="008F4407">
        <w:rPr>
          <w:szCs w:val="28"/>
          <w:lang w:val="uk-UA"/>
        </w:rPr>
        <w:t xml:space="preserve"> пропозиції, про результати їх</w:t>
      </w:r>
      <w:r w:rsidR="00525E9A" w:rsidRPr="008F4407">
        <w:rPr>
          <w:szCs w:val="28"/>
          <w:lang w:val="uk-UA"/>
        </w:rPr>
        <w:t xml:space="preserve">нього </w:t>
      </w:r>
      <w:r w:rsidRPr="008F4407">
        <w:rPr>
          <w:szCs w:val="28"/>
          <w:lang w:val="uk-UA"/>
        </w:rPr>
        <w:t>розгляду.</w:t>
      </w:r>
      <w:r w:rsidRPr="008F4407">
        <w:rPr>
          <w:i/>
          <w:szCs w:val="28"/>
          <w:lang w:val="uk-UA"/>
        </w:rPr>
        <w:t xml:space="preserve"> </w:t>
      </w:r>
    </w:p>
    <w:p w14:paraId="787C1D4E" w14:textId="52C8871D" w:rsidR="008F799A" w:rsidRPr="008F4407" w:rsidRDefault="00A9614F" w:rsidP="00E01B9E">
      <w:pPr>
        <w:spacing w:after="0" w:line="240" w:lineRule="auto"/>
        <w:ind w:firstLine="567"/>
        <w:jc w:val="both"/>
        <w:rPr>
          <w:color w:val="7A1FA2"/>
          <w:szCs w:val="28"/>
          <w:lang w:val="uk-UA"/>
        </w:rPr>
      </w:pPr>
      <w:r w:rsidRPr="008F4407">
        <w:rPr>
          <w:szCs w:val="28"/>
          <w:lang w:val="uk-UA"/>
        </w:rPr>
        <w:t>Пропозиції професійних спілок, організацій роботодавців та їх</w:t>
      </w:r>
      <w:r w:rsidR="00525E9A" w:rsidRPr="008F4407">
        <w:rPr>
          <w:szCs w:val="28"/>
          <w:lang w:val="uk-UA"/>
        </w:rPr>
        <w:t>ніх</w:t>
      </w:r>
      <w:r w:rsidRPr="008F4407">
        <w:rPr>
          <w:szCs w:val="28"/>
          <w:lang w:val="uk-UA"/>
        </w:rPr>
        <w:t xml:space="preserve"> об’єднань, органів соціального діалогу, молодіжних рад розглядаються в порядку, встановленому </w:t>
      </w:r>
      <w:r w:rsidR="008F799A" w:rsidRPr="008F4407">
        <w:rPr>
          <w:szCs w:val="28"/>
          <w:lang w:val="uk-UA"/>
        </w:rPr>
        <w:t xml:space="preserve">законами України «Про соціальний діалог в Україні», «Про основні засади молодіжної політики». </w:t>
      </w:r>
    </w:p>
    <w:p w14:paraId="6D53D9AB" w14:textId="77777777" w:rsidR="00946071" w:rsidRPr="008F4407" w:rsidRDefault="00946071" w:rsidP="00E01B9E">
      <w:pPr>
        <w:spacing w:after="0" w:line="240" w:lineRule="auto"/>
        <w:ind w:firstLine="567"/>
        <w:jc w:val="both"/>
        <w:rPr>
          <w:color w:val="000000" w:themeColor="text1"/>
          <w:szCs w:val="28"/>
          <w:lang w:val="uk-UA"/>
        </w:rPr>
      </w:pPr>
    </w:p>
    <w:p w14:paraId="4BB83882" w14:textId="25E56B58" w:rsidR="007764CA" w:rsidRPr="008F4407" w:rsidRDefault="00A9614F" w:rsidP="00E01B9E">
      <w:pPr>
        <w:spacing w:after="0" w:line="240" w:lineRule="auto"/>
        <w:ind w:firstLine="567"/>
        <w:jc w:val="both"/>
        <w:rPr>
          <w:szCs w:val="28"/>
          <w:lang w:val="uk-UA"/>
        </w:rPr>
      </w:pPr>
      <w:r w:rsidRPr="008F4407">
        <w:rPr>
          <w:color w:val="000000" w:themeColor="text1"/>
          <w:szCs w:val="28"/>
          <w:lang w:val="uk-UA"/>
        </w:rPr>
        <w:t xml:space="preserve">8. </w:t>
      </w:r>
      <w:r w:rsidRPr="008F4407">
        <w:rPr>
          <w:szCs w:val="28"/>
          <w:lang w:val="uk-UA"/>
        </w:rPr>
        <w:t>Розбіжності між суб’єктами впровадження щодо виконання функцій, визначених цим Порядком, врегульовуються шляхом консультацій на відповідному рівні координації, а в разі недосягнення згоди – органом, що здійснює координацію на відповідному рівні.</w:t>
      </w:r>
    </w:p>
    <w:p w14:paraId="59789C7C" w14:textId="77777777" w:rsidR="00946071" w:rsidRPr="008F4407" w:rsidRDefault="00946071" w:rsidP="00E01B9E">
      <w:pPr>
        <w:spacing w:after="0" w:line="240" w:lineRule="auto"/>
        <w:ind w:firstLine="567"/>
        <w:jc w:val="both"/>
        <w:rPr>
          <w:b/>
          <w:szCs w:val="28"/>
          <w:lang w:val="uk-UA"/>
        </w:rPr>
      </w:pPr>
    </w:p>
    <w:p w14:paraId="7F56F79F" w14:textId="031836B0" w:rsidR="007764CA" w:rsidRPr="008F4407" w:rsidRDefault="00A9614F" w:rsidP="00E01B9E">
      <w:pPr>
        <w:spacing w:after="0" w:line="240" w:lineRule="auto"/>
        <w:ind w:firstLine="567"/>
        <w:jc w:val="both"/>
        <w:rPr>
          <w:color w:val="000000" w:themeColor="text1"/>
          <w:szCs w:val="28"/>
          <w:lang w:val="uk-UA"/>
        </w:rPr>
      </w:pPr>
      <w:r w:rsidRPr="008F4407">
        <w:rPr>
          <w:color w:val="000000" w:themeColor="text1"/>
          <w:szCs w:val="28"/>
          <w:lang w:val="uk-UA"/>
        </w:rPr>
        <w:t xml:space="preserve">9. </w:t>
      </w:r>
      <w:r w:rsidRPr="008F4407">
        <w:rPr>
          <w:szCs w:val="28"/>
          <w:lang w:val="uk-UA"/>
        </w:rPr>
        <w:t xml:space="preserve">З метою впровадження ініціативи </w:t>
      </w:r>
      <w:r w:rsidRPr="008F4407">
        <w:rPr>
          <w:color w:val="000000" w:themeColor="text1"/>
          <w:szCs w:val="28"/>
          <w:lang w:val="uk-UA"/>
        </w:rPr>
        <w:t>міністерства, інші центральні органи виконавчої влади</w:t>
      </w:r>
      <w:r w:rsidRPr="008F4407">
        <w:rPr>
          <w:i/>
          <w:color w:val="000000" w:themeColor="text1"/>
          <w:szCs w:val="28"/>
          <w:lang w:val="uk-UA"/>
        </w:rPr>
        <w:t xml:space="preserve"> </w:t>
      </w:r>
      <w:r w:rsidRPr="008F4407">
        <w:rPr>
          <w:szCs w:val="28"/>
          <w:lang w:val="uk-UA"/>
        </w:rPr>
        <w:t xml:space="preserve">як суб’єкти впровадження на національному рівні здійснюють повноваження відповідно до покладених на них завдань. </w:t>
      </w:r>
    </w:p>
    <w:p w14:paraId="1DDEFF44" w14:textId="77777777" w:rsidR="006B5DBC" w:rsidRDefault="006B5DBC" w:rsidP="00E01B9E">
      <w:pPr>
        <w:spacing w:after="0" w:line="240" w:lineRule="auto"/>
        <w:ind w:firstLine="567"/>
        <w:jc w:val="both"/>
        <w:rPr>
          <w:szCs w:val="28"/>
          <w:lang w:val="uk-UA"/>
        </w:rPr>
      </w:pPr>
    </w:p>
    <w:p w14:paraId="1A0572A9" w14:textId="15F973DF" w:rsidR="00393223" w:rsidRPr="008F4407" w:rsidRDefault="00A9614F" w:rsidP="00E01B9E">
      <w:pPr>
        <w:spacing w:after="0" w:line="240" w:lineRule="auto"/>
        <w:ind w:firstLine="567"/>
        <w:jc w:val="both"/>
        <w:rPr>
          <w:i/>
          <w:color w:val="0032C8"/>
          <w:szCs w:val="28"/>
          <w:lang w:val="uk-UA"/>
        </w:rPr>
      </w:pPr>
      <w:r w:rsidRPr="008F4407">
        <w:rPr>
          <w:szCs w:val="28"/>
          <w:lang w:val="uk-UA"/>
        </w:rPr>
        <w:t xml:space="preserve">Центральний орган виконавчої влади, що забезпечує формування та реалізує державну політику у сферах молодіжної політики, фізичної культури і спорту, </w:t>
      </w:r>
      <w:r w:rsidR="00393223" w:rsidRPr="008F4407">
        <w:rPr>
          <w:color w:val="000000" w:themeColor="text1"/>
          <w:szCs w:val="28"/>
          <w:shd w:val="clear" w:color="auto" w:fill="FFFFFF"/>
          <w:lang w:val="uk-UA" w:eastAsia="ru-RU"/>
        </w:rPr>
        <w:t xml:space="preserve">антидопінгової діяльності у спорті, </w:t>
      </w:r>
      <w:r w:rsidRPr="008F4407">
        <w:rPr>
          <w:szCs w:val="28"/>
          <w:lang w:val="uk-UA"/>
        </w:rPr>
        <w:t>утвердження української національної та громадянської ідентичності:</w:t>
      </w:r>
      <w:r w:rsidRPr="008F4407">
        <w:rPr>
          <w:i/>
          <w:color w:val="0032C8"/>
          <w:szCs w:val="28"/>
          <w:lang w:val="uk-UA"/>
        </w:rPr>
        <w:t xml:space="preserve"> </w:t>
      </w:r>
    </w:p>
    <w:p w14:paraId="05228E30" w14:textId="1DB79C8C" w:rsidR="007764CA" w:rsidRPr="008F4407" w:rsidRDefault="00A9614F" w:rsidP="00E01B9E">
      <w:pPr>
        <w:spacing w:after="0" w:line="240" w:lineRule="auto"/>
        <w:ind w:firstLine="567"/>
        <w:jc w:val="both"/>
        <w:rPr>
          <w:szCs w:val="28"/>
          <w:lang w:val="uk-UA"/>
        </w:rPr>
      </w:pPr>
      <w:r w:rsidRPr="008F4407">
        <w:rPr>
          <w:szCs w:val="28"/>
          <w:lang w:val="uk-UA"/>
        </w:rPr>
        <w:t>забезпечує методичну допомогу молодіжним центрам, суб’єктам молодіжної роботи з питань виявлення та супроводу молод</w:t>
      </w:r>
      <w:r w:rsidR="00D8532B" w:rsidRPr="008F4407">
        <w:rPr>
          <w:szCs w:val="28"/>
          <w:lang w:val="uk-UA"/>
        </w:rPr>
        <w:t>их осіб NEET</w:t>
      </w:r>
      <w:r w:rsidRPr="008F4407">
        <w:rPr>
          <w:szCs w:val="28"/>
          <w:lang w:val="uk-UA"/>
        </w:rPr>
        <w:t xml:space="preserve">, зокрема впровадження програми молодіжного </w:t>
      </w:r>
      <w:proofErr w:type="spellStart"/>
      <w:r w:rsidRPr="008F4407">
        <w:rPr>
          <w:szCs w:val="28"/>
          <w:lang w:val="uk-UA"/>
        </w:rPr>
        <w:t>амбасадорства</w:t>
      </w:r>
      <w:proofErr w:type="spellEnd"/>
      <w:r w:rsidRPr="008F4407">
        <w:rPr>
          <w:szCs w:val="28"/>
          <w:lang w:val="uk-UA"/>
        </w:rPr>
        <w:t>;</w:t>
      </w:r>
    </w:p>
    <w:p w14:paraId="5F7BD43C" w14:textId="77777777" w:rsidR="007764CA" w:rsidRPr="008F4407" w:rsidRDefault="00A9614F" w:rsidP="00E01B9E">
      <w:pPr>
        <w:spacing w:after="0" w:line="240" w:lineRule="auto"/>
        <w:ind w:firstLine="567"/>
        <w:jc w:val="both"/>
        <w:rPr>
          <w:szCs w:val="28"/>
          <w:lang w:val="uk-UA"/>
        </w:rPr>
      </w:pPr>
      <w:r w:rsidRPr="008F4407">
        <w:rPr>
          <w:szCs w:val="28"/>
          <w:lang w:val="uk-UA"/>
        </w:rPr>
        <w:t>забезпечує надання молодим особам NEET підтримки для формування їхньої освітньої та/або професійної траєкторії через діяльність молодіжних центрів та інших суб’єктів молодіжної роботи;</w:t>
      </w:r>
    </w:p>
    <w:p w14:paraId="2C89E348" w14:textId="77777777" w:rsidR="007764CA" w:rsidRPr="008F4407" w:rsidRDefault="00A9614F" w:rsidP="00E01B9E">
      <w:pPr>
        <w:spacing w:after="0" w:line="240" w:lineRule="auto"/>
        <w:ind w:firstLine="567"/>
        <w:jc w:val="both"/>
        <w:rPr>
          <w:szCs w:val="28"/>
          <w:lang w:val="uk-UA"/>
        </w:rPr>
      </w:pPr>
      <w:r w:rsidRPr="008F4407">
        <w:rPr>
          <w:szCs w:val="28"/>
          <w:lang w:val="uk-UA"/>
        </w:rPr>
        <w:t>забезпечує розроблення та впровадження механізмів залучення молодих осіб NEET через суб’єктів молодіжної роботи, молодіжні центри, молодіжних працівників з використанням методів вуличної роботи, а також цифрових і мобільних каналів комунікації для інформування та мотивування молоді, яка не працює і не навчається;</w:t>
      </w:r>
    </w:p>
    <w:p w14:paraId="40E100B2" w14:textId="77777777" w:rsidR="007764CA" w:rsidRPr="008F4407" w:rsidRDefault="00A9614F" w:rsidP="00E01B9E">
      <w:pPr>
        <w:spacing w:after="0" w:line="240" w:lineRule="auto"/>
        <w:ind w:firstLine="567"/>
        <w:jc w:val="both"/>
        <w:rPr>
          <w:szCs w:val="28"/>
          <w:lang w:val="uk-UA"/>
        </w:rPr>
      </w:pPr>
      <w:r w:rsidRPr="008F4407">
        <w:rPr>
          <w:szCs w:val="28"/>
          <w:lang w:val="uk-UA"/>
        </w:rPr>
        <w:t xml:space="preserve">організовує мережу молодіжних амбасадорів для молодих осіб NEET; </w:t>
      </w:r>
    </w:p>
    <w:p w14:paraId="12E487B4" w14:textId="77777777" w:rsidR="007764CA" w:rsidRPr="008F4407" w:rsidRDefault="00A9614F" w:rsidP="00E01B9E">
      <w:pPr>
        <w:spacing w:after="0" w:line="240" w:lineRule="auto"/>
        <w:ind w:firstLine="567"/>
        <w:jc w:val="both"/>
        <w:rPr>
          <w:szCs w:val="28"/>
          <w:lang w:val="uk-UA"/>
        </w:rPr>
      </w:pPr>
      <w:r w:rsidRPr="008F4407">
        <w:rPr>
          <w:szCs w:val="28"/>
          <w:lang w:val="uk-UA"/>
        </w:rPr>
        <w:t>організовує в установленому порядку наукові та експертні дослідження щодо потреб молодих осіб NEET, оприлюднює аналітичні звіти, залучає міжнародну технічну допомогу;</w:t>
      </w:r>
    </w:p>
    <w:p w14:paraId="6436D277" w14:textId="5DB1ACC5" w:rsidR="007764CA" w:rsidRPr="008F4407" w:rsidRDefault="00A9614F" w:rsidP="00E01B9E">
      <w:pPr>
        <w:spacing w:after="0" w:line="240" w:lineRule="auto"/>
        <w:ind w:firstLine="567"/>
        <w:jc w:val="both"/>
        <w:rPr>
          <w:szCs w:val="28"/>
          <w:lang w:val="uk-UA"/>
        </w:rPr>
      </w:pPr>
      <w:r w:rsidRPr="008F4407">
        <w:rPr>
          <w:szCs w:val="28"/>
          <w:lang w:val="uk-UA"/>
        </w:rPr>
        <w:t>координує діяльність державної установи «Всеукраїнський молодіжний центр», молодіжних центрів щодо здобуття неформальної освіти молодими особами NEET, для полегшення досягнення самореалізації та економічної спроможності молодих осіб;</w:t>
      </w:r>
    </w:p>
    <w:p w14:paraId="26350369" w14:textId="77777777" w:rsidR="007764CA" w:rsidRDefault="00A9614F" w:rsidP="00E01B9E">
      <w:pPr>
        <w:spacing w:after="0" w:line="240" w:lineRule="auto"/>
        <w:ind w:firstLine="567"/>
        <w:jc w:val="both"/>
        <w:rPr>
          <w:szCs w:val="28"/>
          <w:lang w:val="uk-UA"/>
        </w:rPr>
      </w:pPr>
      <w:r w:rsidRPr="008F4407">
        <w:rPr>
          <w:szCs w:val="28"/>
          <w:lang w:val="uk-UA"/>
        </w:rPr>
        <w:lastRenderedPageBreak/>
        <w:t xml:space="preserve">збирає інформацію від суб’єктів впровадження, необхідну для аналізу прогресу впровадження ініціативи. </w:t>
      </w:r>
    </w:p>
    <w:p w14:paraId="31254F68" w14:textId="77777777" w:rsidR="006B5DBC" w:rsidRPr="008F4407" w:rsidRDefault="006B5DBC" w:rsidP="00E01B9E">
      <w:pPr>
        <w:spacing w:after="0" w:line="240" w:lineRule="auto"/>
        <w:ind w:firstLine="567"/>
        <w:jc w:val="both"/>
        <w:rPr>
          <w:szCs w:val="28"/>
          <w:lang w:val="uk-UA"/>
        </w:rPr>
      </w:pPr>
    </w:p>
    <w:p w14:paraId="5AD0A75D" w14:textId="0E8C0801" w:rsidR="007764CA" w:rsidRPr="008F4407" w:rsidRDefault="00A9614F" w:rsidP="00E01B9E">
      <w:pPr>
        <w:spacing w:after="0" w:line="240" w:lineRule="auto"/>
        <w:ind w:firstLine="567"/>
        <w:jc w:val="both"/>
        <w:rPr>
          <w:szCs w:val="28"/>
          <w:lang w:val="uk-UA"/>
        </w:rPr>
      </w:pPr>
      <w:r w:rsidRPr="008F4407">
        <w:rPr>
          <w:szCs w:val="28"/>
          <w:lang w:val="uk-UA"/>
        </w:rPr>
        <w:t>Центральний орган виконавчої влади, що забезпечує формування та реалізацію державної політики у сфері праці, зайнятості населення, трудової міграції, трудових відносин, соціального діалогу:</w:t>
      </w:r>
    </w:p>
    <w:p w14:paraId="11B17AEC" w14:textId="1090620E" w:rsidR="007764CA" w:rsidRPr="008F4407" w:rsidRDefault="00A9614F" w:rsidP="00E01B9E">
      <w:pPr>
        <w:spacing w:after="0" w:line="240" w:lineRule="auto"/>
        <w:ind w:firstLine="567"/>
        <w:jc w:val="both"/>
        <w:rPr>
          <w:szCs w:val="28"/>
          <w:lang w:val="uk-UA"/>
        </w:rPr>
      </w:pPr>
      <w:r w:rsidRPr="008F4407">
        <w:rPr>
          <w:szCs w:val="28"/>
          <w:lang w:val="uk-UA"/>
        </w:rPr>
        <w:t>забезпечує виявлення молодих осіб NEET шляхом інформаційного обміну з державними публічними реєстрами з метою формування переліку молодих осіб NEET</w:t>
      </w:r>
      <w:r w:rsidR="002461C5" w:rsidRPr="008F4407">
        <w:rPr>
          <w:szCs w:val="28"/>
          <w:lang w:val="uk-UA"/>
        </w:rPr>
        <w:t>;</w:t>
      </w:r>
    </w:p>
    <w:p w14:paraId="0FBDFD51" w14:textId="455F1A0F" w:rsidR="007764CA" w:rsidRPr="008F4407" w:rsidRDefault="00A9614F" w:rsidP="00E01B9E">
      <w:pPr>
        <w:spacing w:after="0" w:line="240" w:lineRule="auto"/>
        <w:ind w:firstLine="567"/>
        <w:jc w:val="both"/>
        <w:rPr>
          <w:szCs w:val="28"/>
          <w:lang w:val="uk-UA"/>
        </w:rPr>
      </w:pPr>
      <w:r w:rsidRPr="008F4407">
        <w:rPr>
          <w:szCs w:val="28"/>
          <w:lang w:val="uk-UA"/>
        </w:rPr>
        <w:t xml:space="preserve">забезпечує облік молодих осіб NEET у Єдиній інформаційно-аналітичній системі «Обрій», </w:t>
      </w:r>
      <w:r w:rsidRPr="008F4407">
        <w:rPr>
          <w:color w:val="000000" w:themeColor="text1"/>
          <w:szCs w:val="28"/>
          <w:lang w:val="uk-UA"/>
        </w:rPr>
        <w:t>відповідно до Порядку реалізації експериментального про</w:t>
      </w:r>
      <w:r w:rsidR="00DB7093" w:rsidRPr="008F4407">
        <w:rPr>
          <w:color w:val="000000" w:themeColor="text1"/>
          <w:szCs w:val="28"/>
          <w:lang w:val="uk-UA"/>
        </w:rPr>
        <w:t>е</w:t>
      </w:r>
      <w:r w:rsidRPr="008F4407">
        <w:rPr>
          <w:color w:val="000000" w:themeColor="text1"/>
          <w:szCs w:val="28"/>
          <w:lang w:val="uk-UA"/>
        </w:rPr>
        <w:t>кту щодо працевлаштування та оформлення трудових відносин в електронній формі з використанням Єдиної інформаційно-аналітичної системи «Обрій», затвердженого постановою Кабінету Міністрів України від 7 січня 2026 р. № 41</w:t>
      </w:r>
      <w:r w:rsidRPr="008F4407">
        <w:rPr>
          <w:i/>
          <w:color w:val="000000" w:themeColor="text1"/>
          <w:szCs w:val="28"/>
          <w:lang w:val="uk-UA"/>
        </w:rPr>
        <w:t xml:space="preserve"> </w:t>
      </w:r>
      <w:r w:rsidRPr="008F4407">
        <w:rPr>
          <w:color w:val="000000" w:themeColor="text1"/>
          <w:szCs w:val="28"/>
          <w:lang w:val="uk-UA"/>
        </w:rPr>
        <w:t>(Офіційний вісник України, 2026 р., № 10, ст. 800)</w:t>
      </w:r>
      <w:r w:rsidR="00534B2B" w:rsidRPr="008F4407">
        <w:rPr>
          <w:iCs/>
          <w:color w:val="000000" w:themeColor="text1"/>
          <w:szCs w:val="28"/>
          <w:lang w:val="uk-UA"/>
        </w:rPr>
        <w:t>;</w:t>
      </w:r>
    </w:p>
    <w:p w14:paraId="06ABD3C3" w14:textId="77777777" w:rsidR="007764CA" w:rsidRPr="008F4407" w:rsidRDefault="00A9614F" w:rsidP="00E01B9E">
      <w:pPr>
        <w:spacing w:after="0" w:line="240" w:lineRule="auto"/>
        <w:ind w:firstLine="567"/>
        <w:jc w:val="both"/>
        <w:rPr>
          <w:szCs w:val="28"/>
          <w:lang w:val="uk-UA"/>
        </w:rPr>
      </w:pPr>
      <w:r w:rsidRPr="008F4407">
        <w:rPr>
          <w:szCs w:val="28"/>
          <w:lang w:val="uk-UA"/>
        </w:rPr>
        <w:t xml:space="preserve">забезпечує системний збір, інтеграцію та використання </w:t>
      </w:r>
      <w:proofErr w:type="spellStart"/>
      <w:r w:rsidRPr="008F4407">
        <w:rPr>
          <w:szCs w:val="28"/>
          <w:lang w:val="uk-UA"/>
        </w:rPr>
        <w:t>дезагрегованих</w:t>
      </w:r>
      <w:proofErr w:type="spellEnd"/>
      <w:r w:rsidRPr="008F4407">
        <w:rPr>
          <w:szCs w:val="28"/>
          <w:lang w:val="uk-UA"/>
        </w:rPr>
        <w:t xml:space="preserve"> даних про молодих осіб NEET для адресного спрямування послуг, планування та моніторингу результатів, із розмежуванням статистичного та персоніфікованого рівнів обробки даних у регіонах; </w:t>
      </w:r>
    </w:p>
    <w:p w14:paraId="08E79052" w14:textId="4A09E32A" w:rsidR="007764CA" w:rsidRPr="008F4407" w:rsidRDefault="00A9614F" w:rsidP="00E01B9E">
      <w:pPr>
        <w:spacing w:after="0" w:line="240" w:lineRule="auto"/>
        <w:ind w:firstLine="567"/>
        <w:jc w:val="both"/>
        <w:rPr>
          <w:szCs w:val="28"/>
          <w:lang w:val="uk-UA"/>
        </w:rPr>
      </w:pPr>
      <w:r w:rsidRPr="008F4407">
        <w:rPr>
          <w:szCs w:val="28"/>
          <w:lang w:val="uk-UA"/>
        </w:rPr>
        <w:t xml:space="preserve">розробляє прогнози ринку праці, аналізує стан ринку праці, зокрема попит на професії та навички, які є найбільш затребуваними на ринку і можуть бути запропоновані молодим особам, </w:t>
      </w:r>
      <w:r w:rsidRPr="008F4407">
        <w:rPr>
          <w:color w:val="000000" w:themeColor="text1"/>
          <w:szCs w:val="28"/>
          <w:lang w:val="uk-UA"/>
        </w:rPr>
        <w:t>які не працюють і не навчаються;</w:t>
      </w:r>
    </w:p>
    <w:p w14:paraId="36986146" w14:textId="77777777" w:rsidR="007764CA" w:rsidRPr="008F4407" w:rsidRDefault="00A9614F" w:rsidP="00E01B9E">
      <w:pPr>
        <w:spacing w:after="0" w:line="240" w:lineRule="auto"/>
        <w:ind w:firstLine="567"/>
        <w:jc w:val="both"/>
        <w:rPr>
          <w:szCs w:val="28"/>
          <w:lang w:val="uk-UA"/>
        </w:rPr>
      </w:pPr>
      <w:r w:rsidRPr="008F4407">
        <w:rPr>
          <w:szCs w:val="28"/>
          <w:lang w:val="uk-UA"/>
        </w:rPr>
        <w:t>залучає роботодавців та професійні спілки до інформування молодих осіб NEET, які не навчаються і не працюють, про можливості участі в ініціативі;</w:t>
      </w:r>
    </w:p>
    <w:p w14:paraId="0ED878D9" w14:textId="10945F0F" w:rsidR="007764CA" w:rsidRPr="008F4407" w:rsidRDefault="00A9614F" w:rsidP="00E01B9E">
      <w:pPr>
        <w:spacing w:after="0" w:line="240" w:lineRule="auto"/>
        <w:ind w:firstLine="567"/>
        <w:jc w:val="both"/>
        <w:rPr>
          <w:szCs w:val="28"/>
          <w:lang w:val="uk-UA"/>
        </w:rPr>
      </w:pPr>
      <w:r w:rsidRPr="008F4407">
        <w:rPr>
          <w:szCs w:val="28"/>
          <w:lang w:val="uk-UA"/>
        </w:rPr>
        <w:t xml:space="preserve">забезпечує надання супроводу молодій особі NEET </w:t>
      </w:r>
      <w:r w:rsidR="00A14332" w:rsidRPr="008F4407">
        <w:rPr>
          <w:szCs w:val="28"/>
          <w:lang w:val="uk-UA"/>
        </w:rPr>
        <w:t>у</w:t>
      </w:r>
      <w:r w:rsidRPr="008F4407">
        <w:rPr>
          <w:szCs w:val="28"/>
          <w:lang w:val="uk-UA"/>
        </w:rPr>
        <w:t xml:space="preserve"> рамках реалізації заходів зайнятості молодих осіб NEET</w:t>
      </w:r>
      <w:r w:rsidR="00864E04" w:rsidRPr="008F4407">
        <w:rPr>
          <w:szCs w:val="28"/>
          <w:lang w:val="uk-UA"/>
        </w:rPr>
        <w:t xml:space="preserve"> </w:t>
      </w:r>
      <w:r w:rsidRPr="008F4407">
        <w:rPr>
          <w:szCs w:val="28"/>
          <w:lang w:val="uk-UA"/>
        </w:rPr>
        <w:t>для отримання якісної пропозиції працевлаштування, учнівства або стажування;</w:t>
      </w:r>
      <w:r w:rsidRPr="008F4407">
        <w:rPr>
          <w:i/>
          <w:szCs w:val="28"/>
          <w:lang w:val="uk-UA"/>
        </w:rPr>
        <w:t xml:space="preserve"> </w:t>
      </w:r>
    </w:p>
    <w:p w14:paraId="21A0DC13" w14:textId="77777777" w:rsidR="007764CA" w:rsidRPr="008F4407" w:rsidRDefault="00A9614F" w:rsidP="00E01B9E">
      <w:pPr>
        <w:spacing w:after="0" w:line="240" w:lineRule="auto"/>
        <w:ind w:firstLine="567"/>
        <w:jc w:val="both"/>
        <w:rPr>
          <w:szCs w:val="28"/>
          <w:lang w:val="uk-UA"/>
        </w:rPr>
      </w:pPr>
      <w:r w:rsidRPr="008F4407">
        <w:rPr>
          <w:szCs w:val="28"/>
          <w:lang w:val="uk-UA"/>
        </w:rPr>
        <w:t>формує механізми стимулювання роботодавців до працевлаштування молодих осіб NEET;</w:t>
      </w:r>
    </w:p>
    <w:p w14:paraId="33278411" w14:textId="77777777" w:rsidR="007764CA" w:rsidRPr="008F4407" w:rsidRDefault="00A9614F" w:rsidP="00E01B9E">
      <w:pPr>
        <w:spacing w:after="0" w:line="240" w:lineRule="auto"/>
        <w:ind w:firstLine="567"/>
        <w:jc w:val="both"/>
        <w:rPr>
          <w:szCs w:val="28"/>
          <w:lang w:val="uk-UA"/>
        </w:rPr>
      </w:pPr>
      <w:r w:rsidRPr="008F4407">
        <w:rPr>
          <w:szCs w:val="28"/>
          <w:lang w:val="uk-UA"/>
        </w:rPr>
        <w:t>забезпечує розвиток програм підтримки молодіжного підприємництва;</w:t>
      </w:r>
    </w:p>
    <w:p w14:paraId="0E025EBD" w14:textId="77777777" w:rsidR="007764CA" w:rsidRPr="008F4407" w:rsidRDefault="00A9614F" w:rsidP="00E01B9E">
      <w:pPr>
        <w:spacing w:after="0" w:line="240" w:lineRule="auto"/>
        <w:ind w:firstLine="567"/>
        <w:jc w:val="both"/>
        <w:rPr>
          <w:szCs w:val="28"/>
          <w:lang w:val="uk-UA"/>
        </w:rPr>
      </w:pPr>
      <w:r w:rsidRPr="008F4407">
        <w:rPr>
          <w:szCs w:val="28"/>
          <w:lang w:val="uk-UA"/>
        </w:rPr>
        <w:t>забезпечує навчання на робочому місці шляхом запровадження механізму наставництва та підготовки працівників роботодавців, які супроводжують учасників ініціативи;</w:t>
      </w:r>
    </w:p>
    <w:p w14:paraId="0BF934FB" w14:textId="77777777" w:rsidR="007764CA" w:rsidRPr="008F4407" w:rsidRDefault="00A9614F" w:rsidP="00E01B9E">
      <w:pPr>
        <w:spacing w:after="0" w:line="240" w:lineRule="auto"/>
        <w:ind w:firstLine="567"/>
        <w:jc w:val="both"/>
        <w:rPr>
          <w:szCs w:val="28"/>
          <w:lang w:val="uk-UA"/>
        </w:rPr>
      </w:pPr>
      <w:r w:rsidRPr="008F4407">
        <w:rPr>
          <w:szCs w:val="28"/>
          <w:lang w:val="uk-UA"/>
        </w:rPr>
        <w:t>забезпечує участь у формуванні звітної інформації щодо моніторингу та оцінки реалізації ініціативи;</w:t>
      </w:r>
    </w:p>
    <w:p w14:paraId="72723D20" w14:textId="77777777" w:rsidR="007764CA" w:rsidRPr="008F4407" w:rsidRDefault="00A9614F" w:rsidP="00E01B9E">
      <w:pPr>
        <w:spacing w:after="0" w:line="240" w:lineRule="auto"/>
        <w:ind w:firstLine="567"/>
        <w:jc w:val="both"/>
        <w:rPr>
          <w:szCs w:val="28"/>
          <w:lang w:val="uk-UA"/>
        </w:rPr>
      </w:pPr>
      <w:r w:rsidRPr="008F4407">
        <w:rPr>
          <w:szCs w:val="28"/>
          <w:lang w:val="uk-UA"/>
        </w:rPr>
        <w:t>формує державне замовлення на підготовку кадрів з урахуванням потреб, виявлених під час впровадження ініціативи.</w:t>
      </w:r>
    </w:p>
    <w:p w14:paraId="43C5CA94" w14:textId="77777777" w:rsidR="006B5DBC" w:rsidRDefault="006B5DBC" w:rsidP="00E01B9E">
      <w:pPr>
        <w:spacing w:after="0" w:line="240" w:lineRule="auto"/>
        <w:ind w:firstLine="567"/>
        <w:jc w:val="both"/>
        <w:rPr>
          <w:szCs w:val="28"/>
          <w:lang w:val="uk-UA"/>
        </w:rPr>
      </w:pPr>
    </w:p>
    <w:p w14:paraId="239FDA74" w14:textId="483C1386" w:rsidR="007764CA" w:rsidRPr="008F4407" w:rsidRDefault="00A9614F" w:rsidP="00E01B9E">
      <w:pPr>
        <w:spacing w:after="0" w:line="240" w:lineRule="auto"/>
        <w:ind w:firstLine="567"/>
        <w:jc w:val="both"/>
        <w:rPr>
          <w:szCs w:val="28"/>
          <w:lang w:val="uk-UA"/>
        </w:rPr>
      </w:pPr>
      <w:r w:rsidRPr="008F4407">
        <w:rPr>
          <w:szCs w:val="28"/>
          <w:lang w:val="uk-UA"/>
        </w:rPr>
        <w:t xml:space="preserve">Центральний орган виконавчої влади, що забезпечує формування та реалізує державну політику у сферах освіти і науки, а також забезпечує формування та реалізацію державної політики у сфері здійснення державного нагляду (контролю) за діяльністю закладів освіти, підприємств, установ та організацій, які надають послуги у сфері освіти або провадять іншу діяльність, </w:t>
      </w:r>
      <w:r w:rsidRPr="008F4407">
        <w:rPr>
          <w:szCs w:val="28"/>
          <w:lang w:val="uk-UA"/>
        </w:rPr>
        <w:lastRenderedPageBreak/>
        <w:t>пов’язану з наданням таких послуг, незалежно від їх</w:t>
      </w:r>
      <w:r w:rsidR="00A14332" w:rsidRPr="008F4407">
        <w:rPr>
          <w:szCs w:val="28"/>
          <w:lang w:val="uk-UA"/>
        </w:rPr>
        <w:t>нього</w:t>
      </w:r>
      <w:r w:rsidRPr="008F4407">
        <w:rPr>
          <w:szCs w:val="28"/>
          <w:lang w:val="uk-UA"/>
        </w:rPr>
        <w:t xml:space="preserve"> підпорядкування і форми власності:</w:t>
      </w:r>
      <w:r w:rsidRPr="008F4407">
        <w:rPr>
          <w:i/>
          <w:szCs w:val="28"/>
          <w:lang w:val="uk-UA"/>
        </w:rPr>
        <w:t xml:space="preserve"> </w:t>
      </w:r>
    </w:p>
    <w:p w14:paraId="468C6849" w14:textId="6D2D791E" w:rsidR="007764CA" w:rsidRPr="008F4407" w:rsidRDefault="00A9614F" w:rsidP="00E01B9E">
      <w:pPr>
        <w:spacing w:after="0" w:line="240" w:lineRule="auto"/>
        <w:ind w:firstLine="567"/>
        <w:jc w:val="both"/>
        <w:rPr>
          <w:szCs w:val="28"/>
          <w:lang w:val="uk-UA"/>
        </w:rPr>
      </w:pPr>
      <w:r w:rsidRPr="008F4407">
        <w:rPr>
          <w:color w:val="000000" w:themeColor="text1"/>
          <w:szCs w:val="28"/>
          <w:lang w:val="uk-UA"/>
        </w:rPr>
        <w:t xml:space="preserve">забезпечує створення </w:t>
      </w:r>
      <w:r w:rsidRPr="008F4407">
        <w:rPr>
          <w:szCs w:val="28"/>
          <w:lang w:val="uk-UA"/>
        </w:rPr>
        <w:t xml:space="preserve">умов формування для молодих осіб NEET якісної пропозиції у сфері професійної, фахової </w:t>
      </w:r>
      <w:proofErr w:type="spellStart"/>
      <w:r w:rsidRPr="008F4407">
        <w:rPr>
          <w:szCs w:val="28"/>
          <w:lang w:val="uk-UA"/>
        </w:rPr>
        <w:t>передвищої</w:t>
      </w:r>
      <w:proofErr w:type="spellEnd"/>
      <w:r w:rsidRPr="008F4407">
        <w:rPr>
          <w:szCs w:val="28"/>
          <w:lang w:val="uk-UA"/>
        </w:rPr>
        <w:t>, вищої освіти та освіти дорослих;</w:t>
      </w:r>
    </w:p>
    <w:p w14:paraId="138991B0" w14:textId="77777777" w:rsidR="007764CA" w:rsidRPr="008F4407" w:rsidRDefault="00A9614F" w:rsidP="00E01B9E">
      <w:pPr>
        <w:spacing w:after="0" w:line="240" w:lineRule="auto"/>
        <w:ind w:firstLine="567"/>
        <w:jc w:val="both"/>
        <w:rPr>
          <w:szCs w:val="28"/>
          <w:lang w:val="uk-UA"/>
        </w:rPr>
      </w:pPr>
      <w:r w:rsidRPr="008F4407">
        <w:rPr>
          <w:szCs w:val="28"/>
          <w:lang w:val="uk-UA"/>
        </w:rPr>
        <w:t>бере участь у міжвідомчій взаємодії з метою побудови системи інтегрованих освітніх послуг та підтримки учасників ініціативи, формування програм для реалізації освітніх траєкторій;</w:t>
      </w:r>
    </w:p>
    <w:p w14:paraId="1FA6C643" w14:textId="30BB906C" w:rsidR="007764CA" w:rsidRPr="008F4407" w:rsidRDefault="00A9614F" w:rsidP="00E01B9E">
      <w:pPr>
        <w:spacing w:after="0" w:line="240" w:lineRule="auto"/>
        <w:ind w:firstLine="567"/>
        <w:jc w:val="both"/>
        <w:rPr>
          <w:szCs w:val="28"/>
          <w:lang w:val="uk-UA"/>
        </w:rPr>
      </w:pPr>
      <w:r w:rsidRPr="008F4407">
        <w:rPr>
          <w:szCs w:val="28"/>
          <w:lang w:val="uk-UA"/>
        </w:rPr>
        <w:t>систематично відстежує та аналізує потреби ринку праці, забезпечує використання для цілей ініціативи відомостей з публічних електронних реєстрів у сфері освіти про молодих осіб NEET, які завершили або припинили здобуття освіти, організовує збір освітньої статистики;</w:t>
      </w:r>
    </w:p>
    <w:p w14:paraId="5C10AA17" w14:textId="77777777" w:rsidR="007764CA" w:rsidRPr="008F4407" w:rsidRDefault="00A9614F" w:rsidP="00E01B9E">
      <w:pPr>
        <w:spacing w:after="0" w:line="240" w:lineRule="auto"/>
        <w:ind w:firstLine="567"/>
        <w:jc w:val="both"/>
        <w:rPr>
          <w:szCs w:val="28"/>
          <w:lang w:val="uk-UA"/>
        </w:rPr>
      </w:pPr>
      <w:r w:rsidRPr="008F4407">
        <w:rPr>
          <w:szCs w:val="28"/>
          <w:lang w:val="uk-UA"/>
        </w:rPr>
        <w:t>забезпечує функціонування інформаційних ресурсів щодо освітньої траєкторії молодої особи NEET;</w:t>
      </w:r>
    </w:p>
    <w:p w14:paraId="065A2593" w14:textId="0BA0AA35" w:rsidR="007764CA" w:rsidRPr="008F4407" w:rsidRDefault="00A9614F" w:rsidP="00E01B9E">
      <w:pPr>
        <w:spacing w:after="0" w:line="240" w:lineRule="auto"/>
        <w:ind w:firstLine="567"/>
        <w:jc w:val="both"/>
        <w:rPr>
          <w:szCs w:val="28"/>
          <w:lang w:val="uk-UA"/>
        </w:rPr>
      </w:pPr>
      <w:r w:rsidRPr="008F4407">
        <w:rPr>
          <w:szCs w:val="28"/>
          <w:lang w:val="uk-UA"/>
        </w:rPr>
        <w:t xml:space="preserve">забезпечує раннє виявлення молодих осіб, які перебувають під ризиком припинення навчання, вибуття із системи освіти та потрапляння до категорії NEET, шляхом впровадження у закладах освіти механізмів профілактики вибуття та раннього реагування; </w:t>
      </w:r>
    </w:p>
    <w:p w14:paraId="4B603D7C" w14:textId="77777777" w:rsidR="007764CA" w:rsidRPr="008F4407" w:rsidRDefault="00A9614F" w:rsidP="00E01B9E">
      <w:pPr>
        <w:spacing w:after="0" w:line="240" w:lineRule="auto"/>
        <w:ind w:firstLine="567"/>
        <w:jc w:val="both"/>
        <w:rPr>
          <w:szCs w:val="28"/>
          <w:lang w:val="uk-UA"/>
        </w:rPr>
      </w:pPr>
      <w:r w:rsidRPr="008F4407">
        <w:rPr>
          <w:szCs w:val="28"/>
          <w:lang w:val="uk-UA"/>
        </w:rPr>
        <w:t>забезпечує професійну орієнтацію у закладах середньої освіти;</w:t>
      </w:r>
    </w:p>
    <w:p w14:paraId="4623AA05" w14:textId="77777777" w:rsidR="007764CA" w:rsidRPr="008F4407" w:rsidRDefault="00A9614F" w:rsidP="00E01B9E">
      <w:pPr>
        <w:spacing w:after="0" w:line="240" w:lineRule="auto"/>
        <w:ind w:firstLine="567"/>
        <w:jc w:val="both"/>
        <w:rPr>
          <w:szCs w:val="28"/>
          <w:lang w:val="uk-UA"/>
        </w:rPr>
      </w:pPr>
      <w:r w:rsidRPr="008F4407">
        <w:rPr>
          <w:szCs w:val="28"/>
          <w:lang w:val="uk-UA"/>
        </w:rPr>
        <w:t xml:space="preserve">розробляє сучасні профорієнтаційні матеріали для учнів, батьків, педагогічних працівників, кар’єрних освітніх радників із забезпеченням вільного доступу до цих ресурсів; </w:t>
      </w:r>
    </w:p>
    <w:p w14:paraId="613E51D7" w14:textId="77777777" w:rsidR="007764CA" w:rsidRPr="008F4407" w:rsidRDefault="00A9614F" w:rsidP="00E01B9E">
      <w:pPr>
        <w:spacing w:after="0" w:line="240" w:lineRule="auto"/>
        <w:ind w:firstLine="567"/>
        <w:jc w:val="both"/>
        <w:rPr>
          <w:szCs w:val="28"/>
          <w:lang w:val="uk-UA"/>
        </w:rPr>
      </w:pPr>
      <w:r w:rsidRPr="008F4407">
        <w:rPr>
          <w:szCs w:val="28"/>
          <w:lang w:val="uk-UA"/>
        </w:rPr>
        <w:t>забезпечує електронну інформаційну взаємодію програмно-апаратного комплексу «Автоматизований інформаційний комплекс освітнього менеджменту» та Єдиної державної електронної бази з питань освіти з Єдиною інформаційно-аналітичною системою Державної служби зайнятості з метою автоматизованого передавання інформації про осіб, які завершили навчання або вибули (відраховані) із закладів освіти та потенційно належать до молодих осіб NEET;</w:t>
      </w:r>
    </w:p>
    <w:p w14:paraId="2ED67EA5" w14:textId="77777777" w:rsidR="007764CA" w:rsidRPr="008F4407" w:rsidRDefault="00A9614F" w:rsidP="00E01B9E">
      <w:pPr>
        <w:spacing w:after="0" w:line="240" w:lineRule="auto"/>
        <w:ind w:firstLine="567"/>
        <w:jc w:val="both"/>
        <w:rPr>
          <w:szCs w:val="28"/>
          <w:lang w:val="uk-UA"/>
        </w:rPr>
      </w:pPr>
      <w:r w:rsidRPr="008F4407">
        <w:rPr>
          <w:szCs w:val="28"/>
          <w:lang w:val="uk-UA"/>
        </w:rPr>
        <w:t xml:space="preserve">забезпечує розвиток короткострокових освітніх програм, часткових професійних кваліфікацій та професійного навчання, підтвердження результатів неформального та </w:t>
      </w:r>
      <w:proofErr w:type="spellStart"/>
      <w:r w:rsidRPr="008F4407">
        <w:rPr>
          <w:szCs w:val="28"/>
          <w:lang w:val="uk-UA"/>
        </w:rPr>
        <w:t>інформального</w:t>
      </w:r>
      <w:proofErr w:type="spellEnd"/>
      <w:r w:rsidRPr="008F4407">
        <w:rPr>
          <w:szCs w:val="28"/>
          <w:lang w:val="uk-UA"/>
        </w:rPr>
        <w:t xml:space="preserve"> професійного навчання;</w:t>
      </w:r>
    </w:p>
    <w:p w14:paraId="75C55C1A" w14:textId="568688FD" w:rsidR="007764CA" w:rsidRPr="008F4407" w:rsidRDefault="00A9614F" w:rsidP="00E01B9E">
      <w:pPr>
        <w:spacing w:after="0" w:line="240" w:lineRule="auto"/>
        <w:ind w:firstLine="567"/>
        <w:jc w:val="both"/>
        <w:rPr>
          <w:szCs w:val="28"/>
          <w:lang w:val="uk-UA"/>
        </w:rPr>
      </w:pPr>
      <w:r w:rsidRPr="008F4407">
        <w:rPr>
          <w:szCs w:val="28"/>
          <w:lang w:val="uk-UA"/>
        </w:rPr>
        <w:t>організовує збір та обробку освітніх статистичних даних, необхідн</w:t>
      </w:r>
      <w:r w:rsidR="00CB5086" w:rsidRPr="008F4407">
        <w:rPr>
          <w:szCs w:val="28"/>
          <w:lang w:val="uk-UA"/>
        </w:rPr>
        <w:t>их</w:t>
      </w:r>
      <w:r w:rsidRPr="008F4407">
        <w:rPr>
          <w:szCs w:val="28"/>
          <w:lang w:val="uk-UA"/>
        </w:rPr>
        <w:t xml:space="preserve"> для моніторингу ініціативи.</w:t>
      </w:r>
    </w:p>
    <w:p w14:paraId="3BDFED22" w14:textId="77777777" w:rsidR="00904797" w:rsidRPr="008F4407" w:rsidRDefault="00904797" w:rsidP="00E01B9E">
      <w:pPr>
        <w:spacing w:after="0" w:line="240" w:lineRule="auto"/>
        <w:ind w:firstLine="567"/>
        <w:jc w:val="both"/>
        <w:rPr>
          <w:szCs w:val="28"/>
          <w:lang w:val="uk-UA"/>
        </w:rPr>
      </w:pPr>
    </w:p>
    <w:p w14:paraId="2F6B3B52" w14:textId="32107186" w:rsidR="007764CA" w:rsidRPr="008F4407" w:rsidRDefault="00A9614F" w:rsidP="00E01B9E">
      <w:pPr>
        <w:spacing w:after="0" w:line="240" w:lineRule="auto"/>
        <w:ind w:firstLine="567"/>
        <w:jc w:val="both"/>
        <w:rPr>
          <w:szCs w:val="28"/>
          <w:lang w:val="uk-UA"/>
        </w:rPr>
      </w:pPr>
      <w:r w:rsidRPr="008F4407">
        <w:rPr>
          <w:szCs w:val="28"/>
          <w:lang w:val="uk-UA"/>
        </w:rPr>
        <w:t>Центральний орган виконавчої влади, що забезпечує формування та реалізацію державної політики у сфері соціальної політики, загальнообов’язкового державного соціального та пенсійного страхування, соціального захисту населення, волонтерської діяльності, з питань сім’ї та дітей, оздоровлення та відпочинку дітей, усиновлення та захисту прав дітей, внутрішньо переміщених осіб, запобігання та протидії домашньому насильству, насильству за ознакою статі, торгівлі людьми, забезпечення рівних прав та можливостей жінок і чоловіків, надання соціальних послуг та проведення соціальної роботи:</w:t>
      </w:r>
    </w:p>
    <w:p w14:paraId="3FCF8597" w14:textId="6C0097F2" w:rsidR="007764CA" w:rsidRPr="008F4407" w:rsidRDefault="003E7615" w:rsidP="00E01B9E">
      <w:pPr>
        <w:spacing w:after="0" w:line="240" w:lineRule="auto"/>
        <w:ind w:firstLine="567"/>
        <w:jc w:val="both"/>
        <w:rPr>
          <w:szCs w:val="28"/>
          <w:lang w:val="uk-UA"/>
        </w:rPr>
      </w:pPr>
      <w:r w:rsidRPr="008F4407">
        <w:rPr>
          <w:color w:val="000000" w:themeColor="text1"/>
          <w:szCs w:val="28"/>
          <w:lang w:val="uk-UA"/>
        </w:rPr>
        <w:lastRenderedPageBreak/>
        <w:t xml:space="preserve">здійснює </w:t>
      </w:r>
      <w:r w:rsidR="00A9614F" w:rsidRPr="008F4407">
        <w:rPr>
          <w:szCs w:val="28"/>
          <w:lang w:val="uk-UA"/>
        </w:rPr>
        <w:t xml:space="preserve">методичне забезпечення у сфері виявлення, інформування, оцінювання потреб у соціальних послугах та спрямування молодих осіб NEET, які перебувають у складних життєвих обставинах або належать до вразливих категорій населення та потребують соціальної підтримки, до суб’єктів впровадження для отримання послуг у сфері зайнятості, освіти, професійного навчання, соціальної адаптації та інших заходів підтримки; </w:t>
      </w:r>
    </w:p>
    <w:p w14:paraId="4652914F" w14:textId="537A4F8A" w:rsidR="007764CA" w:rsidRPr="008F4407" w:rsidRDefault="00A9614F" w:rsidP="00E01B9E">
      <w:pPr>
        <w:spacing w:after="0" w:line="240" w:lineRule="auto"/>
        <w:ind w:firstLine="567"/>
        <w:jc w:val="both"/>
        <w:rPr>
          <w:szCs w:val="28"/>
          <w:lang w:val="uk-UA"/>
        </w:rPr>
      </w:pPr>
      <w:r w:rsidRPr="008F4407">
        <w:rPr>
          <w:szCs w:val="28"/>
          <w:lang w:val="uk-UA"/>
        </w:rPr>
        <w:t>забезпечує формування загальнодержавного картування</w:t>
      </w:r>
      <w:r w:rsidRPr="008F4407">
        <w:rPr>
          <w:i/>
          <w:szCs w:val="28"/>
          <w:lang w:val="uk-UA"/>
        </w:rPr>
        <w:t xml:space="preserve"> </w:t>
      </w:r>
      <w:r w:rsidRPr="008F4407">
        <w:rPr>
          <w:szCs w:val="28"/>
          <w:lang w:val="uk-UA"/>
        </w:rPr>
        <w:t>соціальних послуг як складової картування послуг та форм підтримки для молодих осіб NEET та переліку надавачів соціальних послуг, які їх надають, за потенційними отримувачами, сферою надання соціальних послуг, місцем надання соціальних послуг;</w:t>
      </w:r>
    </w:p>
    <w:p w14:paraId="689D5D76" w14:textId="77777777" w:rsidR="007764CA" w:rsidRPr="008F4407" w:rsidRDefault="00A9614F" w:rsidP="00E01B9E">
      <w:pPr>
        <w:spacing w:after="0" w:line="240" w:lineRule="auto"/>
        <w:ind w:firstLine="567"/>
        <w:jc w:val="both"/>
        <w:rPr>
          <w:szCs w:val="28"/>
          <w:lang w:val="uk-UA"/>
        </w:rPr>
      </w:pPr>
      <w:r w:rsidRPr="008F4407">
        <w:rPr>
          <w:szCs w:val="28"/>
          <w:lang w:val="uk-UA"/>
        </w:rPr>
        <w:t>забезпечує використання для цілей ініціативи відомостей Єдиної інформаційної системи соціальної сфери та Єдиної інформаційної бази даних про внутрішньо переміщених осіб, збирає та аналізує інформацію про потреби внутрішньо переміщених молодих осіб NEET у соціальній підтримці;</w:t>
      </w:r>
    </w:p>
    <w:p w14:paraId="781768EE" w14:textId="6104356E" w:rsidR="007764CA" w:rsidRPr="008F4407" w:rsidRDefault="00A9614F" w:rsidP="00E01B9E">
      <w:pPr>
        <w:spacing w:after="0" w:line="240" w:lineRule="auto"/>
        <w:ind w:firstLine="567"/>
        <w:jc w:val="both"/>
        <w:rPr>
          <w:szCs w:val="28"/>
          <w:lang w:val="uk-UA"/>
        </w:rPr>
      </w:pPr>
      <w:r w:rsidRPr="008F4407">
        <w:rPr>
          <w:szCs w:val="28"/>
          <w:lang w:val="uk-UA"/>
        </w:rPr>
        <w:t>координує взаємодію надавачів соціальних послуг із суб’єктами впровадження з метою забезпечення комплексної підтримки молодих осіб NEET;</w:t>
      </w:r>
    </w:p>
    <w:p w14:paraId="35217656" w14:textId="77777777" w:rsidR="007764CA" w:rsidRPr="008F4407" w:rsidRDefault="00A9614F" w:rsidP="00E01B9E">
      <w:pPr>
        <w:spacing w:after="0" w:line="240" w:lineRule="auto"/>
        <w:ind w:firstLine="567"/>
        <w:jc w:val="both"/>
        <w:rPr>
          <w:szCs w:val="28"/>
          <w:lang w:val="uk-UA"/>
        </w:rPr>
      </w:pPr>
      <w:r w:rsidRPr="008F4407">
        <w:rPr>
          <w:szCs w:val="28"/>
          <w:lang w:val="uk-UA"/>
        </w:rPr>
        <w:t>бере участь у міжвідомчій взаємодії з метою побудови системи інтегрованих соціальних послуг та психосоціальної підтримки учасників ініціативи;</w:t>
      </w:r>
    </w:p>
    <w:p w14:paraId="5FC58F17" w14:textId="71DE145C" w:rsidR="007764CA" w:rsidRPr="008F4407" w:rsidRDefault="00A9614F" w:rsidP="00E01B9E">
      <w:pPr>
        <w:spacing w:after="0" w:line="240" w:lineRule="auto"/>
        <w:ind w:firstLine="567"/>
        <w:jc w:val="both"/>
        <w:rPr>
          <w:szCs w:val="28"/>
          <w:lang w:val="uk-UA"/>
        </w:rPr>
      </w:pPr>
      <w:r w:rsidRPr="008F4407">
        <w:rPr>
          <w:szCs w:val="28"/>
          <w:lang w:val="uk-UA"/>
        </w:rPr>
        <w:t>впроваджує програми надання соціальних послуг, зокрема комплексних, соціального супроводу та інших заходів соціальної підтримки молодих осіб NEET</w:t>
      </w:r>
      <w:r w:rsidR="00654BDB" w:rsidRPr="008F4407">
        <w:rPr>
          <w:szCs w:val="28"/>
          <w:lang w:val="uk-UA"/>
        </w:rPr>
        <w:t xml:space="preserve"> </w:t>
      </w:r>
      <w:r w:rsidRPr="008F4407">
        <w:rPr>
          <w:szCs w:val="28"/>
          <w:lang w:val="uk-UA"/>
        </w:rPr>
        <w:t>як учасників ініціативи відповідно до законодавства;</w:t>
      </w:r>
    </w:p>
    <w:p w14:paraId="390F5AFE" w14:textId="77777777" w:rsidR="007764CA" w:rsidRPr="008F4407" w:rsidRDefault="00A9614F" w:rsidP="00E01B9E">
      <w:pPr>
        <w:spacing w:after="0" w:line="240" w:lineRule="auto"/>
        <w:ind w:firstLine="567"/>
        <w:jc w:val="both"/>
        <w:rPr>
          <w:szCs w:val="28"/>
          <w:lang w:val="uk-UA"/>
        </w:rPr>
      </w:pPr>
      <w:r w:rsidRPr="008F4407">
        <w:rPr>
          <w:szCs w:val="28"/>
          <w:lang w:val="uk-UA"/>
        </w:rPr>
        <w:t>розробляє адаптивні програми залучення молодих осіб NEET до ініціативи, сприяє інтеграції внутрішньо переміщених молодих осіб NEET, молодих осіб NEET з інвалідністю, дітей-сиріт, дітей, позбавлених батьківського піклування, молодих осіб NEET з малозабезпечених сімей та інших вразливих груп молодих осіб до освіти, професійного навчання, зайнятості та інших заходів, передбачених ініціативою;</w:t>
      </w:r>
    </w:p>
    <w:p w14:paraId="1D22A2DC" w14:textId="4C4F0A67" w:rsidR="007764CA" w:rsidRPr="008F4407" w:rsidRDefault="00A9614F" w:rsidP="00E01B9E">
      <w:pPr>
        <w:spacing w:after="0" w:line="240" w:lineRule="auto"/>
        <w:ind w:firstLine="567"/>
        <w:jc w:val="both"/>
        <w:rPr>
          <w:szCs w:val="28"/>
          <w:lang w:val="uk-UA"/>
        </w:rPr>
      </w:pPr>
      <w:r w:rsidRPr="008F4407">
        <w:rPr>
          <w:szCs w:val="28"/>
          <w:lang w:val="uk-UA"/>
        </w:rPr>
        <w:t>розробляє адаптивні програми зайнятості (захищеної зайнятості та трудової інтеграції) для маломобільних груп молоді та організовує залучення молоді, яка їх потребує, до цих програм;</w:t>
      </w:r>
    </w:p>
    <w:p w14:paraId="54CE8A91" w14:textId="0F4EF081" w:rsidR="007764CA" w:rsidRPr="008F4407" w:rsidRDefault="00A9614F" w:rsidP="00E01B9E">
      <w:pPr>
        <w:spacing w:after="0" w:line="240" w:lineRule="auto"/>
        <w:ind w:firstLine="567"/>
        <w:jc w:val="both"/>
        <w:rPr>
          <w:szCs w:val="28"/>
          <w:lang w:val="uk-UA"/>
        </w:rPr>
      </w:pPr>
      <w:r w:rsidRPr="008F4407">
        <w:rPr>
          <w:szCs w:val="28"/>
          <w:lang w:val="uk-UA"/>
        </w:rPr>
        <w:t>забезпечує обмін інформацією із суб’єктами впровадження відповідно до законодавства для моніторингу надання підтримки молодих осіб NEET та оцінки результативності впровадження ініціативи;</w:t>
      </w:r>
    </w:p>
    <w:p w14:paraId="12A6C2CE" w14:textId="77777777" w:rsidR="007764CA" w:rsidRPr="008F4407" w:rsidRDefault="00A9614F" w:rsidP="00E01B9E">
      <w:pPr>
        <w:spacing w:after="0" w:line="240" w:lineRule="auto"/>
        <w:ind w:firstLine="567"/>
        <w:jc w:val="both"/>
        <w:rPr>
          <w:szCs w:val="28"/>
          <w:lang w:val="uk-UA"/>
        </w:rPr>
      </w:pPr>
      <w:r w:rsidRPr="008F4407">
        <w:rPr>
          <w:szCs w:val="28"/>
          <w:lang w:val="uk-UA"/>
        </w:rPr>
        <w:t>забезпечує участь у формуванні звітної інформації щодо моніторингу та оцінки впровадження ініціативи в частині надання соціальної підтримки, соціальних послуг та інтеграції молодих осіб NEET з вразливих категорій.</w:t>
      </w:r>
    </w:p>
    <w:p w14:paraId="78AA52C4" w14:textId="77777777" w:rsidR="00264E7E" w:rsidRPr="008F4407" w:rsidRDefault="00264E7E" w:rsidP="00E01B9E">
      <w:pPr>
        <w:spacing w:after="0" w:line="240" w:lineRule="auto"/>
        <w:ind w:firstLine="567"/>
        <w:jc w:val="both"/>
        <w:rPr>
          <w:color w:val="000000"/>
          <w:szCs w:val="28"/>
          <w:lang w:val="uk-UA"/>
        </w:rPr>
      </w:pPr>
    </w:p>
    <w:p w14:paraId="3E6D67EB" w14:textId="77777777" w:rsidR="00264E7E" w:rsidRPr="008F4407" w:rsidRDefault="00A9614F" w:rsidP="00E01B9E">
      <w:pPr>
        <w:spacing w:after="0" w:line="240" w:lineRule="auto"/>
        <w:ind w:firstLine="567"/>
        <w:jc w:val="both"/>
        <w:rPr>
          <w:i/>
          <w:color w:val="0032C8"/>
          <w:szCs w:val="28"/>
          <w:lang w:val="uk-UA"/>
        </w:rPr>
      </w:pPr>
      <w:r w:rsidRPr="008F4407">
        <w:rPr>
          <w:szCs w:val="28"/>
          <w:lang w:val="uk-UA"/>
        </w:rPr>
        <w:t>Центральний орган виконавчої влади, що забезпечує формування та реалізує державну політику у сфері підтримки та реалізації інтересів ветеранів війни, осіб, які мають особливі заслуги перед Батьківщиною, постраждалих учасників Революції Гідності</w:t>
      </w:r>
      <w:r w:rsidR="00264E7E" w:rsidRPr="008F4407">
        <w:rPr>
          <w:szCs w:val="28"/>
          <w:lang w:val="uk-UA"/>
        </w:rPr>
        <w:t xml:space="preserve">, </w:t>
      </w:r>
      <w:r w:rsidRPr="008F4407">
        <w:rPr>
          <w:szCs w:val="28"/>
          <w:lang w:val="uk-UA"/>
        </w:rPr>
        <w:t>членів сімей таких осіб і членів сімей загиблих (померлих) ветеранів війни, членів сімей загиблих (померлих) Захисників і Захисниць України:</w:t>
      </w:r>
      <w:r w:rsidRPr="008F4407">
        <w:rPr>
          <w:i/>
          <w:szCs w:val="28"/>
          <w:lang w:val="uk-UA"/>
        </w:rPr>
        <w:t xml:space="preserve"> </w:t>
      </w:r>
    </w:p>
    <w:p w14:paraId="75112495" w14:textId="43A16DAB" w:rsidR="007764CA" w:rsidRPr="008F4407" w:rsidRDefault="00A9614F" w:rsidP="00E01B9E">
      <w:pPr>
        <w:spacing w:after="0" w:line="240" w:lineRule="auto"/>
        <w:ind w:firstLine="567"/>
        <w:jc w:val="both"/>
        <w:rPr>
          <w:color w:val="000000" w:themeColor="text1"/>
          <w:szCs w:val="28"/>
          <w:lang w:val="uk-UA"/>
        </w:rPr>
      </w:pPr>
      <w:r w:rsidRPr="008F4407">
        <w:rPr>
          <w:szCs w:val="28"/>
          <w:lang w:val="uk-UA"/>
        </w:rPr>
        <w:lastRenderedPageBreak/>
        <w:t xml:space="preserve">забезпечує методичне забезпечення суб’єктів впровадження щодо підтримки молодих ветеранів війни та членів їх сімей з числа молодих осіб NEET; </w:t>
      </w:r>
    </w:p>
    <w:p w14:paraId="2DB54D6F" w14:textId="0C362540" w:rsidR="007764CA" w:rsidRPr="008F4407" w:rsidRDefault="00A9614F" w:rsidP="00E01B9E">
      <w:pPr>
        <w:spacing w:after="0" w:line="240" w:lineRule="auto"/>
        <w:ind w:firstLine="567"/>
        <w:jc w:val="both"/>
        <w:rPr>
          <w:szCs w:val="28"/>
          <w:lang w:val="uk-UA"/>
        </w:rPr>
      </w:pPr>
      <w:r w:rsidRPr="008F4407">
        <w:rPr>
          <w:szCs w:val="28"/>
          <w:lang w:val="uk-UA"/>
        </w:rPr>
        <w:t>сприяє виявленню, інформуванню та спрямуванню молодих ветеранів війни до суб’єктів впровадження</w:t>
      </w:r>
      <w:r w:rsidRPr="008F4407">
        <w:rPr>
          <w:i/>
          <w:szCs w:val="28"/>
          <w:lang w:val="uk-UA"/>
        </w:rPr>
        <w:t xml:space="preserve"> </w:t>
      </w:r>
      <w:r w:rsidRPr="008F4407">
        <w:rPr>
          <w:szCs w:val="28"/>
          <w:lang w:val="uk-UA"/>
        </w:rPr>
        <w:t xml:space="preserve">на національному, регіональному та місцевому рівнях для отримання послуг у сферах зайнятості, освіти, професійного навчання, соціальної адаптації та інших заходів підтримки; </w:t>
      </w:r>
    </w:p>
    <w:p w14:paraId="1F6864FB" w14:textId="77777777" w:rsidR="007764CA" w:rsidRPr="008F4407" w:rsidRDefault="00A9614F" w:rsidP="00E01B9E">
      <w:pPr>
        <w:spacing w:after="0" w:line="240" w:lineRule="auto"/>
        <w:ind w:firstLine="567"/>
        <w:jc w:val="both"/>
        <w:rPr>
          <w:szCs w:val="28"/>
          <w:lang w:val="uk-UA"/>
        </w:rPr>
      </w:pPr>
      <w:r w:rsidRPr="008F4407">
        <w:rPr>
          <w:szCs w:val="28"/>
          <w:lang w:val="uk-UA"/>
        </w:rPr>
        <w:t>організовує профілювання молодих ветеранів війни, членів їх сімей з числа молодих осіб NEET;</w:t>
      </w:r>
    </w:p>
    <w:p w14:paraId="02F6B9DE" w14:textId="77777777" w:rsidR="007764CA" w:rsidRPr="008F4407" w:rsidRDefault="00A9614F" w:rsidP="00E01B9E">
      <w:pPr>
        <w:spacing w:after="0" w:line="240" w:lineRule="auto"/>
        <w:ind w:firstLine="567"/>
        <w:jc w:val="both"/>
        <w:rPr>
          <w:szCs w:val="28"/>
          <w:lang w:val="uk-UA"/>
        </w:rPr>
      </w:pPr>
      <w:r w:rsidRPr="008F4407">
        <w:rPr>
          <w:szCs w:val="28"/>
          <w:lang w:val="uk-UA"/>
        </w:rPr>
        <w:t>організовує розроблення адаптивних схем формування якісних пропозицій та запровадження адаптивного маршруту підготовки до отримання якісної пропозиції для молодих ветеранів війни, участь молодих ветеранів війни та членів їхніх сімей у заходах, що реалізуються в рамках ініціативи;</w:t>
      </w:r>
    </w:p>
    <w:p w14:paraId="4E453477" w14:textId="77777777" w:rsidR="007764CA" w:rsidRPr="008F4407" w:rsidRDefault="00A9614F" w:rsidP="00E01B9E">
      <w:pPr>
        <w:spacing w:after="0" w:line="240" w:lineRule="auto"/>
        <w:ind w:firstLine="567"/>
        <w:jc w:val="both"/>
        <w:rPr>
          <w:szCs w:val="28"/>
          <w:lang w:val="uk-UA"/>
        </w:rPr>
      </w:pPr>
      <w:r w:rsidRPr="008F4407">
        <w:rPr>
          <w:szCs w:val="28"/>
          <w:lang w:val="uk-UA"/>
        </w:rPr>
        <w:t>бере участь у проведенні аналізу стану ринку праці щодо ветеранів війни та членів їх сімей з числа молоді у взаємодії з Мінекономіки, забезпечує обмін даними Єдиного державного реєстру ветеранів війни для цілей впровадження ініціативи;</w:t>
      </w:r>
    </w:p>
    <w:p w14:paraId="4FFAA9A0" w14:textId="77777777" w:rsidR="007764CA" w:rsidRPr="008F4407" w:rsidRDefault="00A9614F" w:rsidP="00E01B9E">
      <w:pPr>
        <w:spacing w:after="0" w:line="240" w:lineRule="auto"/>
        <w:ind w:firstLine="567"/>
        <w:jc w:val="both"/>
        <w:rPr>
          <w:szCs w:val="28"/>
          <w:lang w:val="uk-UA"/>
        </w:rPr>
      </w:pPr>
      <w:r w:rsidRPr="008F4407">
        <w:rPr>
          <w:szCs w:val="28"/>
          <w:lang w:val="uk-UA"/>
        </w:rPr>
        <w:t>організовує інформування та залучення молодих ветеранів війни до програм професійної адаптації, професійного навчання, перекваліфікації, підвищення кваліфікації, працевлаштування, розвитку підприємницької діяльності та інших заходів, передбачених ініціативою;</w:t>
      </w:r>
    </w:p>
    <w:p w14:paraId="5E4A3B49" w14:textId="06CDA109" w:rsidR="007764CA" w:rsidRPr="008F4407" w:rsidRDefault="00A9614F" w:rsidP="00E01B9E">
      <w:pPr>
        <w:spacing w:after="0" w:line="240" w:lineRule="auto"/>
        <w:ind w:firstLine="567"/>
        <w:jc w:val="both"/>
        <w:rPr>
          <w:szCs w:val="28"/>
          <w:lang w:val="uk-UA"/>
        </w:rPr>
      </w:pPr>
      <w:r w:rsidRPr="008F4407">
        <w:rPr>
          <w:szCs w:val="28"/>
          <w:lang w:val="uk-UA"/>
        </w:rPr>
        <w:t>забезпечує взаємодію із суб’єктами впровадження щодо виявлення молодих ветеранів війни, звільнених з військової служби, які потребують підтримки, та спрямування їх до надавачів відповідних послуг, організовує взаємодію фахівців із супроводу ветеранів війни та демобілізованих осіб, осіб, звільнених з військової служби, з центрами зайнятості</w:t>
      </w:r>
      <w:r w:rsidR="005554B3" w:rsidRPr="008F4407">
        <w:rPr>
          <w:szCs w:val="28"/>
          <w:lang w:val="uk-UA"/>
        </w:rPr>
        <w:t xml:space="preserve"> населення;</w:t>
      </w:r>
    </w:p>
    <w:p w14:paraId="60D14964" w14:textId="77777777" w:rsidR="007764CA" w:rsidRPr="008F4407" w:rsidRDefault="00A9614F" w:rsidP="00E01B9E">
      <w:pPr>
        <w:spacing w:after="0" w:line="240" w:lineRule="auto"/>
        <w:ind w:firstLine="567"/>
        <w:jc w:val="both"/>
        <w:rPr>
          <w:szCs w:val="28"/>
          <w:lang w:val="uk-UA"/>
        </w:rPr>
      </w:pPr>
      <w:r w:rsidRPr="008F4407">
        <w:rPr>
          <w:szCs w:val="28"/>
          <w:lang w:val="uk-UA"/>
        </w:rPr>
        <w:t xml:space="preserve">розбудовує мережу ветеранського наставництва для молодих осіб NEET; </w:t>
      </w:r>
    </w:p>
    <w:p w14:paraId="57F9746B" w14:textId="25AC2915" w:rsidR="007764CA" w:rsidRPr="008F4407" w:rsidRDefault="00A9614F" w:rsidP="00E01B9E">
      <w:pPr>
        <w:spacing w:after="0" w:line="240" w:lineRule="auto"/>
        <w:ind w:firstLine="567"/>
        <w:jc w:val="both"/>
        <w:rPr>
          <w:szCs w:val="28"/>
          <w:lang w:val="uk-UA"/>
        </w:rPr>
      </w:pPr>
      <w:r w:rsidRPr="008F4407">
        <w:rPr>
          <w:szCs w:val="28"/>
          <w:lang w:val="uk-UA"/>
        </w:rPr>
        <w:t>бере участь у міжвідомчій взаємодії з метою побудови системи інтегрованих послуг та психосоціальної підтримки ветеранів війни та членів їх</w:t>
      </w:r>
      <w:r w:rsidR="00904797" w:rsidRPr="008F4407">
        <w:rPr>
          <w:szCs w:val="28"/>
          <w:lang w:val="uk-UA"/>
        </w:rPr>
        <w:t>ніх</w:t>
      </w:r>
      <w:r w:rsidRPr="008F4407">
        <w:rPr>
          <w:szCs w:val="28"/>
          <w:lang w:val="uk-UA"/>
        </w:rPr>
        <w:t xml:space="preserve"> сімей з числа молодих осіб NEET як учасників ініціативи;</w:t>
      </w:r>
    </w:p>
    <w:p w14:paraId="17F406B6" w14:textId="77777777" w:rsidR="007764CA" w:rsidRPr="008F4407" w:rsidRDefault="00A9614F" w:rsidP="00E01B9E">
      <w:pPr>
        <w:spacing w:after="0" w:line="240" w:lineRule="auto"/>
        <w:ind w:firstLine="567"/>
        <w:jc w:val="both"/>
        <w:rPr>
          <w:szCs w:val="28"/>
          <w:lang w:val="uk-UA"/>
        </w:rPr>
      </w:pPr>
      <w:r w:rsidRPr="008F4407">
        <w:rPr>
          <w:szCs w:val="28"/>
          <w:lang w:val="uk-UA"/>
        </w:rPr>
        <w:t>забезпечує участь у формуванні звітної інформації щодо моніторингу та оцінки реалізації ініціативи.</w:t>
      </w:r>
    </w:p>
    <w:p w14:paraId="52E1A26F" w14:textId="77777777" w:rsidR="00904797" w:rsidRPr="008F4407" w:rsidRDefault="00904797" w:rsidP="00E01B9E">
      <w:pPr>
        <w:spacing w:after="0" w:line="240" w:lineRule="auto"/>
        <w:ind w:firstLine="567"/>
        <w:jc w:val="both"/>
        <w:rPr>
          <w:szCs w:val="28"/>
          <w:lang w:val="uk-UA"/>
        </w:rPr>
      </w:pPr>
    </w:p>
    <w:p w14:paraId="07B245CB" w14:textId="0F6FE645" w:rsidR="007764CA" w:rsidRPr="008F4407" w:rsidRDefault="00A9614F" w:rsidP="00E01B9E">
      <w:pPr>
        <w:spacing w:after="0" w:line="240" w:lineRule="auto"/>
        <w:ind w:firstLine="567"/>
        <w:jc w:val="both"/>
        <w:rPr>
          <w:szCs w:val="28"/>
          <w:lang w:val="uk-UA"/>
        </w:rPr>
      </w:pPr>
      <w:r w:rsidRPr="008F4407">
        <w:rPr>
          <w:szCs w:val="28"/>
          <w:lang w:val="uk-UA"/>
        </w:rPr>
        <w:t>Центральний орган виконавчої влади, що забезпечує формування та реалізує державну політику у сфері державної регіональної політики, захисту прав примусово переміщених (депортованих) осіб, зокрема захисту прав осіб, депортованих за національною ознакою, з питань адаптації внутрішньо переміщених осіб за новим місцем проживання:</w:t>
      </w:r>
    </w:p>
    <w:p w14:paraId="5D2C2FC5" w14:textId="31FEE16C" w:rsidR="007764CA" w:rsidRPr="008F4407" w:rsidRDefault="00A9614F" w:rsidP="00E01B9E">
      <w:pPr>
        <w:spacing w:after="0" w:line="240" w:lineRule="auto"/>
        <w:ind w:firstLine="567"/>
        <w:jc w:val="both"/>
        <w:rPr>
          <w:szCs w:val="28"/>
          <w:lang w:val="uk-UA"/>
        </w:rPr>
      </w:pPr>
      <w:r w:rsidRPr="008F4407">
        <w:rPr>
          <w:szCs w:val="28"/>
          <w:lang w:val="uk-UA"/>
        </w:rPr>
        <w:t xml:space="preserve">забезпечує врахування даних наявності та доступності надавачів послуг під час моніторингу соціально-економічного розвитку регіонів і територіальних громад, збирає та аналізує інформацію про потреби внутрішньо переміщених молодих осіб </w:t>
      </w:r>
      <w:r w:rsidR="007C2BD2" w:rsidRPr="008F4407">
        <w:rPr>
          <w:szCs w:val="28"/>
          <w:lang w:val="uk-UA"/>
        </w:rPr>
        <w:t>NEET</w:t>
      </w:r>
      <w:r w:rsidRPr="008F4407">
        <w:rPr>
          <w:szCs w:val="28"/>
          <w:lang w:val="uk-UA"/>
        </w:rPr>
        <w:t>;</w:t>
      </w:r>
    </w:p>
    <w:p w14:paraId="03318D29" w14:textId="0E2DD4C7" w:rsidR="007764CA" w:rsidRPr="008F4407" w:rsidRDefault="00A9614F" w:rsidP="00E01B9E">
      <w:pPr>
        <w:spacing w:after="0" w:line="240" w:lineRule="auto"/>
        <w:ind w:firstLine="567"/>
        <w:jc w:val="both"/>
        <w:rPr>
          <w:szCs w:val="28"/>
          <w:lang w:val="uk-UA"/>
        </w:rPr>
      </w:pPr>
      <w:r w:rsidRPr="008F4407">
        <w:rPr>
          <w:szCs w:val="28"/>
          <w:lang w:val="uk-UA"/>
        </w:rPr>
        <w:t xml:space="preserve">визначає механізми та координує інформування внутрішньо переміщених молодих осіб </w:t>
      </w:r>
      <w:r w:rsidR="007C2BD2" w:rsidRPr="008F4407">
        <w:rPr>
          <w:szCs w:val="28"/>
          <w:lang w:val="uk-UA"/>
        </w:rPr>
        <w:t>NEET</w:t>
      </w:r>
      <w:r w:rsidRPr="008F4407">
        <w:rPr>
          <w:szCs w:val="28"/>
          <w:lang w:val="uk-UA"/>
        </w:rPr>
        <w:t xml:space="preserve"> про можливості працевлаштування, здобуття освіти та </w:t>
      </w:r>
      <w:r w:rsidRPr="008F4407">
        <w:rPr>
          <w:szCs w:val="28"/>
          <w:lang w:val="uk-UA"/>
        </w:rPr>
        <w:lastRenderedPageBreak/>
        <w:t xml:space="preserve">отримання інших послуг у відповідних населених пунктах, територіальних громадах, сприяє в установленому законодавством порядку підтримці внутрішньо переміщених молодих осіб NEET; </w:t>
      </w:r>
    </w:p>
    <w:p w14:paraId="1F010349" w14:textId="77777777" w:rsidR="007764CA" w:rsidRPr="008F4407" w:rsidRDefault="00A9614F" w:rsidP="00E01B9E">
      <w:pPr>
        <w:spacing w:after="0" w:line="240" w:lineRule="auto"/>
        <w:ind w:firstLine="567"/>
        <w:jc w:val="both"/>
        <w:rPr>
          <w:szCs w:val="28"/>
          <w:lang w:val="uk-UA"/>
        </w:rPr>
      </w:pPr>
      <w:r w:rsidRPr="008F4407">
        <w:rPr>
          <w:szCs w:val="28"/>
          <w:lang w:val="uk-UA"/>
        </w:rPr>
        <w:t>збирає та аналізує інформацію про наявність потреб у підтримці серед внутрішньо переміщених молодих осіб NEET;</w:t>
      </w:r>
    </w:p>
    <w:p w14:paraId="04E7D381" w14:textId="77777777" w:rsidR="007764CA" w:rsidRPr="008F4407" w:rsidRDefault="00A9614F" w:rsidP="00E01B9E">
      <w:pPr>
        <w:spacing w:after="0" w:line="240" w:lineRule="auto"/>
        <w:ind w:firstLine="567"/>
        <w:jc w:val="both"/>
        <w:rPr>
          <w:szCs w:val="28"/>
          <w:lang w:val="uk-UA"/>
        </w:rPr>
      </w:pPr>
      <w:r w:rsidRPr="008F4407">
        <w:rPr>
          <w:szCs w:val="28"/>
          <w:lang w:val="uk-UA"/>
        </w:rPr>
        <w:t>сприяє в установленому законодавством порядку підтримці внутрішньо переміщених молодих осіб NEET;</w:t>
      </w:r>
    </w:p>
    <w:p w14:paraId="4CA9A706" w14:textId="50924C75" w:rsidR="007764CA" w:rsidRPr="008F4407" w:rsidRDefault="00A9614F" w:rsidP="00E01B9E">
      <w:pPr>
        <w:spacing w:after="0" w:line="240" w:lineRule="auto"/>
        <w:ind w:firstLine="567"/>
        <w:jc w:val="both"/>
        <w:rPr>
          <w:szCs w:val="28"/>
          <w:lang w:val="uk-UA"/>
        </w:rPr>
      </w:pPr>
      <w:r w:rsidRPr="008F4407">
        <w:rPr>
          <w:szCs w:val="28"/>
          <w:lang w:val="uk-UA"/>
        </w:rPr>
        <w:t>координує та здійснює методологічне забезпечення діяльності структурних підрозділів місцевих держ</w:t>
      </w:r>
      <w:r w:rsidR="00E00489">
        <w:rPr>
          <w:szCs w:val="28"/>
          <w:lang w:val="uk-UA"/>
        </w:rPr>
        <w:t>а</w:t>
      </w:r>
      <w:r w:rsidRPr="008F4407">
        <w:rPr>
          <w:szCs w:val="28"/>
          <w:lang w:val="uk-UA"/>
        </w:rPr>
        <w:t>дміністрацій, органів місцевого самоврядування з питань врахування потреб молодих осіб NEET, у регіональних стратегіях розвитку та стратегіях розвитку територіальних громад;</w:t>
      </w:r>
    </w:p>
    <w:p w14:paraId="23795CA2" w14:textId="7361CAF3" w:rsidR="007764CA" w:rsidRPr="008F4407" w:rsidRDefault="00A9614F" w:rsidP="00E01B9E">
      <w:pPr>
        <w:spacing w:after="0" w:line="240" w:lineRule="auto"/>
        <w:ind w:firstLine="567"/>
        <w:jc w:val="both"/>
        <w:rPr>
          <w:szCs w:val="28"/>
          <w:lang w:val="uk-UA"/>
        </w:rPr>
      </w:pPr>
      <w:r w:rsidRPr="008F4407">
        <w:rPr>
          <w:szCs w:val="28"/>
          <w:lang w:val="uk-UA"/>
        </w:rPr>
        <w:t>координує здійснення заходів з реінтеграції або інтеграції за новим місцем проживання в Україні молодих осіб NEET, які повертаються з-за кордону, в частині їх</w:t>
      </w:r>
      <w:r w:rsidR="00A400E4" w:rsidRPr="008F4407">
        <w:rPr>
          <w:szCs w:val="28"/>
          <w:lang w:val="uk-UA"/>
        </w:rPr>
        <w:t>ньої</w:t>
      </w:r>
      <w:r w:rsidRPr="008F4407">
        <w:rPr>
          <w:szCs w:val="28"/>
          <w:lang w:val="uk-UA"/>
        </w:rPr>
        <w:t xml:space="preserve"> участі в ініціативі;</w:t>
      </w:r>
    </w:p>
    <w:p w14:paraId="01E38953" w14:textId="77777777" w:rsidR="007764CA" w:rsidRPr="008F4407" w:rsidRDefault="00A9614F" w:rsidP="00E01B9E">
      <w:pPr>
        <w:spacing w:after="0" w:line="240" w:lineRule="auto"/>
        <w:ind w:firstLine="567"/>
        <w:jc w:val="both"/>
        <w:rPr>
          <w:szCs w:val="28"/>
          <w:lang w:val="uk-UA"/>
        </w:rPr>
      </w:pPr>
      <w:r w:rsidRPr="008F4407">
        <w:rPr>
          <w:szCs w:val="28"/>
          <w:lang w:val="uk-UA"/>
        </w:rPr>
        <w:t xml:space="preserve">сприяє співробітництву територіальних громад, зокрема для спільного утворення </w:t>
      </w:r>
      <w:proofErr w:type="spellStart"/>
      <w:r w:rsidRPr="008F4407">
        <w:rPr>
          <w:szCs w:val="28"/>
          <w:lang w:val="uk-UA"/>
        </w:rPr>
        <w:t>партнерств</w:t>
      </w:r>
      <w:proofErr w:type="spellEnd"/>
      <w:r w:rsidRPr="008F4407">
        <w:rPr>
          <w:szCs w:val="28"/>
          <w:lang w:val="uk-UA"/>
        </w:rPr>
        <w:t xml:space="preserve"> зайнятості молодих осіб NEET.</w:t>
      </w:r>
    </w:p>
    <w:p w14:paraId="205038DA" w14:textId="77777777" w:rsidR="00A400E4" w:rsidRPr="008F4407" w:rsidRDefault="00A400E4" w:rsidP="00E01B9E">
      <w:pPr>
        <w:spacing w:after="0" w:line="240" w:lineRule="auto"/>
        <w:ind w:firstLine="567"/>
        <w:jc w:val="both"/>
        <w:rPr>
          <w:szCs w:val="28"/>
          <w:lang w:val="uk-UA"/>
        </w:rPr>
      </w:pPr>
    </w:p>
    <w:p w14:paraId="5B0B13C5" w14:textId="48592E40" w:rsidR="007764CA" w:rsidRPr="008F4407" w:rsidRDefault="00A9614F" w:rsidP="00E01B9E">
      <w:pPr>
        <w:spacing w:after="0" w:line="240" w:lineRule="auto"/>
        <w:ind w:firstLine="567"/>
        <w:jc w:val="both"/>
        <w:rPr>
          <w:szCs w:val="28"/>
          <w:lang w:val="uk-UA"/>
        </w:rPr>
      </w:pPr>
      <w:r w:rsidRPr="008F4407">
        <w:rPr>
          <w:szCs w:val="28"/>
          <w:lang w:val="uk-UA"/>
        </w:rPr>
        <w:t xml:space="preserve">Центральний орган виконавчої влади, що забезпечує формування та реалізацію державної політики у сферах </w:t>
      </w:r>
      <w:proofErr w:type="spellStart"/>
      <w:r w:rsidRPr="008F4407">
        <w:rPr>
          <w:szCs w:val="28"/>
          <w:lang w:val="uk-UA"/>
        </w:rPr>
        <w:t>цифровізації</w:t>
      </w:r>
      <w:proofErr w:type="spellEnd"/>
      <w:r w:rsidRPr="008F4407">
        <w:rPr>
          <w:szCs w:val="28"/>
          <w:lang w:val="uk-UA"/>
        </w:rPr>
        <w:t xml:space="preserve">, цифрового розвитку, цифрової економіки, цифрових інновацій та технологій; у сфері впровадження електронного документообігу; </w:t>
      </w:r>
      <w:r w:rsidR="007C2BD2" w:rsidRPr="008F4407">
        <w:rPr>
          <w:szCs w:val="28"/>
          <w:lang w:val="uk-UA"/>
        </w:rPr>
        <w:t xml:space="preserve">у сфері </w:t>
      </w:r>
      <w:r w:rsidRPr="008F4407">
        <w:rPr>
          <w:szCs w:val="28"/>
          <w:lang w:val="uk-UA"/>
        </w:rPr>
        <w:t>розвитку цифрових навичок та цифрових прав громадян; у сферах відкритих даних, публічних електронних реєстрів, у сфері надання електронних та адміністративних послуг:</w:t>
      </w:r>
      <w:r w:rsidRPr="008F4407">
        <w:rPr>
          <w:i/>
          <w:szCs w:val="28"/>
          <w:lang w:val="uk-UA"/>
        </w:rPr>
        <w:t xml:space="preserve"> </w:t>
      </w:r>
    </w:p>
    <w:p w14:paraId="530240EF" w14:textId="77777777" w:rsidR="007764CA" w:rsidRPr="008F4407" w:rsidRDefault="00A9614F" w:rsidP="00E01B9E">
      <w:pPr>
        <w:spacing w:after="0" w:line="240" w:lineRule="auto"/>
        <w:ind w:firstLine="567"/>
        <w:jc w:val="both"/>
        <w:rPr>
          <w:szCs w:val="28"/>
          <w:lang w:val="uk-UA"/>
        </w:rPr>
      </w:pPr>
      <w:r w:rsidRPr="008F4407">
        <w:rPr>
          <w:szCs w:val="28"/>
          <w:lang w:val="uk-UA"/>
        </w:rPr>
        <w:t xml:space="preserve">забезпечує функціонування Єдиного державного </w:t>
      </w:r>
      <w:proofErr w:type="spellStart"/>
      <w:r w:rsidRPr="008F4407">
        <w:rPr>
          <w:szCs w:val="28"/>
          <w:lang w:val="uk-UA"/>
        </w:rPr>
        <w:t>вебпорталу</w:t>
      </w:r>
      <w:proofErr w:type="spellEnd"/>
      <w:r w:rsidRPr="008F4407">
        <w:rPr>
          <w:szCs w:val="28"/>
          <w:lang w:val="uk-UA"/>
        </w:rPr>
        <w:t xml:space="preserve"> електронних послуг для надання електронних послуг та інформаційно-консультаційних сервісів ініціативи та освітніх платформ;</w:t>
      </w:r>
    </w:p>
    <w:p w14:paraId="1881FEE6" w14:textId="77777777" w:rsidR="007764CA" w:rsidRPr="008F4407" w:rsidRDefault="00A9614F" w:rsidP="00E01B9E">
      <w:pPr>
        <w:spacing w:after="0" w:line="240" w:lineRule="auto"/>
        <w:ind w:firstLine="567"/>
        <w:jc w:val="both"/>
        <w:rPr>
          <w:szCs w:val="28"/>
          <w:lang w:val="uk-UA"/>
        </w:rPr>
      </w:pPr>
      <w:r w:rsidRPr="008F4407">
        <w:rPr>
          <w:szCs w:val="28"/>
          <w:lang w:val="uk-UA"/>
        </w:rPr>
        <w:t>забезпечує координацію діяльності органів, що утворили центри надання адміністративних послуг, з питань підвищення рівня якості надання адміністративних та електронних послуг, сприяє інформуванню молодих осіб NEET про ініціативу через центри надання адміністративних послуг;</w:t>
      </w:r>
    </w:p>
    <w:p w14:paraId="4E1C6A83" w14:textId="0C36AB98" w:rsidR="007764CA" w:rsidRPr="008F4407" w:rsidRDefault="00A9614F" w:rsidP="00E01B9E">
      <w:pPr>
        <w:spacing w:after="0" w:line="240" w:lineRule="auto"/>
        <w:ind w:firstLine="567"/>
        <w:jc w:val="both"/>
        <w:rPr>
          <w:szCs w:val="28"/>
          <w:lang w:val="uk-UA"/>
        </w:rPr>
      </w:pPr>
      <w:r w:rsidRPr="008F4407">
        <w:rPr>
          <w:szCs w:val="28"/>
          <w:lang w:val="uk-UA"/>
        </w:rPr>
        <w:t>забезпечує організацію навчання з розвитку цифрових навичок молодих осіб NEET як учасників ініціативи.</w:t>
      </w:r>
    </w:p>
    <w:p w14:paraId="332EFCD5" w14:textId="77777777" w:rsidR="007764CA" w:rsidRPr="008F4407" w:rsidRDefault="00A9614F" w:rsidP="00E01B9E">
      <w:pPr>
        <w:spacing w:after="0" w:line="240" w:lineRule="auto"/>
        <w:ind w:firstLine="567"/>
        <w:jc w:val="both"/>
        <w:rPr>
          <w:szCs w:val="28"/>
          <w:lang w:val="uk-UA"/>
        </w:rPr>
      </w:pPr>
      <w:r w:rsidRPr="008F4407">
        <w:rPr>
          <w:szCs w:val="28"/>
          <w:lang w:val="uk-UA"/>
        </w:rPr>
        <w:t>Центральний орган виконавчої влади, що забезпечує формування та реалізує державну правову політику:</w:t>
      </w:r>
    </w:p>
    <w:p w14:paraId="2CA637AB" w14:textId="66DB184E" w:rsidR="007764CA" w:rsidRPr="008F4407" w:rsidRDefault="00676673" w:rsidP="00E01B9E">
      <w:pPr>
        <w:spacing w:after="0" w:line="240" w:lineRule="auto"/>
        <w:ind w:firstLine="567"/>
        <w:jc w:val="both"/>
        <w:rPr>
          <w:szCs w:val="28"/>
          <w:lang w:val="uk-UA"/>
        </w:rPr>
      </w:pPr>
      <w:r w:rsidRPr="008F4407">
        <w:rPr>
          <w:szCs w:val="28"/>
          <w:lang w:val="uk-UA"/>
        </w:rPr>
        <w:t>забезпечує</w:t>
      </w:r>
      <w:r w:rsidR="00A9614F" w:rsidRPr="008F4407">
        <w:rPr>
          <w:color w:val="000000" w:themeColor="text1"/>
          <w:szCs w:val="28"/>
          <w:lang w:val="uk-UA"/>
        </w:rPr>
        <w:t xml:space="preserve"> доступ</w:t>
      </w:r>
      <w:r w:rsidR="00A9614F" w:rsidRPr="008F4407">
        <w:rPr>
          <w:i/>
          <w:color w:val="000000" w:themeColor="text1"/>
          <w:szCs w:val="28"/>
          <w:lang w:val="uk-UA"/>
        </w:rPr>
        <w:t xml:space="preserve"> </w:t>
      </w:r>
      <w:r w:rsidR="00A9614F" w:rsidRPr="008F4407">
        <w:rPr>
          <w:szCs w:val="28"/>
          <w:lang w:val="uk-UA"/>
        </w:rPr>
        <w:t>молодих осіб NEET до джерел правової інформації в частині впровадження ініціативи;</w:t>
      </w:r>
    </w:p>
    <w:p w14:paraId="7FB26F1D" w14:textId="77777777" w:rsidR="007764CA" w:rsidRPr="008F4407" w:rsidRDefault="00A9614F" w:rsidP="00E01B9E">
      <w:pPr>
        <w:spacing w:after="0" w:line="240" w:lineRule="auto"/>
        <w:ind w:firstLine="567"/>
        <w:jc w:val="both"/>
        <w:rPr>
          <w:szCs w:val="28"/>
          <w:lang w:val="uk-UA"/>
        </w:rPr>
      </w:pPr>
      <w:r w:rsidRPr="008F4407">
        <w:rPr>
          <w:szCs w:val="28"/>
          <w:lang w:val="uk-UA"/>
        </w:rPr>
        <w:t>забезпечує загальне управління у сфері безоплатної первинної та вторинної правничої допомоги, зокрема з питань надання безоплатної правничої допомоги молодій особі NEET з метою надання правничої підтримки у працевлаштуванні, навчанні, стажуванні або іншій формі зайнятості;</w:t>
      </w:r>
    </w:p>
    <w:p w14:paraId="7B5D9D20" w14:textId="77777777" w:rsidR="007764CA" w:rsidRPr="008F4407" w:rsidRDefault="00A9614F" w:rsidP="00E01B9E">
      <w:pPr>
        <w:spacing w:after="0" w:line="240" w:lineRule="auto"/>
        <w:ind w:firstLine="567"/>
        <w:jc w:val="both"/>
        <w:rPr>
          <w:szCs w:val="28"/>
          <w:lang w:val="uk-UA"/>
        </w:rPr>
      </w:pPr>
      <w:r w:rsidRPr="008F4407">
        <w:rPr>
          <w:szCs w:val="28"/>
          <w:lang w:val="uk-UA"/>
        </w:rPr>
        <w:t xml:space="preserve">сприяє залученню до заходів, передбачених ініціативою, молодих осіб NEET, які перебувають на обліку уповноважених органів з питань </w:t>
      </w:r>
      <w:proofErr w:type="spellStart"/>
      <w:r w:rsidRPr="008F4407">
        <w:rPr>
          <w:szCs w:val="28"/>
          <w:lang w:val="uk-UA"/>
        </w:rPr>
        <w:t>пробації</w:t>
      </w:r>
      <w:proofErr w:type="spellEnd"/>
      <w:r w:rsidRPr="008F4407">
        <w:rPr>
          <w:szCs w:val="28"/>
          <w:lang w:val="uk-UA"/>
        </w:rPr>
        <w:t>, шляхом координації взаємодії відповідних органів із суб’єктами впровадження відповідно до законодавства;</w:t>
      </w:r>
    </w:p>
    <w:p w14:paraId="5161BC8D" w14:textId="581931F6" w:rsidR="007764CA" w:rsidRPr="008F4407" w:rsidRDefault="00A9614F" w:rsidP="00E01B9E">
      <w:pPr>
        <w:spacing w:after="0" w:line="240" w:lineRule="auto"/>
        <w:ind w:firstLine="567"/>
        <w:jc w:val="both"/>
        <w:rPr>
          <w:szCs w:val="28"/>
          <w:lang w:val="uk-UA"/>
        </w:rPr>
      </w:pPr>
      <w:r w:rsidRPr="008F4407">
        <w:rPr>
          <w:szCs w:val="28"/>
          <w:lang w:val="uk-UA"/>
        </w:rPr>
        <w:lastRenderedPageBreak/>
        <w:t>забезпечує інформаційну взаємодію із суб’єктами впровадження</w:t>
      </w:r>
      <w:r w:rsidR="007C2BD2" w:rsidRPr="008F4407">
        <w:rPr>
          <w:szCs w:val="28"/>
          <w:lang w:val="uk-UA"/>
        </w:rPr>
        <w:t xml:space="preserve"> </w:t>
      </w:r>
      <w:r w:rsidRPr="008F4407">
        <w:rPr>
          <w:szCs w:val="28"/>
          <w:lang w:val="uk-UA"/>
        </w:rPr>
        <w:t xml:space="preserve">в межах </w:t>
      </w:r>
      <w:r w:rsidR="00676673" w:rsidRPr="008F4407">
        <w:rPr>
          <w:szCs w:val="28"/>
          <w:lang w:val="uk-UA"/>
        </w:rPr>
        <w:t xml:space="preserve">його </w:t>
      </w:r>
      <w:r w:rsidRPr="008F4407">
        <w:rPr>
          <w:szCs w:val="28"/>
          <w:lang w:val="uk-UA"/>
        </w:rPr>
        <w:t>компетенції та відповідно до законодавства про захист персональних даних;</w:t>
      </w:r>
    </w:p>
    <w:p w14:paraId="2D8B44AA" w14:textId="77777777" w:rsidR="007764CA" w:rsidRPr="008F4407" w:rsidRDefault="00A9614F" w:rsidP="00E01B9E">
      <w:pPr>
        <w:spacing w:after="0" w:line="240" w:lineRule="auto"/>
        <w:ind w:firstLine="567"/>
        <w:jc w:val="both"/>
        <w:rPr>
          <w:szCs w:val="28"/>
          <w:lang w:val="uk-UA"/>
        </w:rPr>
      </w:pPr>
      <w:r w:rsidRPr="008F4407">
        <w:rPr>
          <w:szCs w:val="28"/>
          <w:lang w:val="uk-UA"/>
        </w:rPr>
        <w:t>забезпечує участь у формуванні звітної інформації щодо моніторингу та оцінки реалізації ініціативи в частині, що належить до його компетенції.</w:t>
      </w:r>
    </w:p>
    <w:p w14:paraId="55B7E41D" w14:textId="77777777" w:rsidR="000E5E57" w:rsidRPr="008F4407" w:rsidRDefault="000E5E57" w:rsidP="00E01B9E">
      <w:pPr>
        <w:spacing w:after="0" w:line="240" w:lineRule="auto"/>
        <w:ind w:firstLine="567"/>
        <w:jc w:val="both"/>
        <w:rPr>
          <w:szCs w:val="28"/>
          <w:lang w:val="uk-UA"/>
        </w:rPr>
      </w:pPr>
    </w:p>
    <w:p w14:paraId="52D6069F" w14:textId="72EBA8CE" w:rsidR="007764CA" w:rsidRPr="008F4407" w:rsidRDefault="00A9614F" w:rsidP="00E01B9E">
      <w:pPr>
        <w:spacing w:after="0" w:line="240" w:lineRule="auto"/>
        <w:ind w:firstLine="567"/>
        <w:jc w:val="both"/>
        <w:rPr>
          <w:szCs w:val="28"/>
          <w:lang w:val="uk-UA"/>
        </w:rPr>
      </w:pPr>
      <w:r w:rsidRPr="008F4407">
        <w:rPr>
          <w:szCs w:val="28"/>
          <w:lang w:val="uk-UA"/>
        </w:rPr>
        <w:t>Центральний орган виконавчої влади, що забезпечує формування державної політики у сферах забезпечення охорони прав і свобод людини, інтересів суспільства і держави, протидії злочинності, підтримання публічної безпеки і порядку, а також надання поліцейських послуг:</w:t>
      </w:r>
    </w:p>
    <w:p w14:paraId="77C8EBEF" w14:textId="40F4DB41" w:rsidR="007764CA" w:rsidRPr="008F4407" w:rsidRDefault="00A9614F" w:rsidP="00E01B9E">
      <w:pPr>
        <w:spacing w:after="0" w:line="240" w:lineRule="auto"/>
        <w:ind w:firstLine="567"/>
        <w:jc w:val="both"/>
        <w:rPr>
          <w:szCs w:val="28"/>
          <w:lang w:val="uk-UA"/>
        </w:rPr>
      </w:pPr>
      <w:r w:rsidRPr="008F4407">
        <w:rPr>
          <w:szCs w:val="28"/>
          <w:lang w:val="uk-UA"/>
        </w:rPr>
        <w:t>забезпечує взаємодію органів, що належать до сфери</w:t>
      </w:r>
      <w:r w:rsidRPr="008F4407">
        <w:rPr>
          <w:color w:val="000000" w:themeColor="text1"/>
          <w:szCs w:val="28"/>
          <w:lang w:val="uk-UA"/>
        </w:rPr>
        <w:t xml:space="preserve"> </w:t>
      </w:r>
      <w:r w:rsidR="00037C30" w:rsidRPr="008F4407">
        <w:rPr>
          <w:color w:val="000000" w:themeColor="text1"/>
          <w:szCs w:val="28"/>
          <w:lang w:val="uk-UA"/>
        </w:rPr>
        <w:t>його</w:t>
      </w:r>
      <w:r w:rsidR="00037C30" w:rsidRPr="008F4407">
        <w:rPr>
          <w:i/>
          <w:color w:val="000000" w:themeColor="text1"/>
          <w:szCs w:val="28"/>
          <w:lang w:val="uk-UA"/>
        </w:rPr>
        <w:t xml:space="preserve"> </w:t>
      </w:r>
      <w:r w:rsidRPr="008F4407">
        <w:rPr>
          <w:szCs w:val="28"/>
          <w:lang w:val="uk-UA"/>
        </w:rPr>
        <w:t>управління</w:t>
      </w:r>
      <w:r w:rsidR="00037C30" w:rsidRPr="008F4407">
        <w:rPr>
          <w:szCs w:val="28"/>
          <w:lang w:val="uk-UA"/>
        </w:rPr>
        <w:t xml:space="preserve">, </w:t>
      </w:r>
      <w:r w:rsidRPr="008F4407">
        <w:rPr>
          <w:szCs w:val="28"/>
          <w:lang w:val="uk-UA"/>
        </w:rPr>
        <w:t>щодо сприяння інтеграції молодих осіб NEET до освіти, професійного навчання, зайнятості та інших заходів, передбачених ініціативою;</w:t>
      </w:r>
    </w:p>
    <w:p w14:paraId="7210186C" w14:textId="27C71378" w:rsidR="007764CA" w:rsidRPr="008F4407" w:rsidRDefault="00A9614F" w:rsidP="00E01B9E">
      <w:pPr>
        <w:spacing w:after="0" w:line="240" w:lineRule="auto"/>
        <w:ind w:firstLine="567"/>
        <w:jc w:val="both"/>
        <w:rPr>
          <w:szCs w:val="28"/>
          <w:lang w:val="uk-UA"/>
        </w:rPr>
      </w:pPr>
      <w:r w:rsidRPr="008F4407">
        <w:rPr>
          <w:szCs w:val="28"/>
          <w:lang w:val="uk-UA"/>
        </w:rPr>
        <w:t>сприяє залученню молодих осіб NEET з числа осіб, які повернулися після вимушеного переміщення, постраждали внаслідок збройної агресії або перебувають у складних життєвих обставинах, до заходів, передбачених ініціативою, у межах компетенції цього центрального органу виконавчої влади та органів, що належать до сфери його управління;</w:t>
      </w:r>
    </w:p>
    <w:p w14:paraId="6E85D6F3" w14:textId="77777777" w:rsidR="007764CA" w:rsidRPr="008F4407" w:rsidRDefault="00A9614F" w:rsidP="00E01B9E">
      <w:pPr>
        <w:spacing w:after="0" w:line="240" w:lineRule="auto"/>
        <w:ind w:firstLine="567"/>
        <w:jc w:val="both"/>
        <w:rPr>
          <w:szCs w:val="28"/>
          <w:lang w:val="uk-UA"/>
        </w:rPr>
      </w:pPr>
      <w:r w:rsidRPr="008F4407">
        <w:rPr>
          <w:szCs w:val="28"/>
          <w:lang w:val="uk-UA"/>
        </w:rPr>
        <w:t>сприяє виявленню молодих осіб NEET через органи Національної поліції, зокрема уповноважені підрозділи органів Національної поліції, які здійснюють повноваження щодо дітей;</w:t>
      </w:r>
    </w:p>
    <w:p w14:paraId="1F9421E3" w14:textId="771DD411" w:rsidR="007764CA" w:rsidRPr="008F4407" w:rsidRDefault="00A9614F" w:rsidP="00E01B9E">
      <w:pPr>
        <w:spacing w:after="0" w:line="240" w:lineRule="auto"/>
        <w:ind w:firstLine="567"/>
        <w:jc w:val="both"/>
        <w:rPr>
          <w:szCs w:val="28"/>
          <w:lang w:val="uk-UA"/>
        </w:rPr>
      </w:pPr>
      <w:r w:rsidRPr="008F4407">
        <w:rPr>
          <w:szCs w:val="28"/>
          <w:lang w:val="uk-UA"/>
        </w:rPr>
        <w:t>сприяє роботі молодих осіб NEET, як</w:t>
      </w:r>
      <w:r w:rsidR="000E5E57" w:rsidRPr="008F4407">
        <w:rPr>
          <w:szCs w:val="28"/>
          <w:lang w:val="uk-UA"/>
        </w:rPr>
        <w:t>і</w:t>
      </w:r>
      <w:r w:rsidRPr="008F4407">
        <w:rPr>
          <w:szCs w:val="28"/>
          <w:lang w:val="uk-UA"/>
        </w:rPr>
        <w:t xml:space="preserve"> перебува</w:t>
      </w:r>
      <w:r w:rsidR="000E5E57" w:rsidRPr="008F4407">
        <w:rPr>
          <w:szCs w:val="28"/>
          <w:lang w:val="uk-UA"/>
        </w:rPr>
        <w:t>ють</w:t>
      </w:r>
      <w:r w:rsidRPr="008F4407">
        <w:rPr>
          <w:szCs w:val="28"/>
          <w:lang w:val="uk-UA"/>
        </w:rPr>
        <w:t xml:space="preserve"> </w:t>
      </w:r>
      <w:r w:rsidR="000E5E57" w:rsidRPr="008F4407">
        <w:rPr>
          <w:szCs w:val="28"/>
          <w:lang w:val="uk-UA"/>
        </w:rPr>
        <w:t>у</w:t>
      </w:r>
      <w:r w:rsidRPr="008F4407">
        <w:rPr>
          <w:szCs w:val="28"/>
          <w:lang w:val="uk-UA"/>
        </w:rPr>
        <w:t xml:space="preserve"> складних життєвих обставинах;</w:t>
      </w:r>
    </w:p>
    <w:p w14:paraId="10E4D3D0" w14:textId="2368342C" w:rsidR="007764CA" w:rsidRPr="008F4407" w:rsidRDefault="00A9614F" w:rsidP="00E01B9E">
      <w:pPr>
        <w:spacing w:after="0" w:line="240" w:lineRule="auto"/>
        <w:ind w:firstLine="567"/>
        <w:jc w:val="both"/>
        <w:rPr>
          <w:color w:val="7A1FA2"/>
          <w:szCs w:val="28"/>
          <w:lang w:val="uk-UA"/>
        </w:rPr>
      </w:pPr>
      <w:r w:rsidRPr="008F4407">
        <w:rPr>
          <w:szCs w:val="28"/>
          <w:lang w:val="uk-UA"/>
        </w:rPr>
        <w:t xml:space="preserve">забезпечує участь у формуванні звітної інформації щодо моніторингу та оцінки впровадження ініціативи в частині, що належить до </w:t>
      </w:r>
      <w:r w:rsidR="00037C30" w:rsidRPr="008F4407">
        <w:rPr>
          <w:szCs w:val="28"/>
          <w:lang w:val="uk-UA"/>
        </w:rPr>
        <w:t xml:space="preserve">його </w:t>
      </w:r>
      <w:r w:rsidRPr="008F4407">
        <w:rPr>
          <w:szCs w:val="28"/>
          <w:lang w:val="uk-UA"/>
        </w:rPr>
        <w:t>компетенції</w:t>
      </w:r>
      <w:r w:rsidR="00037C30" w:rsidRPr="008F4407">
        <w:rPr>
          <w:szCs w:val="28"/>
          <w:lang w:val="uk-UA"/>
        </w:rPr>
        <w:t>.</w:t>
      </w:r>
    </w:p>
    <w:p w14:paraId="6B86A6C8" w14:textId="77777777" w:rsidR="007C2BD2" w:rsidRPr="008F4407" w:rsidRDefault="007C2BD2" w:rsidP="00E01B9E">
      <w:pPr>
        <w:spacing w:after="0" w:line="240" w:lineRule="auto"/>
        <w:ind w:firstLine="567"/>
        <w:jc w:val="both"/>
        <w:rPr>
          <w:szCs w:val="28"/>
          <w:lang w:val="uk-UA"/>
        </w:rPr>
      </w:pPr>
    </w:p>
    <w:p w14:paraId="359E9DF1" w14:textId="77777777" w:rsidR="007764CA" w:rsidRPr="008F4407" w:rsidRDefault="00A9614F" w:rsidP="00E01B9E">
      <w:pPr>
        <w:spacing w:after="0" w:line="240" w:lineRule="auto"/>
        <w:ind w:firstLine="567"/>
        <w:jc w:val="both"/>
        <w:rPr>
          <w:szCs w:val="28"/>
          <w:lang w:val="uk-UA"/>
        </w:rPr>
      </w:pPr>
      <w:r w:rsidRPr="008F4407">
        <w:rPr>
          <w:szCs w:val="28"/>
          <w:lang w:val="uk-UA"/>
        </w:rPr>
        <w:t>Центральний орган виконавчої влади, що забезпечує формування та реалізує державну політику у сфері охорони здоров’я:</w:t>
      </w:r>
    </w:p>
    <w:p w14:paraId="211DF60D" w14:textId="77777777" w:rsidR="007764CA" w:rsidRPr="008F4407" w:rsidRDefault="00A9614F" w:rsidP="00E01B9E">
      <w:pPr>
        <w:spacing w:after="0" w:line="240" w:lineRule="auto"/>
        <w:ind w:firstLine="567"/>
        <w:jc w:val="both"/>
        <w:rPr>
          <w:szCs w:val="28"/>
          <w:lang w:val="uk-UA"/>
        </w:rPr>
      </w:pPr>
      <w:r w:rsidRPr="008F4407">
        <w:rPr>
          <w:szCs w:val="28"/>
          <w:lang w:val="uk-UA"/>
        </w:rPr>
        <w:t>забезпечує доступ молодих осіб NEET до послуг з охорони здоров’я, медичної реабілітації, психічного здоров’я та інших медичних послуг відповідно до законодавства;</w:t>
      </w:r>
    </w:p>
    <w:p w14:paraId="15751FDA" w14:textId="7849D905" w:rsidR="007764CA" w:rsidRPr="008F4407" w:rsidRDefault="00A9614F" w:rsidP="00E01B9E">
      <w:pPr>
        <w:spacing w:after="0" w:line="240" w:lineRule="auto"/>
        <w:ind w:firstLine="567"/>
        <w:jc w:val="both"/>
        <w:rPr>
          <w:szCs w:val="28"/>
          <w:lang w:val="uk-UA"/>
        </w:rPr>
      </w:pPr>
      <w:r w:rsidRPr="008F4407">
        <w:rPr>
          <w:szCs w:val="28"/>
          <w:lang w:val="uk-UA"/>
        </w:rPr>
        <w:t>сприяє ранньому виявленню факторів, пов’язаних зі станом фізичного та психічного здоров’я молодих осіб NEET, що можуть перешкоджати їх</w:t>
      </w:r>
      <w:r w:rsidR="00B66876" w:rsidRPr="008F4407">
        <w:rPr>
          <w:szCs w:val="28"/>
          <w:lang w:val="uk-UA"/>
        </w:rPr>
        <w:t>ньому</w:t>
      </w:r>
      <w:r w:rsidRPr="008F4407">
        <w:rPr>
          <w:szCs w:val="28"/>
          <w:lang w:val="uk-UA"/>
        </w:rPr>
        <w:t xml:space="preserve"> навчанню, працевлаштуванню або професійній діяльності, та забезпечує спрямування до необхідних медичних послуг;</w:t>
      </w:r>
    </w:p>
    <w:p w14:paraId="49539A7A" w14:textId="77777777" w:rsidR="007764CA" w:rsidRPr="008F4407" w:rsidRDefault="00A9614F" w:rsidP="00E01B9E">
      <w:pPr>
        <w:spacing w:after="0" w:line="240" w:lineRule="auto"/>
        <w:ind w:firstLine="567"/>
        <w:jc w:val="both"/>
        <w:rPr>
          <w:szCs w:val="28"/>
          <w:lang w:val="uk-UA"/>
        </w:rPr>
      </w:pPr>
      <w:r w:rsidRPr="008F4407">
        <w:rPr>
          <w:szCs w:val="28"/>
          <w:lang w:val="uk-UA"/>
        </w:rPr>
        <w:t>сприяє розвитку та впровадженню заходів зі збереження і зміцнення фізичного та психічного здоров’я молодих осіб NEET, профілактики захворювань і популяризації здорового способу життя в рамках реалізації ініціативи;</w:t>
      </w:r>
    </w:p>
    <w:p w14:paraId="49D22EED" w14:textId="711F7343" w:rsidR="00CB4821" w:rsidRPr="008F4407" w:rsidRDefault="00A9614F" w:rsidP="00E01B9E">
      <w:pPr>
        <w:spacing w:after="0" w:line="240" w:lineRule="auto"/>
        <w:ind w:firstLine="567"/>
        <w:jc w:val="both"/>
        <w:rPr>
          <w:color w:val="7A1FA2"/>
          <w:szCs w:val="28"/>
          <w:lang w:val="uk-UA"/>
        </w:rPr>
      </w:pPr>
      <w:r w:rsidRPr="008F4407">
        <w:rPr>
          <w:szCs w:val="28"/>
          <w:lang w:val="uk-UA"/>
        </w:rPr>
        <w:t xml:space="preserve">забезпечує участь у формуванні звітної інформації щодо моніторингу та оцінки впровадження ініціативи в частині, що належить до </w:t>
      </w:r>
      <w:r w:rsidR="0016547D" w:rsidRPr="008F4407">
        <w:rPr>
          <w:szCs w:val="28"/>
          <w:lang w:val="uk-UA"/>
        </w:rPr>
        <w:t xml:space="preserve">його </w:t>
      </w:r>
      <w:r w:rsidRPr="008F4407">
        <w:rPr>
          <w:szCs w:val="28"/>
          <w:lang w:val="uk-UA"/>
        </w:rPr>
        <w:t>компетенції</w:t>
      </w:r>
      <w:r w:rsidR="0016547D" w:rsidRPr="008F4407">
        <w:rPr>
          <w:szCs w:val="28"/>
          <w:lang w:val="uk-UA"/>
        </w:rPr>
        <w:t>.</w:t>
      </w:r>
    </w:p>
    <w:p w14:paraId="2196E7CC" w14:textId="77777777" w:rsidR="00CB4821" w:rsidRPr="008F4407" w:rsidRDefault="00CB4821" w:rsidP="00E01B9E">
      <w:pPr>
        <w:spacing w:after="0" w:line="240" w:lineRule="auto"/>
        <w:ind w:firstLine="567"/>
        <w:jc w:val="both"/>
        <w:rPr>
          <w:i/>
          <w:color w:val="0032C8"/>
          <w:szCs w:val="28"/>
          <w:lang w:val="uk-UA"/>
        </w:rPr>
      </w:pPr>
    </w:p>
    <w:p w14:paraId="47C6C36B" w14:textId="1DCECCE3" w:rsidR="007764CA" w:rsidRPr="008F4407" w:rsidRDefault="00A9614F" w:rsidP="00E01B9E">
      <w:pPr>
        <w:spacing w:after="0" w:line="240" w:lineRule="auto"/>
        <w:ind w:firstLine="567"/>
        <w:jc w:val="both"/>
        <w:rPr>
          <w:szCs w:val="28"/>
          <w:lang w:val="uk-UA"/>
        </w:rPr>
      </w:pPr>
      <w:r w:rsidRPr="008F4407">
        <w:rPr>
          <w:szCs w:val="28"/>
          <w:lang w:val="uk-UA"/>
        </w:rPr>
        <w:t xml:space="preserve">Центральний орган виконавчої влади, що реалізує державну політику у сфері соціального захисту населення, здійснення державного нагляду </w:t>
      </w:r>
      <w:r w:rsidRPr="008F4407">
        <w:rPr>
          <w:szCs w:val="28"/>
          <w:lang w:val="uk-UA"/>
        </w:rPr>
        <w:lastRenderedPageBreak/>
        <w:t xml:space="preserve">(контролю) за дотриманням вимог законодавства під час надання соціальних послуг і соціальної підтримки та за дотриманням прав дітей: </w:t>
      </w:r>
    </w:p>
    <w:p w14:paraId="2F43B07F" w14:textId="41DFBD38" w:rsidR="007764CA" w:rsidRPr="008F4407" w:rsidRDefault="00A9614F" w:rsidP="00E01B9E">
      <w:pPr>
        <w:spacing w:after="0" w:line="240" w:lineRule="auto"/>
        <w:ind w:firstLine="567"/>
        <w:jc w:val="both"/>
        <w:rPr>
          <w:szCs w:val="28"/>
          <w:lang w:val="uk-UA"/>
        </w:rPr>
      </w:pPr>
      <w:r w:rsidRPr="008F4407">
        <w:rPr>
          <w:szCs w:val="28"/>
          <w:lang w:val="uk-UA"/>
        </w:rPr>
        <w:t xml:space="preserve">подає </w:t>
      </w:r>
      <w:proofErr w:type="spellStart"/>
      <w:r w:rsidRPr="008F4407">
        <w:rPr>
          <w:szCs w:val="28"/>
          <w:lang w:val="uk-UA"/>
        </w:rPr>
        <w:t>Мінсоцполітики</w:t>
      </w:r>
      <w:proofErr w:type="spellEnd"/>
      <w:r w:rsidRPr="008F4407">
        <w:rPr>
          <w:szCs w:val="28"/>
          <w:lang w:val="uk-UA"/>
        </w:rPr>
        <w:t xml:space="preserve"> узагальнену аналітичну інформацію про молодих осіб NEET, які перебувають у складних життєвих обставинах, належать до осіб з інвалідністю, внутрішньо переміщених осіб, дітей-сиріт та осіб з їх числа, звільнених осіб, бездомних осіб, отриману за результатами державного нагляду (контролю) та моніторингу для формування відповідних програм соціальної підтримки та залучення  молодих осіб до ініціативи;</w:t>
      </w:r>
    </w:p>
    <w:p w14:paraId="52D6BCB2" w14:textId="77777777" w:rsidR="007764CA" w:rsidRPr="008F4407" w:rsidRDefault="00A9614F" w:rsidP="00E01B9E">
      <w:pPr>
        <w:spacing w:after="0" w:line="240" w:lineRule="auto"/>
        <w:ind w:firstLine="567"/>
        <w:jc w:val="both"/>
        <w:rPr>
          <w:szCs w:val="28"/>
          <w:lang w:val="uk-UA"/>
        </w:rPr>
      </w:pPr>
      <w:r w:rsidRPr="008F4407">
        <w:rPr>
          <w:szCs w:val="28"/>
          <w:lang w:val="uk-UA"/>
        </w:rPr>
        <w:t>здійснює державний нагляд (контроль) за дотриманням вимог законодавства під час надання соціальних послуг молодим особам NEET;</w:t>
      </w:r>
    </w:p>
    <w:p w14:paraId="1311DA39" w14:textId="3389D9EB" w:rsidR="007764CA" w:rsidRPr="008F4407" w:rsidRDefault="00A9614F" w:rsidP="00E01B9E">
      <w:pPr>
        <w:spacing w:after="0" w:line="240" w:lineRule="auto"/>
        <w:ind w:firstLine="567"/>
        <w:jc w:val="both"/>
        <w:rPr>
          <w:szCs w:val="28"/>
          <w:lang w:val="uk-UA"/>
        </w:rPr>
      </w:pPr>
      <w:r w:rsidRPr="008F4407">
        <w:rPr>
          <w:szCs w:val="28"/>
          <w:lang w:val="uk-UA"/>
        </w:rPr>
        <w:t>здійснює координацію та методичне забезпечення діяльності структурних підрозділів з питань соціального захисту населення місцевих держадміністрацій, виконавчих органів</w:t>
      </w:r>
      <w:r w:rsidRPr="008F4407">
        <w:rPr>
          <w:color w:val="C00000"/>
          <w:szCs w:val="28"/>
          <w:lang w:val="uk-UA"/>
        </w:rPr>
        <w:t xml:space="preserve"> </w:t>
      </w:r>
      <w:r w:rsidRPr="008F4407">
        <w:rPr>
          <w:color w:val="000000" w:themeColor="text1"/>
          <w:szCs w:val="28"/>
          <w:lang w:val="uk-UA"/>
        </w:rPr>
        <w:t>сільських, селищних, міських</w:t>
      </w:r>
      <w:r w:rsidRPr="008F4407">
        <w:rPr>
          <w:i/>
          <w:color w:val="000000" w:themeColor="text1"/>
          <w:szCs w:val="28"/>
          <w:lang w:val="uk-UA"/>
        </w:rPr>
        <w:t xml:space="preserve"> </w:t>
      </w:r>
      <w:r w:rsidRPr="008F4407">
        <w:rPr>
          <w:szCs w:val="28"/>
          <w:lang w:val="uk-UA"/>
        </w:rPr>
        <w:t>рад, надавачів соціальних послуг щодо надання соціальних послуг і проведення соціальної роботи з молоди</w:t>
      </w:r>
      <w:r w:rsidR="00A10E63" w:rsidRPr="008F4407">
        <w:rPr>
          <w:szCs w:val="28"/>
          <w:lang w:val="uk-UA"/>
        </w:rPr>
        <w:t>ми</w:t>
      </w:r>
      <w:r w:rsidRPr="008F4407">
        <w:rPr>
          <w:szCs w:val="28"/>
          <w:lang w:val="uk-UA"/>
        </w:rPr>
        <w:t xml:space="preserve"> ос</w:t>
      </w:r>
      <w:r w:rsidR="00A10E63" w:rsidRPr="008F4407">
        <w:rPr>
          <w:szCs w:val="28"/>
          <w:lang w:val="uk-UA"/>
        </w:rPr>
        <w:t>обами</w:t>
      </w:r>
      <w:r w:rsidRPr="008F4407">
        <w:rPr>
          <w:szCs w:val="28"/>
          <w:lang w:val="uk-UA"/>
        </w:rPr>
        <w:t xml:space="preserve"> NEET, які перебувають у складних життєвих обставинах;</w:t>
      </w:r>
    </w:p>
    <w:p w14:paraId="2EED8337" w14:textId="2ACAF834" w:rsidR="007764CA" w:rsidRPr="008F4407" w:rsidRDefault="00A9614F" w:rsidP="00E01B9E">
      <w:pPr>
        <w:spacing w:after="0" w:line="240" w:lineRule="auto"/>
        <w:ind w:firstLine="567"/>
        <w:jc w:val="both"/>
        <w:rPr>
          <w:szCs w:val="28"/>
          <w:lang w:val="uk-UA"/>
        </w:rPr>
      </w:pPr>
      <w:r w:rsidRPr="008F4407">
        <w:rPr>
          <w:szCs w:val="28"/>
          <w:lang w:val="uk-UA"/>
        </w:rPr>
        <w:t xml:space="preserve">здійснює методичний супровід органів місцевого самоврядування щодо включення до місцевих планів залучення до соціальних послуг, зокрема мобільних форм надання; аналіз регіональних і місцевих програм у частині задоволення потреб молоді у соціальних послугах; координує надавачів соціальних послуг у територіальних громадах, де </w:t>
      </w:r>
      <w:r w:rsidR="00A10E63" w:rsidRPr="008F4407">
        <w:rPr>
          <w:szCs w:val="28"/>
          <w:lang w:val="uk-UA"/>
        </w:rPr>
        <w:t>немає</w:t>
      </w:r>
      <w:r w:rsidRPr="008F4407">
        <w:rPr>
          <w:szCs w:val="28"/>
          <w:lang w:val="uk-UA"/>
        </w:rPr>
        <w:t xml:space="preserve"> центр</w:t>
      </w:r>
      <w:r w:rsidR="00A10E63" w:rsidRPr="008F4407">
        <w:rPr>
          <w:szCs w:val="28"/>
          <w:lang w:val="uk-UA"/>
        </w:rPr>
        <w:t>ів</w:t>
      </w:r>
      <w:r w:rsidRPr="008F4407">
        <w:rPr>
          <w:szCs w:val="28"/>
          <w:lang w:val="uk-UA"/>
        </w:rPr>
        <w:t xml:space="preserve"> зайнятості, молодіжн</w:t>
      </w:r>
      <w:r w:rsidR="00A10E63" w:rsidRPr="008F4407">
        <w:rPr>
          <w:szCs w:val="28"/>
          <w:lang w:val="uk-UA"/>
        </w:rPr>
        <w:t xml:space="preserve">их </w:t>
      </w:r>
      <w:r w:rsidRPr="008F4407">
        <w:rPr>
          <w:szCs w:val="28"/>
          <w:lang w:val="uk-UA"/>
        </w:rPr>
        <w:t>центр</w:t>
      </w:r>
      <w:r w:rsidR="00A10E63" w:rsidRPr="008F4407">
        <w:rPr>
          <w:szCs w:val="28"/>
          <w:lang w:val="uk-UA"/>
        </w:rPr>
        <w:t>ів</w:t>
      </w:r>
      <w:r w:rsidRPr="008F4407">
        <w:rPr>
          <w:szCs w:val="28"/>
          <w:lang w:val="uk-UA"/>
        </w:rPr>
        <w:t xml:space="preserve">, на прифронтових і </w:t>
      </w:r>
      <w:proofErr w:type="spellStart"/>
      <w:r w:rsidRPr="008F4407">
        <w:rPr>
          <w:szCs w:val="28"/>
          <w:lang w:val="uk-UA"/>
        </w:rPr>
        <w:t>деокупованих</w:t>
      </w:r>
      <w:proofErr w:type="spellEnd"/>
      <w:r w:rsidRPr="008F4407">
        <w:rPr>
          <w:szCs w:val="28"/>
          <w:lang w:val="uk-UA"/>
        </w:rPr>
        <w:t xml:space="preserve"> територіях;</w:t>
      </w:r>
    </w:p>
    <w:p w14:paraId="68CFABE5" w14:textId="77777777" w:rsidR="007764CA" w:rsidRPr="008F4407" w:rsidRDefault="00A9614F" w:rsidP="00E01B9E">
      <w:pPr>
        <w:spacing w:after="0" w:line="240" w:lineRule="auto"/>
        <w:ind w:firstLine="567"/>
        <w:jc w:val="both"/>
        <w:rPr>
          <w:szCs w:val="28"/>
          <w:lang w:val="uk-UA"/>
        </w:rPr>
      </w:pPr>
      <w:r w:rsidRPr="008F4407">
        <w:rPr>
          <w:szCs w:val="28"/>
          <w:lang w:val="uk-UA"/>
        </w:rPr>
        <w:t>аналізує регіональні та місцеві програми у сфері соціальних послуг щодо врахування потреб молодих осіб NEET;</w:t>
      </w:r>
    </w:p>
    <w:p w14:paraId="02026502" w14:textId="77777777" w:rsidR="007764CA" w:rsidRPr="008F4407" w:rsidRDefault="00A9614F" w:rsidP="00E01B9E">
      <w:pPr>
        <w:spacing w:after="0" w:line="240" w:lineRule="auto"/>
        <w:ind w:firstLine="567"/>
        <w:jc w:val="both"/>
        <w:rPr>
          <w:szCs w:val="28"/>
          <w:lang w:val="uk-UA"/>
        </w:rPr>
      </w:pPr>
      <w:r w:rsidRPr="008F4407">
        <w:rPr>
          <w:szCs w:val="28"/>
          <w:lang w:val="uk-UA"/>
        </w:rPr>
        <w:t>сприяє зайнятості молодих осіб NEET з інвалідністю та соціальній адаптації осіб, звільнених від відбування покарання;</w:t>
      </w:r>
    </w:p>
    <w:p w14:paraId="30E9B806" w14:textId="77777777" w:rsidR="007764CA" w:rsidRPr="008F4407" w:rsidRDefault="00A9614F" w:rsidP="00E01B9E">
      <w:pPr>
        <w:spacing w:after="0" w:line="240" w:lineRule="auto"/>
        <w:ind w:firstLine="567"/>
        <w:jc w:val="both"/>
        <w:rPr>
          <w:szCs w:val="28"/>
          <w:lang w:val="uk-UA"/>
        </w:rPr>
      </w:pPr>
      <w:r w:rsidRPr="008F4407">
        <w:rPr>
          <w:szCs w:val="28"/>
          <w:lang w:val="uk-UA"/>
        </w:rPr>
        <w:t>формує протоколи реагування на кризову ситуацію в частині маршрутів передачі звернень з ознаками кризового стану, домашнього насильства, торгівлі людьми до служб підтримки постраждалих осіб і надавачів соціальної послуги кризового та екстреного втручання;</w:t>
      </w:r>
    </w:p>
    <w:p w14:paraId="11457DCD" w14:textId="24D0ED52" w:rsidR="007764CA" w:rsidRPr="008F4407" w:rsidRDefault="00A9614F" w:rsidP="00E01B9E">
      <w:pPr>
        <w:spacing w:after="0" w:line="240" w:lineRule="auto"/>
        <w:ind w:firstLine="567"/>
        <w:jc w:val="both"/>
        <w:rPr>
          <w:szCs w:val="28"/>
          <w:lang w:val="uk-UA"/>
        </w:rPr>
      </w:pPr>
      <w:r w:rsidRPr="008F4407">
        <w:rPr>
          <w:szCs w:val="28"/>
          <w:lang w:val="uk-UA"/>
        </w:rPr>
        <w:t>сприяє залученню молодіжних амбасадорів як волонтерів; поширює інформацію про організації, що залучають волонтерів до роботи з молоди</w:t>
      </w:r>
      <w:r w:rsidR="00A10E63" w:rsidRPr="008F4407">
        <w:rPr>
          <w:szCs w:val="28"/>
          <w:lang w:val="uk-UA"/>
        </w:rPr>
        <w:t>ми</w:t>
      </w:r>
      <w:r w:rsidRPr="008F4407">
        <w:rPr>
          <w:szCs w:val="28"/>
          <w:lang w:val="uk-UA"/>
        </w:rPr>
        <w:t xml:space="preserve"> ос</w:t>
      </w:r>
      <w:r w:rsidR="00A10E63" w:rsidRPr="008F4407">
        <w:rPr>
          <w:szCs w:val="28"/>
          <w:lang w:val="uk-UA"/>
        </w:rPr>
        <w:t>обами</w:t>
      </w:r>
      <w:r w:rsidRPr="008F4407">
        <w:rPr>
          <w:szCs w:val="28"/>
          <w:lang w:val="uk-UA"/>
        </w:rPr>
        <w:t xml:space="preserve"> NEET; </w:t>
      </w:r>
    </w:p>
    <w:p w14:paraId="31F7CDC2" w14:textId="77777777" w:rsidR="007764CA" w:rsidRPr="008F4407" w:rsidRDefault="00A9614F" w:rsidP="00E01B9E">
      <w:pPr>
        <w:spacing w:after="0" w:line="240" w:lineRule="auto"/>
        <w:ind w:firstLine="567"/>
        <w:jc w:val="both"/>
        <w:rPr>
          <w:szCs w:val="28"/>
          <w:lang w:val="uk-UA"/>
        </w:rPr>
      </w:pPr>
      <w:r w:rsidRPr="008F4407">
        <w:rPr>
          <w:szCs w:val="28"/>
          <w:lang w:val="uk-UA"/>
        </w:rPr>
        <w:t>формує рекомендації до протоколу повторного входу в ініціативу молодих осіб NEET з ризиком вибуття, спричиненим складними життєвими обставинами;</w:t>
      </w:r>
    </w:p>
    <w:p w14:paraId="0A9D4C5E" w14:textId="77777777" w:rsidR="007764CA" w:rsidRPr="008F4407" w:rsidRDefault="00A9614F" w:rsidP="00E01B9E">
      <w:pPr>
        <w:spacing w:after="0" w:line="240" w:lineRule="auto"/>
        <w:ind w:firstLine="567"/>
        <w:jc w:val="both"/>
        <w:rPr>
          <w:szCs w:val="28"/>
          <w:lang w:val="uk-UA"/>
        </w:rPr>
      </w:pPr>
      <w:r w:rsidRPr="008F4407">
        <w:rPr>
          <w:szCs w:val="28"/>
          <w:lang w:val="uk-UA"/>
        </w:rPr>
        <w:t xml:space="preserve">організовує в установленому порядку наукові та експертні дослідження щодо потреб молодих осіб NEET у соціальних послугах. </w:t>
      </w:r>
    </w:p>
    <w:p w14:paraId="17BEB707" w14:textId="77777777" w:rsidR="00061DD5" w:rsidRPr="008F4407" w:rsidRDefault="00061DD5" w:rsidP="00E01B9E">
      <w:pPr>
        <w:spacing w:after="0" w:line="240" w:lineRule="auto"/>
        <w:ind w:firstLine="567"/>
        <w:jc w:val="both"/>
        <w:rPr>
          <w:color w:val="000000"/>
          <w:szCs w:val="28"/>
          <w:lang w:val="uk-UA"/>
        </w:rPr>
      </w:pPr>
    </w:p>
    <w:p w14:paraId="4F87712A" w14:textId="69600FE0" w:rsidR="007764CA" w:rsidRDefault="00A9614F" w:rsidP="00E01B9E">
      <w:pPr>
        <w:spacing w:after="0" w:line="240" w:lineRule="auto"/>
        <w:ind w:firstLine="567"/>
        <w:jc w:val="both"/>
        <w:rPr>
          <w:szCs w:val="28"/>
          <w:lang w:val="uk-UA"/>
        </w:rPr>
      </w:pPr>
      <w:r w:rsidRPr="008F4407">
        <w:rPr>
          <w:szCs w:val="28"/>
          <w:lang w:val="uk-UA"/>
        </w:rPr>
        <w:t>Центральний орган виконавчої влади, який забезпечує формування та реалізує державну політику з питань національної безпеки у воєнній сфері, сфері оборони і військового будівництва у мирний час та особливий період,</w:t>
      </w:r>
      <w:r w:rsidRPr="008F4407">
        <w:rPr>
          <w:i/>
          <w:szCs w:val="28"/>
          <w:lang w:val="uk-UA"/>
        </w:rPr>
        <w:t xml:space="preserve"> </w:t>
      </w:r>
      <w:r w:rsidRPr="008F4407">
        <w:rPr>
          <w:szCs w:val="28"/>
          <w:lang w:val="uk-UA"/>
        </w:rPr>
        <w:t>бере участь у запровадженні визнання результатів навчання, здобутих під час військової служби як повних або часткових професійних кваліфікацій та у розробленні модульних освітніх програм для молодих осіб NEET, звільнених з військової служби.</w:t>
      </w:r>
    </w:p>
    <w:p w14:paraId="2BE2705E" w14:textId="77777777" w:rsidR="00855CB0" w:rsidRPr="008F4407" w:rsidRDefault="00855CB0" w:rsidP="00E01B9E">
      <w:pPr>
        <w:spacing w:after="0" w:line="240" w:lineRule="auto"/>
        <w:ind w:firstLine="567"/>
        <w:jc w:val="both"/>
        <w:rPr>
          <w:szCs w:val="28"/>
          <w:lang w:val="uk-UA"/>
        </w:rPr>
      </w:pPr>
    </w:p>
    <w:p w14:paraId="1A0D28E2" w14:textId="77777777" w:rsidR="007764CA" w:rsidRPr="008F4407" w:rsidRDefault="00A9614F" w:rsidP="00E01B9E">
      <w:pPr>
        <w:spacing w:after="0" w:line="240" w:lineRule="auto"/>
        <w:ind w:firstLine="567"/>
        <w:jc w:val="both"/>
        <w:rPr>
          <w:szCs w:val="28"/>
          <w:lang w:val="uk-UA"/>
        </w:rPr>
      </w:pPr>
      <w:r w:rsidRPr="008F4407">
        <w:rPr>
          <w:szCs w:val="28"/>
          <w:lang w:val="uk-UA"/>
        </w:rPr>
        <w:t>Центральний орган виконавчої влади, який реалізує державну політику у сфері захисту прав дітей, соціальної підтримки сімей з дітьми, оздоровлення та відпочинку дітей, розвитку сімейних форм виховання та усиновлення:</w:t>
      </w:r>
    </w:p>
    <w:p w14:paraId="05E62AAA" w14:textId="352AC2F8" w:rsidR="007764CA" w:rsidRPr="008F4407" w:rsidRDefault="00A9614F" w:rsidP="00E01B9E">
      <w:pPr>
        <w:spacing w:after="0" w:line="240" w:lineRule="auto"/>
        <w:ind w:firstLine="567"/>
        <w:jc w:val="both"/>
        <w:rPr>
          <w:szCs w:val="28"/>
          <w:lang w:val="uk-UA"/>
        </w:rPr>
      </w:pPr>
      <w:r w:rsidRPr="008F4407">
        <w:rPr>
          <w:szCs w:val="28"/>
          <w:lang w:val="uk-UA"/>
        </w:rPr>
        <w:t>здійснює координацію діяльності служб у справах дітей та організаційно-методичне забезпечення їх</w:t>
      </w:r>
      <w:r w:rsidR="006C4BC7" w:rsidRPr="008F4407">
        <w:rPr>
          <w:szCs w:val="28"/>
          <w:lang w:val="uk-UA"/>
        </w:rPr>
        <w:t>ньої</w:t>
      </w:r>
      <w:r w:rsidRPr="008F4407">
        <w:rPr>
          <w:szCs w:val="28"/>
          <w:lang w:val="uk-UA"/>
        </w:rPr>
        <w:t xml:space="preserve"> діяльності щодо забезпечення прав та інтересів дітей, зокрема дітей віком від 14 років, які не навчаються і не працюють, дітей-сиріт, дітей, позбавлених батьківського піклування, осіб з їх числа, під час їх</w:t>
      </w:r>
      <w:r w:rsidR="006C4BC7" w:rsidRPr="008F4407">
        <w:rPr>
          <w:szCs w:val="28"/>
          <w:lang w:val="uk-UA"/>
        </w:rPr>
        <w:t>ньої</w:t>
      </w:r>
      <w:r w:rsidRPr="008F4407">
        <w:rPr>
          <w:szCs w:val="28"/>
          <w:lang w:val="uk-UA"/>
        </w:rPr>
        <w:t xml:space="preserve"> участі в ініціативі;</w:t>
      </w:r>
    </w:p>
    <w:p w14:paraId="69FF76F3" w14:textId="77777777" w:rsidR="007764CA" w:rsidRPr="008F4407" w:rsidRDefault="00A9614F" w:rsidP="00E01B9E">
      <w:pPr>
        <w:spacing w:after="0" w:line="240" w:lineRule="auto"/>
        <w:ind w:firstLine="567"/>
        <w:jc w:val="both"/>
        <w:rPr>
          <w:szCs w:val="28"/>
          <w:lang w:val="uk-UA"/>
        </w:rPr>
      </w:pPr>
      <w:r w:rsidRPr="008F4407">
        <w:rPr>
          <w:szCs w:val="28"/>
          <w:lang w:val="uk-UA"/>
        </w:rPr>
        <w:t>забезпечує використання відомостей обліку дітей від 14 років, які опинилися у складних життєвих обставинах, для цілей ініціативи в порядку, визначеному законодавством;</w:t>
      </w:r>
    </w:p>
    <w:p w14:paraId="08833527" w14:textId="77777777" w:rsidR="007764CA" w:rsidRPr="008F4407" w:rsidRDefault="00A9614F" w:rsidP="00E01B9E">
      <w:pPr>
        <w:spacing w:after="0" w:line="240" w:lineRule="auto"/>
        <w:ind w:firstLine="567"/>
        <w:jc w:val="both"/>
        <w:rPr>
          <w:szCs w:val="28"/>
          <w:lang w:val="uk-UA"/>
        </w:rPr>
      </w:pPr>
      <w:r w:rsidRPr="008F4407">
        <w:rPr>
          <w:szCs w:val="28"/>
          <w:lang w:val="uk-UA"/>
        </w:rPr>
        <w:t>здійснює координацію діяльності у сфері наставництва та організаційно-методичне забезпечення надання соціальної послуги з організації наставництва з урахуванням завдань ініціативи.</w:t>
      </w:r>
    </w:p>
    <w:p w14:paraId="3BE8C221" w14:textId="77777777" w:rsidR="00037829" w:rsidRPr="008F4407" w:rsidRDefault="00037829" w:rsidP="00E01B9E">
      <w:pPr>
        <w:spacing w:after="0" w:line="240" w:lineRule="auto"/>
        <w:ind w:firstLine="567"/>
        <w:jc w:val="both"/>
        <w:rPr>
          <w:color w:val="000000"/>
          <w:szCs w:val="28"/>
          <w:lang w:val="uk-UA"/>
        </w:rPr>
      </w:pPr>
    </w:p>
    <w:p w14:paraId="2C9AC9B9" w14:textId="0D0CB783" w:rsidR="007764CA" w:rsidRPr="008F4407" w:rsidRDefault="00A9614F" w:rsidP="00E01B9E">
      <w:pPr>
        <w:spacing w:after="0" w:line="240" w:lineRule="auto"/>
        <w:ind w:firstLine="567"/>
        <w:jc w:val="both"/>
        <w:rPr>
          <w:szCs w:val="28"/>
          <w:lang w:val="uk-UA"/>
        </w:rPr>
      </w:pPr>
      <w:r w:rsidRPr="008F4407">
        <w:rPr>
          <w:szCs w:val="28"/>
          <w:lang w:val="uk-UA"/>
        </w:rPr>
        <w:t>Центральний орган виконавчої влади, що реалізує державну політику з питань пенсійного забезпечення та ведення обліку осіб, які підлягають загальнообов’язковому державному соціальному страхуванню:</w:t>
      </w:r>
    </w:p>
    <w:p w14:paraId="49398CA8" w14:textId="48CAABF1" w:rsidR="007764CA" w:rsidRPr="008F4407" w:rsidRDefault="00A9614F" w:rsidP="00E01B9E">
      <w:pPr>
        <w:spacing w:after="0" w:line="240" w:lineRule="auto"/>
        <w:ind w:firstLine="567"/>
        <w:jc w:val="both"/>
        <w:rPr>
          <w:szCs w:val="28"/>
          <w:lang w:val="uk-UA"/>
        </w:rPr>
      </w:pPr>
      <w:r w:rsidRPr="008F4407">
        <w:rPr>
          <w:szCs w:val="28"/>
          <w:lang w:val="uk-UA"/>
        </w:rPr>
        <w:t>забезпечує ведення реєстру</w:t>
      </w:r>
      <w:r w:rsidRPr="008F4407">
        <w:rPr>
          <w:i/>
          <w:szCs w:val="28"/>
          <w:lang w:val="uk-UA"/>
        </w:rPr>
        <w:t xml:space="preserve"> </w:t>
      </w:r>
      <w:r w:rsidRPr="008F4407">
        <w:rPr>
          <w:szCs w:val="28"/>
          <w:lang w:val="uk-UA"/>
        </w:rPr>
        <w:t>застрахованих осіб Державного реєстру загальнообов’язкового державного соціального страхування та надання Державній службі зайнятості в порядку електронної інформаційної взаємодії інформації з нього про молодих осіб  відповідно до законодавства;</w:t>
      </w:r>
      <w:r w:rsidRPr="008F4407">
        <w:rPr>
          <w:i/>
          <w:color w:val="0032C8"/>
          <w:szCs w:val="28"/>
          <w:lang w:val="uk-UA"/>
        </w:rPr>
        <w:t xml:space="preserve"> </w:t>
      </w:r>
    </w:p>
    <w:p w14:paraId="32669AFF" w14:textId="77777777" w:rsidR="007764CA" w:rsidRPr="008F4407" w:rsidRDefault="00A9614F" w:rsidP="00E01B9E">
      <w:pPr>
        <w:spacing w:after="0" w:line="240" w:lineRule="auto"/>
        <w:ind w:firstLine="567"/>
        <w:jc w:val="both"/>
        <w:rPr>
          <w:szCs w:val="28"/>
          <w:lang w:val="uk-UA"/>
        </w:rPr>
      </w:pPr>
      <w:r w:rsidRPr="008F4407">
        <w:rPr>
          <w:szCs w:val="28"/>
          <w:lang w:val="uk-UA"/>
        </w:rPr>
        <w:t>забезпечує організацію інформаційної взаємодії з іншими суб’єктами інформаційного обміну, державними органами, органами місцевого самоврядування;</w:t>
      </w:r>
    </w:p>
    <w:p w14:paraId="3FD5E9B0" w14:textId="77777777" w:rsidR="007764CA" w:rsidRPr="008F4407" w:rsidRDefault="00A9614F" w:rsidP="00E01B9E">
      <w:pPr>
        <w:spacing w:after="0" w:line="240" w:lineRule="auto"/>
        <w:ind w:firstLine="567"/>
        <w:jc w:val="both"/>
        <w:rPr>
          <w:szCs w:val="28"/>
          <w:lang w:val="uk-UA"/>
        </w:rPr>
      </w:pPr>
      <w:r w:rsidRPr="008F4407">
        <w:rPr>
          <w:szCs w:val="28"/>
          <w:lang w:val="uk-UA"/>
        </w:rPr>
        <w:t>проводить у межах інформаційно-роз’яснювальної роботи серед населення, зокрема через свої територіальні органи, інформування молодих осіб NEET про можливість участі в ініціативі.</w:t>
      </w:r>
    </w:p>
    <w:p w14:paraId="777068FA" w14:textId="77777777" w:rsidR="00AF2215" w:rsidRPr="008F4407" w:rsidRDefault="00AF2215" w:rsidP="00E01B9E">
      <w:pPr>
        <w:spacing w:after="0" w:line="240" w:lineRule="auto"/>
        <w:ind w:firstLine="567"/>
        <w:jc w:val="both"/>
        <w:rPr>
          <w:color w:val="000000"/>
          <w:szCs w:val="28"/>
          <w:lang w:val="uk-UA"/>
        </w:rPr>
      </w:pPr>
    </w:p>
    <w:p w14:paraId="0C72EAEB" w14:textId="1C17810D" w:rsidR="007764CA" w:rsidRPr="008F4407" w:rsidRDefault="00A9614F" w:rsidP="00E01B9E">
      <w:pPr>
        <w:spacing w:after="0" w:line="240" w:lineRule="auto"/>
        <w:ind w:firstLine="567"/>
        <w:jc w:val="both"/>
        <w:rPr>
          <w:szCs w:val="28"/>
          <w:lang w:val="uk-UA"/>
        </w:rPr>
      </w:pPr>
      <w:r w:rsidRPr="008F4407">
        <w:rPr>
          <w:color w:val="000000" w:themeColor="text1"/>
          <w:szCs w:val="28"/>
          <w:lang w:val="uk-UA"/>
        </w:rPr>
        <w:t xml:space="preserve">10. </w:t>
      </w:r>
      <w:r w:rsidRPr="008F4407">
        <w:rPr>
          <w:szCs w:val="28"/>
          <w:lang w:val="uk-UA"/>
        </w:rPr>
        <w:t xml:space="preserve">З метою впровадження ініціативи </w:t>
      </w:r>
      <w:r w:rsidR="008265A8" w:rsidRPr="008F4407">
        <w:rPr>
          <w:szCs w:val="28"/>
          <w:lang w:val="uk-UA"/>
        </w:rPr>
        <w:t xml:space="preserve">інші </w:t>
      </w:r>
      <w:r w:rsidRPr="008F4407">
        <w:rPr>
          <w:szCs w:val="28"/>
          <w:lang w:val="uk-UA"/>
        </w:rPr>
        <w:t xml:space="preserve">суб’єкти впровадження на національному рівні: </w:t>
      </w:r>
    </w:p>
    <w:p w14:paraId="2FAAF504" w14:textId="77777777" w:rsidR="007764CA" w:rsidRPr="008F4407" w:rsidRDefault="00A9614F" w:rsidP="00E01B9E">
      <w:pPr>
        <w:spacing w:after="0" w:line="240" w:lineRule="auto"/>
        <w:ind w:firstLine="567"/>
        <w:jc w:val="both"/>
        <w:rPr>
          <w:szCs w:val="28"/>
          <w:lang w:val="uk-UA"/>
        </w:rPr>
      </w:pPr>
      <w:r w:rsidRPr="008F4407">
        <w:rPr>
          <w:szCs w:val="28"/>
          <w:lang w:val="uk-UA"/>
        </w:rPr>
        <w:t>Державна служба зайнятості:</w:t>
      </w:r>
    </w:p>
    <w:p w14:paraId="4C866468" w14:textId="77777777" w:rsidR="007764CA" w:rsidRPr="008F4407" w:rsidRDefault="00A9614F" w:rsidP="00E01B9E">
      <w:pPr>
        <w:spacing w:after="0" w:line="240" w:lineRule="auto"/>
        <w:ind w:firstLine="567"/>
        <w:jc w:val="both"/>
        <w:rPr>
          <w:szCs w:val="28"/>
          <w:lang w:val="uk-UA"/>
        </w:rPr>
      </w:pPr>
      <w:r w:rsidRPr="008F4407">
        <w:rPr>
          <w:szCs w:val="28"/>
          <w:lang w:val="uk-UA"/>
        </w:rPr>
        <w:t>організовує і координує профілювання безробітних, молодих осіб, які шукають роботу, та учасників ініціативи;</w:t>
      </w:r>
    </w:p>
    <w:p w14:paraId="5AC6CE55" w14:textId="77777777" w:rsidR="007764CA" w:rsidRPr="008F4407" w:rsidRDefault="00A9614F" w:rsidP="00E01B9E">
      <w:pPr>
        <w:spacing w:after="0" w:line="240" w:lineRule="auto"/>
        <w:ind w:firstLine="567"/>
        <w:jc w:val="both"/>
        <w:rPr>
          <w:szCs w:val="28"/>
          <w:lang w:val="uk-UA"/>
        </w:rPr>
      </w:pPr>
      <w:r w:rsidRPr="008F4407">
        <w:rPr>
          <w:szCs w:val="28"/>
          <w:lang w:val="uk-UA"/>
        </w:rPr>
        <w:t>забезпечує функціонування Єдиної інформаційно-аналітичної системи Державної служби зайнятості, облік молодих осіб NEET, які звертаються за сприянням у працевлаштуванні, та наданих їм послуг;</w:t>
      </w:r>
    </w:p>
    <w:p w14:paraId="17E689F1" w14:textId="77777777" w:rsidR="007764CA" w:rsidRPr="008F4407" w:rsidRDefault="00A9614F" w:rsidP="00E01B9E">
      <w:pPr>
        <w:spacing w:after="0" w:line="240" w:lineRule="auto"/>
        <w:ind w:firstLine="567"/>
        <w:jc w:val="both"/>
        <w:rPr>
          <w:szCs w:val="28"/>
          <w:lang w:val="uk-UA"/>
        </w:rPr>
      </w:pPr>
      <w:r w:rsidRPr="008F4407">
        <w:rPr>
          <w:szCs w:val="28"/>
          <w:lang w:val="uk-UA"/>
        </w:rPr>
        <w:t>аналізує показники попиту та пропонування робочої сили, вносить пропозиції щодо прогнозування розвитку ринку праці, здійснює моніторинг ринку праці, взаємодіє з роботодавцями щодо визначення потреби в робочій силі;</w:t>
      </w:r>
    </w:p>
    <w:p w14:paraId="0246AE15" w14:textId="1FBD78E2" w:rsidR="007764CA" w:rsidRPr="008F4407" w:rsidRDefault="00A9614F" w:rsidP="00E01B9E">
      <w:pPr>
        <w:spacing w:after="0" w:line="240" w:lineRule="auto"/>
        <w:ind w:firstLine="567"/>
        <w:jc w:val="both"/>
        <w:rPr>
          <w:szCs w:val="28"/>
          <w:lang w:val="uk-UA"/>
        </w:rPr>
      </w:pPr>
      <w:r w:rsidRPr="008F4407">
        <w:rPr>
          <w:szCs w:val="28"/>
          <w:lang w:val="uk-UA"/>
        </w:rPr>
        <w:t>надає для картування</w:t>
      </w:r>
      <w:r w:rsidRPr="008F4407">
        <w:rPr>
          <w:i/>
          <w:szCs w:val="28"/>
          <w:lang w:val="uk-UA"/>
        </w:rPr>
        <w:t xml:space="preserve"> </w:t>
      </w:r>
      <w:r w:rsidRPr="008F4407">
        <w:rPr>
          <w:szCs w:val="28"/>
          <w:lang w:val="uk-UA"/>
        </w:rPr>
        <w:t xml:space="preserve">послуг </w:t>
      </w:r>
      <w:r w:rsidR="0003512B" w:rsidRPr="008F4407">
        <w:rPr>
          <w:szCs w:val="28"/>
          <w:lang w:val="uk-UA"/>
        </w:rPr>
        <w:t xml:space="preserve">та форм підтримки </w:t>
      </w:r>
      <w:r w:rsidRPr="008F4407">
        <w:rPr>
          <w:szCs w:val="28"/>
          <w:lang w:val="uk-UA"/>
        </w:rPr>
        <w:t xml:space="preserve">відомості про послуги державної служби зайнятості, віддалені робочі місця в територіальних громадах, </w:t>
      </w:r>
      <w:r w:rsidRPr="008F4407">
        <w:rPr>
          <w:szCs w:val="28"/>
          <w:lang w:val="uk-UA"/>
        </w:rPr>
        <w:lastRenderedPageBreak/>
        <w:t>перелік суб’єктів господарювання, які надають послуги з посередництва у працевлаштуванні;</w:t>
      </w:r>
    </w:p>
    <w:p w14:paraId="6C9112B3" w14:textId="6B09C4E1" w:rsidR="007764CA" w:rsidRPr="008F4407" w:rsidRDefault="00A9614F" w:rsidP="00E01B9E">
      <w:pPr>
        <w:spacing w:after="0" w:line="240" w:lineRule="auto"/>
        <w:ind w:firstLine="567"/>
        <w:jc w:val="both"/>
        <w:rPr>
          <w:szCs w:val="28"/>
          <w:lang w:val="uk-UA"/>
        </w:rPr>
      </w:pPr>
      <w:r w:rsidRPr="008F4407">
        <w:rPr>
          <w:szCs w:val="28"/>
          <w:lang w:val="uk-UA"/>
        </w:rPr>
        <w:t xml:space="preserve">здійснює обмін інформацією з інформаційними системами МОН, ДПС, Адміністрації </w:t>
      </w:r>
      <w:proofErr w:type="spellStart"/>
      <w:r w:rsidRPr="008F4407">
        <w:rPr>
          <w:szCs w:val="28"/>
          <w:lang w:val="uk-UA"/>
        </w:rPr>
        <w:t>Держприкордонслужби</w:t>
      </w:r>
      <w:proofErr w:type="spellEnd"/>
      <w:r w:rsidRPr="008F4407">
        <w:rPr>
          <w:szCs w:val="28"/>
          <w:lang w:val="uk-UA"/>
        </w:rPr>
        <w:t>, ДМС, Пенсійного фонду,</w:t>
      </w:r>
      <w:r w:rsidRPr="008F4407">
        <w:rPr>
          <w:i/>
          <w:szCs w:val="28"/>
          <w:lang w:val="uk-UA"/>
        </w:rPr>
        <w:t xml:space="preserve"> </w:t>
      </w:r>
      <w:r w:rsidRPr="008F4407">
        <w:rPr>
          <w:szCs w:val="28"/>
          <w:lang w:val="uk-UA"/>
        </w:rPr>
        <w:t>а з іншими суб’єктами впровадження</w:t>
      </w:r>
      <w:r w:rsidR="0003512B" w:rsidRPr="008F4407">
        <w:rPr>
          <w:szCs w:val="28"/>
          <w:lang w:val="uk-UA"/>
        </w:rPr>
        <w:t xml:space="preserve"> </w:t>
      </w:r>
      <w:r w:rsidRPr="008F4407">
        <w:rPr>
          <w:szCs w:val="28"/>
          <w:lang w:val="uk-UA"/>
        </w:rPr>
        <w:t>– у межах, визначених законом;</w:t>
      </w:r>
    </w:p>
    <w:p w14:paraId="14874A47" w14:textId="76BCA3E0" w:rsidR="007764CA" w:rsidRPr="008F4407" w:rsidRDefault="00A9614F" w:rsidP="00E01B9E">
      <w:pPr>
        <w:spacing w:after="0" w:line="240" w:lineRule="auto"/>
        <w:ind w:firstLine="567"/>
        <w:jc w:val="both"/>
        <w:rPr>
          <w:szCs w:val="28"/>
          <w:lang w:val="uk-UA"/>
        </w:rPr>
      </w:pPr>
      <w:r w:rsidRPr="008F4407">
        <w:rPr>
          <w:szCs w:val="28"/>
          <w:lang w:val="uk-UA"/>
        </w:rPr>
        <w:t xml:space="preserve">збирає, опрацьовує, подає та поширює адміністративні дані, безоплатно надає </w:t>
      </w:r>
      <w:proofErr w:type="spellStart"/>
      <w:r w:rsidRPr="008F4407">
        <w:rPr>
          <w:szCs w:val="28"/>
          <w:lang w:val="uk-UA"/>
        </w:rPr>
        <w:t>Держстату</w:t>
      </w:r>
      <w:proofErr w:type="spellEnd"/>
      <w:r w:rsidRPr="008F4407">
        <w:rPr>
          <w:szCs w:val="28"/>
          <w:lang w:val="uk-UA"/>
        </w:rPr>
        <w:t xml:space="preserve"> відомості з Єдиної інформаційно-аналітичної системи</w:t>
      </w:r>
      <w:r w:rsidRPr="008F4407">
        <w:rPr>
          <w:i/>
          <w:szCs w:val="28"/>
          <w:lang w:val="uk-UA"/>
        </w:rPr>
        <w:t xml:space="preserve"> </w:t>
      </w:r>
      <w:r w:rsidRPr="008F4407">
        <w:rPr>
          <w:szCs w:val="28"/>
          <w:lang w:val="uk-UA"/>
        </w:rPr>
        <w:t>Державної служби зайнятості для використання у статистичних цілях;</w:t>
      </w:r>
    </w:p>
    <w:p w14:paraId="253949E8" w14:textId="77777777" w:rsidR="007764CA" w:rsidRPr="008F4407" w:rsidRDefault="00A9614F" w:rsidP="00E01B9E">
      <w:pPr>
        <w:spacing w:after="0" w:line="240" w:lineRule="auto"/>
        <w:ind w:firstLine="567"/>
        <w:jc w:val="both"/>
        <w:rPr>
          <w:szCs w:val="28"/>
          <w:lang w:val="uk-UA"/>
        </w:rPr>
      </w:pPr>
      <w:r w:rsidRPr="008F4407">
        <w:rPr>
          <w:szCs w:val="28"/>
          <w:lang w:val="uk-UA"/>
        </w:rPr>
        <w:t>бере участь у формуванні місцевих планів залучення, забезпечує віддалені робочі місця в територіальних громадах, бере участь у виконанні програм зайнятості громад;</w:t>
      </w:r>
    </w:p>
    <w:p w14:paraId="21D50108" w14:textId="46BD7B30" w:rsidR="007764CA" w:rsidRPr="008F4407" w:rsidRDefault="00A9614F" w:rsidP="00E01B9E">
      <w:pPr>
        <w:spacing w:after="0" w:line="240" w:lineRule="auto"/>
        <w:ind w:firstLine="567"/>
        <w:jc w:val="both"/>
        <w:rPr>
          <w:szCs w:val="28"/>
          <w:lang w:val="uk-UA"/>
        </w:rPr>
      </w:pPr>
      <w:r w:rsidRPr="008F4407">
        <w:rPr>
          <w:szCs w:val="28"/>
          <w:lang w:val="uk-UA"/>
        </w:rPr>
        <w:t xml:space="preserve">проводить інформаційну роботу щодо запобігання неформальній зайнятості, повідомляє </w:t>
      </w:r>
      <w:proofErr w:type="spellStart"/>
      <w:r w:rsidRPr="008F4407">
        <w:rPr>
          <w:szCs w:val="28"/>
          <w:lang w:val="uk-UA"/>
        </w:rPr>
        <w:t>Держпраці</w:t>
      </w:r>
      <w:proofErr w:type="spellEnd"/>
      <w:r w:rsidRPr="008F4407">
        <w:rPr>
          <w:szCs w:val="28"/>
          <w:lang w:val="uk-UA"/>
        </w:rPr>
        <w:t xml:space="preserve"> про виявлені ознаки порушення роботодавцем трудових прав учасників ініціативи, співпрацює з роботодавцями та їх</w:t>
      </w:r>
      <w:r w:rsidR="00110C26" w:rsidRPr="008F4407">
        <w:rPr>
          <w:szCs w:val="28"/>
          <w:lang w:val="uk-UA"/>
        </w:rPr>
        <w:t>нього</w:t>
      </w:r>
      <w:r w:rsidRPr="008F4407">
        <w:rPr>
          <w:szCs w:val="28"/>
          <w:lang w:val="uk-UA"/>
        </w:rPr>
        <w:t xml:space="preserve"> організаціями;</w:t>
      </w:r>
    </w:p>
    <w:p w14:paraId="039548C8" w14:textId="77777777" w:rsidR="007764CA" w:rsidRPr="008F4407" w:rsidRDefault="00A9614F" w:rsidP="00E01B9E">
      <w:pPr>
        <w:spacing w:after="0" w:line="240" w:lineRule="auto"/>
        <w:ind w:firstLine="567"/>
        <w:jc w:val="both"/>
        <w:rPr>
          <w:szCs w:val="28"/>
          <w:lang w:val="uk-UA"/>
        </w:rPr>
      </w:pPr>
      <w:r w:rsidRPr="008F4407">
        <w:rPr>
          <w:szCs w:val="28"/>
          <w:lang w:val="uk-UA"/>
        </w:rPr>
        <w:t>здійснює індивідуальне планування працевлаштування з урахуванням результатів профілювання;</w:t>
      </w:r>
    </w:p>
    <w:p w14:paraId="1115CEF7" w14:textId="77777777" w:rsidR="007764CA" w:rsidRPr="008F4407" w:rsidRDefault="00A9614F" w:rsidP="00E01B9E">
      <w:pPr>
        <w:spacing w:after="0" w:line="240" w:lineRule="auto"/>
        <w:ind w:firstLine="567"/>
        <w:jc w:val="both"/>
        <w:rPr>
          <w:szCs w:val="28"/>
          <w:lang w:val="uk-UA"/>
        </w:rPr>
      </w:pPr>
      <w:r w:rsidRPr="008F4407">
        <w:rPr>
          <w:szCs w:val="28"/>
          <w:lang w:val="uk-UA"/>
        </w:rPr>
        <w:t xml:space="preserve">організовує модульне підготовче навчання, професійне навчання зареєстрованих безробітних на договірних засадах із закладами освіти і роботодавцями, присвоєння повних і часткових професійних кваліфікацій, визнання результатів неформального та </w:t>
      </w:r>
      <w:proofErr w:type="spellStart"/>
      <w:r w:rsidRPr="008F4407">
        <w:rPr>
          <w:szCs w:val="28"/>
          <w:lang w:val="uk-UA"/>
        </w:rPr>
        <w:t>інформального</w:t>
      </w:r>
      <w:proofErr w:type="spellEnd"/>
      <w:r w:rsidRPr="008F4407">
        <w:rPr>
          <w:szCs w:val="28"/>
          <w:lang w:val="uk-UA"/>
        </w:rPr>
        <w:t xml:space="preserve"> навчання молодих осіб NEET – учасників ініціативи у кваліфікаційних центрах;</w:t>
      </w:r>
    </w:p>
    <w:p w14:paraId="0CB196F3" w14:textId="77777777" w:rsidR="007764CA" w:rsidRPr="008F4407" w:rsidRDefault="00A9614F" w:rsidP="00E01B9E">
      <w:pPr>
        <w:spacing w:after="0" w:line="240" w:lineRule="auto"/>
        <w:ind w:firstLine="567"/>
        <w:jc w:val="both"/>
        <w:rPr>
          <w:szCs w:val="28"/>
          <w:lang w:val="uk-UA"/>
        </w:rPr>
      </w:pPr>
      <w:r w:rsidRPr="008F4407">
        <w:rPr>
          <w:szCs w:val="28"/>
          <w:lang w:val="uk-UA"/>
        </w:rPr>
        <w:t>здійснює міжвідомче направлення учасників ініціативи та забезпечує проведення скринінгу психосоціального стану за затвердженою методикою в межах профілювання;</w:t>
      </w:r>
    </w:p>
    <w:p w14:paraId="13F8AB1E" w14:textId="77777777" w:rsidR="007764CA" w:rsidRPr="008F4407" w:rsidRDefault="00A9614F" w:rsidP="00E01B9E">
      <w:pPr>
        <w:spacing w:after="0" w:line="240" w:lineRule="auto"/>
        <w:ind w:firstLine="567"/>
        <w:jc w:val="both"/>
        <w:rPr>
          <w:szCs w:val="28"/>
          <w:lang w:val="uk-UA"/>
        </w:rPr>
      </w:pPr>
      <w:r w:rsidRPr="008F4407">
        <w:rPr>
          <w:szCs w:val="28"/>
          <w:lang w:val="uk-UA"/>
        </w:rPr>
        <w:t>формує та надає учасникам ініціативи якісні пропозиції;</w:t>
      </w:r>
    </w:p>
    <w:p w14:paraId="45C95246" w14:textId="77777777" w:rsidR="007764CA" w:rsidRPr="008F4407" w:rsidRDefault="00A9614F" w:rsidP="00E01B9E">
      <w:pPr>
        <w:spacing w:after="0" w:line="240" w:lineRule="auto"/>
        <w:ind w:firstLine="567"/>
        <w:jc w:val="both"/>
        <w:rPr>
          <w:szCs w:val="28"/>
          <w:lang w:val="uk-UA"/>
        </w:rPr>
      </w:pPr>
      <w:r w:rsidRPr="008F4407">
        <w:rPr>
          <w:szCs w:val="28"/>
          <w:lang w:val="uk-UA"/>
        </w:rPr>
        <w:t xml:space="preserve">розробляє протоколи </w:t>
      </w:r>
      <w:proofErr w:type="spellStart"/>
      <w:r w:rsidRPr="008F4407">
        <w:rPr>
          <w:szCs w:val="28"/>
          <w:lang w:val="uk-UA"/>
        </w:rPr>
        <w:t>постсупроводу</w:t>
      </w:r>
      <w:proofErr w:type="spellEnd"/>
      <w:r w:rsidRPr="008F4407">
        <w:rPr>
          <w:szCs w:val="28"/>
          <w:lang w:val="uk-UA"/>
        </w:rPr>
        <w:t>, повторного входу та супроводу молодих осіб NEET;</w:t>
      </w:r>
    </w:p>
    <w:p w14:paraId="57661FFE" w14:textId="77777777" w:rsidR="007764CA" w:rsidRPr="008F4407" w:rsidRDefault="00A9614F" w:rsidP="00E01B9E">
      <w:pPr>
        <w:spacing w:after="0" w:line="240" w:lineRule="auto"/>
        <w:ind w:firstLine="567"/>
        <w:jc w:val="both"/>
        <w:rPr>
          <w:szCs w:val="28"/>
          <w:lang w:val="uk-UA"/>
        </w:rPr>
      </w:pPr>
      <w:r w:rsidRPr="008F4407">
        <w:rPr>
          <w:szCs w:val="28"/>
          <w:lang w:val="uk-UA"/>
        </w:rPr>
        <w:t>здійснює моніторинг результатів участі в ініціативі, збір необхідних показників, аналіз ефективності заходів, обмін даними з центральним органом виконавчої влади, що реалізує державну політику з питань пенсійного забезпечення та ведення обліку осіб, які підлягають загальнообов’язковому державному соціальному страхуванню для верифікації зайнятості;</w:t>
      </w:r>
    </w:p>
    <w:p w14:paraId="03E647F1" w14:textId="77777777" w:rsidR="007764CA" w:rsidRPr="008F4407" w:rsidRDefault="00A9614F" w:rsidP="00E01B9E">
      <w:pPr>
        <w:spacing w:after="0" w:line="240" w:lineRule="auto"/>
        <w:ind w:firstLine="567"/>
        <w:jc w:val="both"/>
        <w:rPr>
          <w:szCs w:val="28"/>
          <w:lang w:val="uk-UA"/>
        </w:rPr>
      </w:pPr>
      <w:r w:rsidRPr="008F4407">
        <w:rPr>
          <w:szCs w:val="28"/>
          <w:lang w:val="uk-UA"/>
        </w:rPr>
        <w:t>забезпечує реєстрацію молодих осіб NEET як учасників ініціативи, ведення персональної картки учасника ініціативи, приймання відомостей від суб’єктів виявлення та надсилання суб’єкту виявлення підтвердження про прийняття відомостей до опрацювання;</w:t>
      </w:r>
    </w:p>
    <w:p w14:paraId="346294E9" w14:textId="77777777" w:rsidR="007764CA" w:rsidRPr="008F4407" w:rsidRDefault="00A9614F" w:rsidP="00E01B9E">
      <w:pPr>
        <w:spacing w:after="0" w:line="240" w:lineRule="auto"/>
        <w:ind w:firstLine="567"/>
        <w:jc w:val="both"/>
        <w:rPr>
          <w:szCs w:val="28"/>
          <w:lang w:val="uk-UA"/>
        </w:rPr>
      </w:pPr>
      <w:r w:rsidRPr="008F4407">
        <w:rPr>
          <w:szCs w:val="28"/>
          <w:lang w:val="uk-UA"/>
        </w:rPr>
        <w:t xml:space="preserve">організовує через заклад післядипломної освіти «Центр підвищення кваліфікації служби зайнятості» підготовку фахівців з питань профілювання молодих осіб, щорічне підвищення кваліфікації кар’єрних радників з питань формування якісної пропозиції та </w:t>
      </w:r>
      <w:proofErr w:type="spellStart"/>
      <w:r w:rsidRPr="008F4407">
        <w:rPr>
          <w:szCs w:val="28"/>
          <w:lang w:val="uk-UA"/>
        </w:rPr>
        <w:t>постсупроводу</w:t>
      </w:r>
      <w:proofErr w:type="spellEnd"/>
      <w:r w:rsidRPr="008F4407">
        <w:rPr>
          <w:szCs w:val="28"/>
          <w:lang w:val="uk-UA"/>
        </w:rPr>
        <w:t>;</w:t>
      </w:r>
    </w:p>
    <w:p w14:paraId="44F77680" w14:textId="1ED264C0" w:rsidR="007764CA" w:rsidRPr="008F4407" w:rsidRDefault="00A9614F" w:rsidP="00E01B9E">
      <w:pPr>
        <w:spacing w:after="0" w:line="240" w:lineRule="auto"/>
        <w:ind w:firstLine="567"/>
        <w:jc w:val="both"/>
        <w:rPr>
          <w:szCs w:val="28"/>
          <w:lang w:val="uk-UA"/>
        </w:rPr>
      </w:pPr>
      <w:r w:rsidRPr="008F4407">
        <w:rPr>
          <w:szCs w:val="28"/>
          <w:lang w:val="uk-UA"/>
        </w:rPr>
        <w:t xml:space="preserve">забезпечує створення та функціонування у складі Єдиної інформаційно-аналітичної системи Державної служби зайнятості (з подальшим перенесенням до Єдиної інформаційно-аналітичної системи «Обрій») модулів індивідуального </w:t>
      </w:r>
      <w:r w:rsidRPr="008F4407">
        <w:rPr>
          <w:szCs w:val="28"/>
          <w:lang w:val="uk-UA"/>
        </w:rPr>
        <w:lastRenderedPageBreak/>
        <w:t>плану розвитку, контролю якості пропозицій і зворотного зв’язку з молодими особами, молодіжного сегмент</w:t>
      </w:r>
      <w:r w:rsidR="00110C26" w:rsidRPr="008F4407">
        <w:rPr>
          <w:szCs w:val="28"/>
          <w:lang w:val="uk-UA"/>
        </w:rPr>
        <w:t>у</w:t>
      </w:r>
      <w:r w:rsidRPr="008F4407">
        <w:rPr>
          <w:szCs w:val="28"/>
          <w:lang w:val="uk-UA"/>
        </w:rPr>
        <w:t xml:space="preserve"> дистанційних підготовчих сервісів «</w:t>
      </w:r>
      <w:proofErr w:type="spellStart"/>
      <w:r w:rsidRPr="008F4407">
        <w:rPr>
          <w:szCs w:val="28"/>
          <w:lang w:val="uk-UA"/>
        </w:rPr>
        <w:t>Обрій.Youth</w:t>
      </w:r>
      <w:proofErr w:type="spellEnd"/>
      <w:r w:rsidRPr="008F4407">
        <w:rPr>
          <w:szCs w:val="28"/>
          <w:lang w:val="uk-UA"/>
        </w:rPr>
        <w:t>», автоматизованого інформаційно-консультаційного сервісу з дотриманням обмежень і запобіжників, установлених для автоматизованих сервісів ініціативи;</w:t>
      </w:r>
    </w:p>
    <w:p w14:paraId="6489EDC1" w14:textId="77777777" w:rsidR="007764CA" w:rsidRPr="008F4407" w:rsidRDefault="00A9614F" w:rsidP="00E01B9E">
      <w:pPr>
        <w:spacing w:after="0" w:line="240" w:lineRule="auto"/>
        <w:ind w:firstLine="567"/>
        <w:jc w:val="both"/>
        <w:rPr>
          <w:szCs w:val="28"/>
          <w:lang w:val="uk-UA"/>
        </w:rPr>
      </w:pPr>
      <w:r w:rsidRPr="008F4407">
        <w:rPr>
          <w:szCs w:val="28"/>
          <w:lang w:val="uk-UA"/>
        </w:rPr>
        <w:t>веде перелік роботодавців-партнерів, укладає з ними договори (меморандуми) про співпрацю, а також договори про взаємодію з молодіжними центрами та іншими партнерськими організаціями;</w:t>
      </w:r>
    </w:p>
    <w:p w14:paraId="1A72FC7A" w14:textId="3FE8573B" w:rsidR="007764CA" w:rsidRPr="008F4407" w:rsidRDefault="00A9614F" w:rsidP="00E01B9E">
      <w:pPr>
        <w:spacing w:after="0" w:line="240" w:lineRule="auto"/>
        <w:ind w:firstLine="567"/>
        <w:jc w:val="both"/>
        <w:rPr>
          <w:szCs w:val="28"/>
          <w:lang w:val="uk-UA"/>
        </w:rPr>
      </w:pPr>
      <w:r w:rsidRPr="008F4407">
        <w:rPr>
          <w:szCs w:val="28"/>
          <w:lang w:val="uk-UA"/>
        </w:rPr>
        <w:t xml:space="preserve">вносить на розгляд правління Фонду загальнообов’язкового державного соціального </w:t>
      </w:r>
      <w:r w:rsidRPr="008F4407">
        <w:rPr>
          <w:color w:val="000000" w:themeColor="text1"/>
          <w:szCs w:val="28"/>
          <w:lang w:val="uk-UA"/>
        </w:rPr>
        <w:t>страхування на</w:t>
      </w:r>
      <w:r w:rsidRPr="008F4407">
        <w:rPr>
          <w:i/>
          <w:color w:val="000000" w:themeColor="text1"/>
          <w:szCs w:val="28"/>
          <w:lang w:val="uk-UA"/>
        </w:rPr>
        <w:t xml:space="preserve"> </w:t>
      </w:r>
      <w:r w:rsidRPr="008F4407">
        <w:rPr>
          <w:szCs w:val="28"/>
          <w:lang w:val="uk-UA"/>
        </w:rPr>
        <w:t>випадок безробіття пропозиції щодо фінансування заходів ініціативи;</w:t>
      </w:r>
    </w:p>
    <w:p w14:paraId="200ADB89" w14:textId="3D8ABB47" w:rsidR="005A12C8" w:rsidRPr="008F4407" w:rsidRDefault="00A9614F" w:rsidP="00E01B9E">
      <w:pPr>
        <w:spacing w:after="0" w:line="240" w:lineRule="auto"/>
        <w:ind w:firstLine="567"/>
        <w:jc w:val="both"/>
        <w:rPr>
          <w:i/>
          <w:color w:val="0032C8"/>
          <w:szCs w:val="28"/>
          <w:lang w:val="uk-UA"/>
        </w:rPr>
      </w:pPr>
      <w:r w:rsidRPr="008F4407">
        <w:rPr>
          <w:szCs w:val="28"/>
          <w:lang w:val="uk-UA"/>
        </w:rPr>
        <w:t xml:space="preserve">надає учасникам ініціативи, зареєстрованим у Єдиній інформаційно-аналітичній системі Державної служби зайнятості, послуги відповідно до Закону України </w:t>
      </w:r>
      <w:r w:rsidR="00855CB0">
        <w:rPr>
          <w:szCs w:val="28"/>
          <w:lang w:val="uk-UA"/>
        </w:rPr>
        <w:t>«</w:t>
      </w:r>
      <w:r w:rsidRPr="008F4407">
        <w:rPr>
          <w:szCs w:val="28"/>
          <w:lang w:val="uk-UA"/>
        </w:rPr>
        <w:t>Про зайнятість населення</w:t>
      </w:r>
      <w:r w:rsidR="00855CB0">
        <w:rPr>
          <w:szCs w:val="28"/>
          <w:lang w:val="uk-UA"/>
        </w:rPr>
        <w:t>»</w:t>
      </w:r>
      <w:r w:rsidRPr="008F4407">
        <w:rPr>
          <w:szCs w:val="28"/>
          <w:lang w:val="uk-UA"/>
        </w:rPr>
        <w:t>;</w:t>
      </w:r>
      <w:r w:rsidRPr="008F4407">
        <w:rPr>
          <w:i/>
          <w:color w:val="0032C8"/>
          <w:szCs w:val="28"/>
          <w:lang w:val="uk-UA"/>
        </w:rPr>
        <w:t xml:space="preserve"> </w:t>
      </w:r>
    </w:p>
    <w:p w14:paraId="2554FD75" w14:textId="16D702D3" w:rsidR="00AF2215" w:rsidRPr="008F4407" w:rsidRDefault="00A9614F" w:rsidP="00E01B9E">
      <w:pPr>
        <w:spacing w:after="0" w:line="240" w:lineRule="auto"/>
        <w:ind w:firstLine="567"/>
        <w:jc w:val="both"/>
        <w:rPr>
          <w:szCs w:val="28"/>
          <w:lang w:val="uk-UA"/>
        </w:rPr>
      </w:pPr>
      <w:r w:rsidRPr="008F4407">
        <w:rPr>
          <w:szCs w:val="28"/>
          <w:lang w:val="uk-UA"/>
        </w:rPr>
        <w:t xml:space="preserve">забезпечує учасникам ініціативи професійне навчання, консультування з питань організації та провадження підприємницької діяльності і </w:t>
      </w:r>
      <w:r w:rsidRPr="008F4407">
        <w:rPr>
          <w:color w:val="000000" w:themeColor="text1"/>
          <w:szCs w:val="28"/>
          <w:lang w:val="uk-UA"/>
        </w:rPr>
        <w:t>супровід.</w:t>
      </w:r>
      <w:r w:rsidRPr="008F4407">
        <w:rPr>
          <w:i/>
          <w:color w:val="000000" w:themeColor="text1"/>
          <w:szCs w:val="28"/>
          <w:lang w:val="uk-UA"/>
        </w:rPr>
        <w:t xml:space="preserve"> </w:t>
      </w:r>
    </w:p>
    <w:p w14:paraId="3D0AB760" w14:textId="442529F9" w:rsidR="007764CA" w:rsidRPr="008F4407" w:rsidRDefault="00A9614F" w:rsidP="00E01B9E">
      <w:pPr>
        <w:spacing w:after="0" w:line="240" w:lineRule="auto"/>
        <w:ind w:firstLine="567"/>
        <w:jc w:val="both"/>
        <w:rPr>
          <w:szCs w:val="28"/>
          <w:lang w:val="uk-UA"/>
        </w:rPr>
      </w:pPr>
      <w:r w:rsidRPr="008F4407">
        <w:rPr>
          <w:szCs w:val="28"/>
          <w:lang w:val="uk-UA"/>
        </w:rPr>
        <w:t>Спеціально уповноважений центральний орган виконавчої влади у сфері статистики</w:t>
      </w:r>
      <w:r w:rsidR="005A12C8" w:rsidRPr="008F4407">
        <w:rPr>
          <w:szCs w:val="28"/>
          <w:lang w:val="uk-UA"/>
        </w:rPr>
        <w:t xml:space="preserve">: </w:t>
      </w:r>
    </w:p>
    <w:p w14:paraId="5F29A641" w14:textId="270265DE" w:rsidR="007764CA" w:rsidRPr="008F4407" w:rsidRDefault="00A9614F" w:rsidP="00E01B9E">
      <w:pPr>
        <w:spacing w:after="0" w:line="240" w:lineRule="auto"/>
        <w:ind w:firstLine="567"/>
        <w:jc w:val="both"/>
        <w:rPr>
          <w:szCs w:val="28"/>
          <w:lang w:val="uk-UA"/>
        </w:rPr>
      </w:pPr>
      <w:r w:rsidRPr="008F4407">
        <w:rPr>
          <w:szCs w:val="28"/>
          <w:lang w:val="uk-UA"/>
        </w:rPr>
        <w:t xml:space="preserve">проводить </w:t>
      </w:r>
      <w:r w:rsidR="005A12C8" w:rsidRPr="008F4407">
        <w:rPr>
          <w:szCs w:val="28"/>
          <w:lang w:val="uk-UA"/>
        </w:rPr>
        <w:t xml:space="preserve">державні </w:t>
      </w:r>
      <w:r w:rsidRPr="008F4407">
        <w:rPr>
          <w:color w:val="000000" w:themeColor="text1"/>
          <w:szCs w:val="28"/>
          <w:lang w:val="uk-UA"/>
        </w:rPr>
        <w:t>статистичні</w:t>
      </w:r>
      <w:r w:rsidRPr="008F4407">
        <w:rPr>
          <w:szCs w:val="28"/>
          <w:lang w:val="uk-UA"/>
        </w:rPr>
        <w:t xml:space="preserve"> спостереження, зокрема вибіркові обстеження населення (домогосподарств), щодо молодих осіб NEET;</w:t>
      </w:r>
    </w:p>
    <w:p w14:paraId="5BDBF749" w14:textId="69B14356" w:rsidR="007764CA" w:rsidRPr="008F4407" w:rsidRDefault="00A9614F" w:rsidP="00E01B9E">
      <w:pPr>
        <w:spacing w:after="0" w:line="240" w:lineRule="auto"/>
        <w:ind w:firstLine="567"/>
        <w:jc w:val="both"/>
        <w:rPr>
          <w:szCs w:val="28"/>
          <w:lang w:val="uk-UA"/>
        </w:rPr>
      </w:pPr>
      <w:r w:rsidRPr="008F4407">
        <w:rPr>
          <w:szCs w:val="28"/>
          <w:lang w:val="uk-UA"/>
        </w:rPr>
        <w:t>координує дії суб’єктів впровадження щодо збирання та використання адміністративних даних, погоджує відповідну методологію та звітну документацію, використовує адміністративні дані у статистичних цілях.</w:t>
      </w:r>
    </w:p>
    <w:p w14:paraId="20AA8609" w14:textId="4D0B519B" w:rsidR="007764CA" w:rsidRPr="008F4407" w:rsidRDefault="00110C26" w:rsidP="00E01B9E">
      <w:pPr>
        <w:spacing w:after="0" w:line="240" w:lineRule="auto"/>
        <w:ind w:firstLine="567"/>
        <w:jc w:val="both"/>
        <w:rPr>
          <w:szCs w:val="28"/>
          <w:lang w:val="uk-UA"/>
        </w:rPr>
      </w:pPr>
      <w:r w:rsidRPr="008F4407">
        <w:rPr>
          <w:color w:val="000000" w:themeColor="text1"/>
          <w:szCs w:val="28"/>
          <w:lang w:val="uk-UA"/>
        </w:rPr>
        <w:t>Державна установа «</w:t>
      </w:r>
      <w:r w:rsidR="00A9614F" w:rsidRPr="008F4407">
        <w:rPr>
          <w:color w:val="000000" w:themeColor="text1"/>
          <w:szCs w:val="28"/>
          <w:lang w:val="uk-UA"/>
        </w:rPr>
        <w:t>Всеукраїнський молодіжний центр</w:t>
      </w:r>
      <w:r w:rsidRPr="008F4407">
        <w:rPr>
          <w:color w:val="000000" w:themeColor="text1"/>
          <w:szCs w:val="28"/>
          <w:lang w:val="uk-UA"/>
        </w:rPr>
        <w:t>»</w:t>
      </w:r>
      <w:r w:rsidR="005A12C8" w:rsidRPr="008F4407">
        <w:rPr>
          <w:color w:val="000000" w:themeColor="text1"/>
          <w:szCs w:val="28"/>
          <w:lang w:val="uk-UA"/>
        </w:rPr>
        <w:t xml:space="preserve"> (за згодою)</w:t>
      </w:r>
      <w:r w:rsidR="00A9614F" w:rsidRPr="008F4407">
        <w:rPr>
          <w:color w:val="000000" w:themeColor="text1"/>
          <w:szCs w:val="28"/>
          <w:lang w:val="uk-UA"/>
        </w:rPr>
        <w:t xml:space="preserve"> проводить аналіз діяльності молодіжних центрів, оцінку потреб молоді та узагальнює відомості про послуги молодіжних центрів для молодих осіб NEET.</w:t>
      </w:r>
      <w:r w:rsidR="00A9614F" w:rsidRPr="008F4407">
        <w:rPr>
          <w:i/>
          <w:color w:val="000000" w:themeColor="text1"/>
          <w:szCs w:val="28"/>
          <w:lang w:val="uk-UA"/>
        </w:rPr>
        <w:t xml:space="preserve"> </w:t>
      </w:r>
    </w:p>
    <w:p w14:paraId="48E4CAEE" w14:textId="60A559B2" w:rsidR="007764CA" w:rsidRPr="008F4407" w:rsidRDefault="00A9614F" w:rsidP="00E01B9E">
      <w:pPr>
        <w:spacing w:after="0" w:line="240" w:lineRule="auto"/>
        <w:ind w:firstLine="567"/>
        <w:jc w:val="both"/>
        <w:rPr>
          <w:szCs w:val="28"/>
          <w:lang w:val="uk-UA"/>
        </w:rPr>
      </w:pPr>
      <w:r w:rsidRPr="008F4407">
        <w:rPr>
          <w:szCs w:val="28"/>
          <w:lang w:val="uk-UA"/>
        </w:rPr>
        <w:t>Український молодіжний фонд</w:t>
      </w:r>
      <w:r w:rsidR="00D50F45" w:rsidRPr="008F4407">
        <w:rPr>
          <w:szCs w:val="28"/>
          <w:lang w:val="uk-UA"/>
        </w:rPr>
        <w:t xml:space="preserve"> </w:t>
      </w:r>
      <w:r w:rsidR="00D50F45" w:rsidRPr="008F4407">
        <w:rPr>
          <w:color w:val="000000" w:themeColor="text1"/>
          <w:szCs w:val="28"/>
          <w:lang w:val="uk-UA"/>
        </w:rPr>
        <w:t>(за згодою)</w:t>
      </w:r>
      <w:r w:rsidR="00D50F45" w:rsidRPr="008F4407">
        <w:rPr>
          <w:szCs w:val="28"/>
          <w:lang w:val="uk-UA"/>
        </w:rPr>
        <w:t xml:space="preserve"> </w:t>
      </w:r>
      <w:r w:rsidRPr="008F4407">
        <w:rPr>
          <w:szCs w:val="28"/>
          <w:lang w:val="uk-UA"/>
        </w:rPr>
        <w:t>організовує молодіжну роботу з питань надання послуг та підтримки молодих осіб NEET, зокрема через надання бюджетних грантів як проектної або інституційної підтримки для реалізації молодіжних проектів з надання послуг та підтримки молодих осіб NEET; виконує окремі завдання і заходи молодіжної політики, визначені державними цільовими програмами</w:t>
      </w:r>
      <w:r w:rsidRPr="008F4407">
        <w:rPr>
          <w:i/>
          <w:szCs w:val="28"/>
          <w:lang w:val="uk-UA"/>
        </w:rPr>
        <w:t xml:space="preserve"> </w:t>
      </w:r>
      <w:r w:rsidRPr="008F4407">
        <w:rPr>
          <w:szCs w:val="28"/>
          <w:lang w:val="uk-UA"/>
        </w:rPr>
        <w:t>щодо надання послуг та підтримки молодих осіб NEET.</w:t>
      </w:r>
    </w:p>
    <w:p w14:paraId="0C49E721" w14:textId="437EF67D" w:rsidR="007764CA" w:rsidRPr="008F4407" w:rsidRDefault="00A9614F" w:rsidP="00E01B9E">
      <w:pPr>
        <w:spacing w:after="0" w:line="240" w:lineRule="auto"/>
        <w:ind w:firstLine="567"/>
        <w:jc w:val="both"/>
        <w:rPr>
          <w:szCs w:val="28"/>
          <w:lang w:val="uk-UA"/>
        </w:rPr>
      </w:pPr>
      <w:r w:rsidRPr="008F4407">
        <w:rPr>
          <w:szCs w:val="28"/>
          <w:lang w:val="uk-UA"/>
        </w:rPr>
        <w:t>Координаційний центр з надання правничої допомоги</w:t>
      </w:r>
      <w:r w:rsidR="00D50F45" w:rsidRPr="008F4407">
        <w:rPr>
          <w:szCs w:val="28"/>
          <w:lang w:val="uk-UA"/>
        </w:rPr>
        <w:t xml:space="preserve"> </w:t>
      </w:r>
      <w:r w:rsidR="00D50F45" w:rsidRPr="008F4407">
        <w:rPr>
          <w:color w:val="000000" w:themeColor="text1"/>
          <w:szCs w:val="28"/>
          <w:lang w:val="uk-UA"/>
        </w:rPr>
        <w:t>(за згодою)</w:t>
      </w:r>
      <w:r w:rsidR="00D50F45" w:rsidRPr="008F4407">
        <w:rPr>
          <w:szCs w:val="28"/>
          <w:lang w:val="uk-UA"/>
        </w:rPr>
        <w:t xml:space="preserve"> </w:t>
      </w:r>
      <w:r w:rsidRPr="008F4407">
        <w:rPr>
          <w:szCs w:val="28"/>
          <w:lang w:val="uk-UA"/>
        </w:rPr>
        <w:t>відповідно до Закону України «Про безоплатну правничу допомогу»:</w:t>
      </w:r>
    </w:p>
    <w:p w14:paraId="0A34883A" w14:textId="77777777" w:rsidR="007764CA" w:rsidRPr="008F4407" w:rsidRDefault="00A9614F" w:rsidP="00E01B9E">
      <w:pPr>
        <w:spacing w:after="0" w:line="240" w:lineRule="auto"/>
        <w:ind w:firstLine="567"/>
        <w:jc w:val="both"/>
        <w:rPr>
          <w:szCs w:val="28"/>
          <w:lang w:val="uk-UA"/>
        </w:rPr>
      </w:pPr>
      <w:r w:rsidRPr="008F4407">
        <w:rPr>
          <w:szCs w:val="28"/>
          <w:lang w:val="uk-UA"/>
        </w:rPr>
        <w:t>надає методичну допомогу органам виконавчої влади та органам місцевого самоврядування з питань надання безоплатної первинної правничої допомоги молодим особам NEET;</w:t>
      </w:r>
    </w:p>
    <w:p w14:paraId="1C5AC521" w14:textId="77777777" w:rsidR="007764CA" w:rsidRPr="008F4407" w:rsidRDefault="00A9614F" w:rsidP="00E01B9E">
      <w:pPr>
        <w:spacing w:after="0" w:line="240" w:lineRule="auto"/>
        <w:ind w:firstLine="567"/>
        <w:jc w:val="both"/>
        <w:rPr>
          <w:szCs w:val="28"/>
          <w:lang w:val="uk-UA"/>
        </w:rPr>
      </w:pPr>
      <w:r w:rsidRPr="008F4407">
        <w:rPr>
          <w:szCs w:val="28"/>
          <w:lang w:val="uk-UA"/>
        </w:rPr>
        <w:t>забезпечує через регіональні, місцеві та міжрегіональні центри з надання безоплатної правничої допомоги, які є його територіальними відділеннями, інформування молодих осіб NEET про ініціативу, їх направлення за згодою до центрів зайнятості та надання правничої допомоги учасникам ініціативи.</w:t>
      </w:r>
    </w:p>
    <w:p w14:paraId="6B67BF7F" w14:textId="55F944AF" w:rsidR="00D50F45" w:rsidRPr="008F4407" w:rsidRDefault="00A9614F" w:rsidP="00E01B9E">
      <w:pPr>
        <w:spacing w:after="0" w:line="240" w:lineRule="auto"/>
        <w:ind w:firstLine="567"/>
        <w:jc w:val="both"/>
        <w:rPr>
          <w:szCs w:val="28"/>
          <w:lang w:val="uk-UA"/>
        </w:rPr>
      </w:pPr>
      <w:r w:rsidRPr="008F4407">
        <w:rPr>
          <w:szCs w:val="28"/>
          <w:lang w:val="uk-UA"/>
        </w:rPr>
        <w:t>Національне агентство кваліфікацій</w:t>
      </w:r>
      <w:r w:rsidR="00D50F45" w:rsidRPr="008F4407">
        <w:rPr>
          <w:szCs w:val="28"/>
          <w:lang w:val="uk-UA"/>
        </w:rPr>
        <w:t xml:space="preserve"> </w:t>
      </w:r>
      <w:r w:rsidR="00D50F45" w:rsidRPr="008F4407">
        <w:rPr>
          <w:color w:val="000000" w:themeColor="text1"/>
          <w:szCs w:val="28"/>
          <w:lang w:val="uk-UA"/>
        </w:rPr>
        <w:t>(за згодою):</w:t>
      </w:r>
    </w:p>
    <w:p w14:paraId="555B8F9E" w14:textId="77777777" w:rsidR="007764CA" w:rsidRPr="008F4407" w:rsidRDefault="00A9614F" w:rsidP="00E01B9E">
      <w:pPr>
        <w:spacing w:after="0" w:line="240" w:lineRule="auto"/>
        <w:ind w:firstLine="567"/>
        <w:jc w:val="both"/>
        <w:rPr>
          <w:szCs w:val="28"/>
          <w:lang w:val="uk-UA"/>
        </w:rPr>
      </w:pPr>
      <w:r w:rsidRPr="008F4407">
        <w:rPr>
          <w:szCs w:val="28"/>
          <w:lang w:val="uk-UA"/>
        </w:rPr>
        <w:lastRenderedPageBreak/>
        <w:t>бере участь у прогнозуванні потреб ринку праці у кваліфікаціях та у розробленні нормативно-правових актів щодо визнання результатів модульного підготовчого навчання як часткових професійних кваліфікацій;</w:t>
      </w:r>
    </w:p>
    <w:p w14:paraId="34A19643" w14:textId="77777777" w:rsidR="007764CA" w:rsidRPr="008F4407" w:rsidRDefault="00A9614F" w:rsidP="00E01B9E">
      <w:pPr>
        <w:spacing w:after="0" w:line="240" w:lineRule="auto"/>
        <w:ind w:firstLine="567"/>
        <w:jc w:val="both"/>
        <w:rPr>
          <w:color w:val="000000" w:themeColor="text1"/>
          <w:szCs w:val="28"/>
          <w:lang w:val="uk-UA"/>
        </w:rPr>
      </w:pPr>
      <w:r w:rsidRPr="008F4407">
        <w:rPr>
          <w:szCs w:val="28"/>
          <w:lang w:val="uk-UA"/>
        </w:rPr>
        <w:t xml:space="preserve">забезпечує внесення відповідних кваліфікацій до Єдиного реєстру кваліфікацій та здійснює моніторинг діяльності кваліфікаційних центрів, які </w:t>
      </w:r>
      <w:r w:rsidRPr="008F4407">
        <w:rPr>
          <w:color w:val="000000" w:themeColor="text1"/>
          <w:szCs w:val="28"/>
          <w:lang w:val="uk-UA"/>
        </w:rPr>
        <w:t>оцінюють і визнають результати навчання учасників ініціативи.</w:t>
      </w:r>
    </w:p>
    <w:p w14:paraId="65FFD97B" w14:textId="77777777" w:rsidR="009A3128" w:rsidRPr="008F4407" w:rsidRDefault="009A3128" w:rsidP="00E01B9E">
      <w:pPr>
        <w:spacing w:after="0" w:line="240" w:lineRule="auto"/>
        <w:ind w:firstLine="567"/>
        <w:jc w:val="both"/>
        <w:rPr>
          <w:color w:val="000000" w:themeColor="text1"/>
          <w:szCs w:val="28"/>
          <w:lang w:val="uk-UA"/>
        </w:rPr>
      </w:pPr>
    </w:p>
    <w:p w14:paraId="360E5777" w14:textId="022BD10F" w:rsidR="007764CA" w:rsidRPr="008F4407" w:rsidRDefault="00A9614F" w:rsidP="00E01B9E">
      <w:pPr>
        <w:spacing w:after="0" w:line="240" w:lineRule="auto"/>
        <w:ind w:firstLine="567"/>
        <w:jc w:val="both"/>
        <w:rPr>
          <w:color w:val="000000" w:themeColor="text1"/>
          <w:szCs w:val="28"/>
          <w:lang w:val="uk-UA"/>
        </w:rPr>
      </w:pPr>
      <w:r w:rsidRPr="008F4407">
        <w:rPr>
          <w:color w:val="000000" w:themeColor="text1"/>
          <w:szCs w:val="28"/>
          <w:lang w:val="uk-UA"/>
        </w:rPr>
        <w:t xml:space="preserve">11. </w:t>
      </w:r>
      <w:r w:rsidRPr="008F4407">
        <w:rPr>
          <w:szCs w:val="28"/>
          <w:lang w:val="uk-UA"/>
        </w:rPr>
        <w:t xml:space="preserve">З метою впровадження ініціативи суб’єкти впровадження на регіональному рівні: </w:t>
      </w:r>
    </w:p>
    <w:p w14:paraId="5F3E42E0" w14:textId="68FE42E6" w:rsidR="007764CA" w:rsidRPr="008F4407" w:rsidRDefault="00A9614F" w:rsidP="00E01B9E">
      <w:pPr>
        <w:spacing w:after="0" w:line="240" w:lineRule="auto"/>
        <w:ind w:firstLine="567"/>
        <w:jc w:val="both"/>
        <w:rPr>
          <w:szCs w:val="28"/>
          <w:lang w:val="uk-UA"/>
        </w:rPr>
      </w:pPr>
      <w:r w:rsidRPr="008F4407">
        <w:rPr>
          <w:szCs w:val="28"/>
          <w:lang w:val="uk-UA"/>
        </w:rPr>
        <w:t>Обласні держ</w:t>
      </w:r>
      <w:r w:rsidR="002A264E">
        <w:rPr>
          <w:szCs w:val="28"/>
          <w:lang w:val="uk-UA"/>
        </w:rPr>
        <w:t>а</w:t>
      </w:r>
      <w:r w:rsidRPr="008F4407">
        <w:rPr>
          <w:szCs w:val="28"/>
          <w:lang w:val="uk-UA"/>
        </w:rPr>
        <w:t>дміністрації (військові адміністрації):</w:t>
      </w:r>
    </w:p>
    <w:p w14:paraId="729872A0" w14:textId="2AD0DE37" w:rsidR="007764CA" w:rsidRPr="008F4407" w:rsidRDefault="00A9614F" w:rsidP="00E01B9E">
      <w:pPr>
        <w:spacing w:after="0" w:line="240" w:lineRule="auto"/>
        <w:ind w:firstLine="567"/>
        <w:jc w:val="both"/>
        <w:rPr>
          <w:szCs w:val="28"/>
          <w:lang w:val="uk-UA"/>
        </w:rPr>
      </w:pPr>
      <w:r w:rsidRPr="008F4407">
        <w:rPr>
          <w:szCs w:val="28"/>
          <w:lang w:val="uk-UA"/>
        </w:rPr>
        <w:t>утворюють регіональний координаційний механізм ініціативи за участю органів місцевого самоврядування (за згодою), центрів зайнятості, центрів соціальних служб, молодіжних рад, укладають з органами місцевого самоврядування договори про спільні програми надання послуг та підтримки молодих осіб NEET, сприяють діяльності координаційних комітетів сприяння зайнятості молодих осіб NEET як органів соціального діалогу;</w:t>
      </w:r>
      <w:r w:rsidRPr="008F4407">
        <w:rPr>
          <w:i/>
          <w:color w:val="0032C8"/>
          <w:szCs w:val="28"/>
          <w:lang w:val="uk-UA"/>
        </w:rPr>
        <w:t xml:space="preserve"> </w:t>
      </w:r>
    </w:p>
    <w:p w14:paraId="5D724980" w14:textId="77777777" w:rsidR="007764CA" w:rsidRPr="008F4407" w:rsidRDefault="00A9614F" w:rsidP="00E01B9E">
      <w:pPr>
        <w:spacing w:after="0" w:line="240" w:lineRule="auto"/>
        <w:ind w:firstLine="567"/>
        <w:jc w:val="both"/>
        <w:rPr>
          <w:szCs w:val="28"/>
          <w:lang w:val="uk-UA"/>
        </w:rPr>
      </w:pPr>
      <w:r w:rsidRPr="008F4407">
        <w:rPr>
          <w:szCs w:val="28"/>
          <w:lang w:val="uk-UA"/>
        </w:rPr>
        <w:t>вивчають процеси на ринку праці, здійснюють оцінку і прогнозування попиту та пропонування робочої сили, моніторингові дослідження і середньостроковий прогноз потреб регіонального ринку праці для професійної освіти з метою надання якісної пропозиції для молодих осіб NEET;</w:t>
      </w:r>
    </w:p>
    <w:p w14:paraId="047AAA91" w14:textId="77777777" w:rsidR="007764CA" w:rsidRPr="008F4407" w:rsidRDefault="00A9614F" w:rsidP="00E01B9E">
      <w:pPr>
        <w:spacing w:after="0" w:line="240" w:lineRule="auto"/>
        <w:ind w:firstLine="567"/>
        <w:jc w:val="both"/>
        <w:rPr>
          <w:szCs w:val="28"/>
          <w:lang w:val="uk-UA"/>
        </w:rPr>
      </w:pPr>
      <w:r w:rsidRPr="008F4407">
        <w:rPr>
          <w:szCs w:val="28"/>
          <w:lang w:val="uk-UA"/>
        </w:rPr>
        <w:t>узагальнюють пропозиції наглядових рад закладів професійної освіти щодо планового обсягу прийому та коригують його (до 20 відсотків), формують і розміщують на конкурсних засадах замовлення освітніх послуг з метою надання якісної пропозиції для молодих осіб NEET;</w:t>
      </w:r>
    </w:p>
    <w:p w14:paraId="70EE21D6" w14:textId="77777777" w:rsidR="007764CA" w:rsidRPr="008F4407" w:rsidRDefault="00A9614F" w:rsidP="00E01B9E">
      <w:pPr>
        <w:spacing w:after="0" w:line="240" w:lineRule="auto"/>
        <w:ind w:firstLine="567"/>
        <w:jc w:val="both"/>
        <w:rPr>
          <w:szCs w:val="28"/>
          <w:lang w:val="uk-UA"/>
        </w:rPr>
      </w:pPr>
      <w:r w:rsidRPr="008F4407">
        <w:rPr>
          <w:szCs w:val="28"/>
          <w:lang w:val="uk-UA"/>
        </w:rPr>
        <w:t>утворюють регіональну раду професійної освіти, затверджують положення про неї, передають їй результати картування послуг та форм підтримки і прогнози, розглядають її рішення;</w:t>
      </w:r>
    </w:p>
    <w:p w14:paraId="7A95128A" w14:textId="77777777" w:rsidR="007764CA" w:rsidRPr="008F4407" w:rsidRDefault="00A9614F" w:rsidP="00E01B9E">
      <w:pPr>
        <w:spacing w:after="0" w:line="240" w:lineRule="auto"/>
        <w:ind w:firstLine="567"/>
        <w:jc w:val="both"/>
        <w:rPr>
          <w:szCs w:val="28"/>
          <w:lang w:val="uk-UA"/>
        </w:rPr>
      </w:pPr>
      <w:r w:rsidRPr="008F4407">
        <w:rPr>
          <w:szCs w:val="28"/>
          <w:lang w:val="uk-UA"/>
        </w:rPr>
        <w:t xml:space="preserve">сприяють територіальним громадам у формуванні місцевих планів залучення та утворенні </w:t>
      </w:r>
      <w:proofErr w:type="spellStart"/>
      <w:r w:rsidRPr="008F4407">
        <w:rPr>
          <w:szCs w:val="28"/>
          <w:lang w:val="uk-UA"/>
        </w:rPr>
        <w:t>партнерств</w:t>
      </w:r>
      <w:proofErr w:type="spellEnd"/>
      <w:r w:rsidRPr="008F4407">
        <w:rPr>
          <w:szCs w:val="28"/>
          <w:lang w:val="uk-UA"/>
        </w:rPr>
        <w:t xml:space="preserve"> зайнятості молодих осіб NEET;</w:t>
      </w:r>
    </w:p>
    <w:p w14:paraId="43F52574" w14:textId="04966116" w:rsidR="007764CA" w:rsidRPr="008F4407" w:rsidRDefault="00A9614F" w:rsidP="00E01B9E">
      <w:pPr>
        <w:spacing w:after="0" w:line="240" w:lineRule="auto"/>
        <w:ind w:firstLine="567"/>
        <w:jc w:val="both"/>
        <w:rPr>
          <w:szCs w:val="28"/>
          <w:lang w:val="uk-UA"/>
        </w:rPr>
      </w:pPr>
      <w:r w:rsidRPr="008F4407">
        <w:rPr>
          <w:szCs w:val="28"/>
          <w:lang w:val="uk-UA"/>
        </w:rPr>
        <w:t>через структурний підрозділ у справах молоді та спорту:</w:t>
      </w:r>
      <w:r w:rsidRPr="008F4407">
        <w:rPr>
          <w:i/>
          <w:szCs w:val="28"/>
          <w:lang w:val="uk-UA"/>
        </w:rPr>
        <w:t xml:space="preserve"> </w:t>
      </w:r>
    </w:p>
    <w:p w14:paraId="2EAAAD95" w14:textId="77777777" w:rsidR="007764CA" w:rsidRPr="008F4407" w:rsidRDefault="00A9614F" w:rsidP="00E01B9E">
      <w:pPr>
        <w:spacing w:after="0" w:line="240" w:lineRule="auto"/>
        <w:ind w:firstLine="567"/>
        <w:jc w:val="both"/>
        <w:rPr>
          <w:szCs w:val="28"/>
          <w:lang w:val="uk-UA"/>
        </w:rPr>
      </w:pPr>
      <w:r w:rsidRPr="008F4407">
        <w:rPr>
          <w:szCs w:val="28"/>
          <w:lang w:val="uk-UA"/>
        </w:rPr>
        <w:t>передбачають у регіональних програмах підготовку і підвищення кваліфікації молодіжних працівників, підтримують установи, що здійснюють таку підготовку;</w:t>
      </w:r>
    </w:p>
    <w:p w14:paraId="64D1E9D2" w14:textId="77777777" w:rsidR="007764CA" w:rsidRPr="008F4407" w:rsidRDefault="00A9614F" w:rsidP="00E01B9E">
      <w:pPr>
        <w:spacing w:after="0" w:line="240" w:lineRule="auto"/>
        <w:ind w:firstLine="567"/>
        <w:jc w:val="both"/>
        <w:rPr>
          <w:szCs w:val="28"/>
          <w:lang w:val="uk-UA"/>
        </w:rPr>
      </w:pPr>
      <w:r w:rsidRPr="008F4407">
        <w:rPr>
          <w:szCs w:val="28"/>
          <w:lang w:val="uk-UA"/>
        </w:rPr>
        <w:t>організовують консультації і форуми з молоддю, сприяють діяльності молодіжних рад, враховують потреби молодих осіб NEET в регіональних програмах;</w:t>
      </w:r>
    </w:p>
    <w:p w14:paraId="6403FC12" w14:textId="77777777" w:rsidR="007764CA" w:rsidRPr="008F4407" w:rsidRDefault="00A9614F" w:rsidP="00E01B9E">
      <w:pPr>
        <w:spacing w:after="0" w:line="240" w:lineRule="auto"/>
        <w:ind w:firstLine="567"/>
        <w:jc w:val="both"/>
        <w:rPr>
          <w:szCs w:val="28"/>
          <w:lang w:val="uk-UA"/>
        </w:rPr>
      </w:pPr>
      <w:r w:rsidRPr="008F4407">
        <w:rPr>
          <w:szCs w:val="28"/>
          <w:lang w:val="uk-UA"/>
        </w:rPr>
        <w:t>інформують молодих осіб NEET через доступні канали комунікації, інформаційні системи і бази даних можливостей;</w:t>
      </w:r>
    </w:p>
    <w:p w14:paraId="07EA3621" w14:textId="77777777" w:rsidR="007764CA" w:rsidRPr="008F4407" w:rsidRDefault="00A9614F" w:rsidP="00E01B9E">
      <w:pPr>
        <w:spacing w:after="0" w:line="240" w:lineRule="auto"/>
        <w:ind w:firstLine="567"/>
        <w:jc w:val="both"/>
        <w:rPr>
          <w:szCs w:val="28"/>
          <w:lang w:val="uk-UA"/>
        </w:rPr>
      </w:pPr>
      <w:r w:rsidRPr="008F4407">
        <w:rPr>
          <w:szCs w:val="28"/>
          <w:lang w:val="uk-UA"/>
        </w:rPr>
        <w:t>розвивають молодіжну інфраструктуру і мережу молодіжних центрів, зокрема мобільних, забезпечують навчання молодіжних працівників як суб’єктів виявлення молодих осіб NEET;</w:t>
      </w:r>
    </w:p>
    <w:p w14:paraId="3F2B3F91" w14:textId="7B3C5955" w:rsidR="007764CA" w:rsidRPr="008F4407" w:rsidRDefault="00A9614F" w:rsidP="00E01B9E">
      <w:pPr>
        <w:spacing w:after="0" w:line="240" w:lineRule="auto"/>
        <w:ind w:firstLine="567"/>
        <w:jc w:val="both"/>
        <w:rPr>
          <w:szCs w:val="28"/>
          <w:lang w:val="uk-UA"/>
        </w:rPr>
      </w:pPr>
      <w:r w:rsidRPr="008F4407">
        <w:rPr>
          <w:szCs w:val="28"/>
          <w:lang w:val="uk-UA"/>
        </w:rPr>
        <w:t xml:space="preserve">організовують заходи з реалізації наставництва та </w:t>
      </w:r>
      <w:proofErr w:type="spellStart"/>
      <w:r w:rsidRPr="008F4407">
        <w:rPr>
          <w:szCs w:val="28"/>
          <w:lang w:val="uk-UA"/>
        </w:rPr>
        <w:t>менторства</w:t>
      </w:r>
      <w:proofErr w:type="spellEnd"/>
      <w:r w:rsidRPr="008F4407">
        <w:rPr>
          <w:szCs w:val="28"/>
          <w:lang w:val="uk-UA"/>
        </w:rPr>
        <w:t xml:space="preserve"> для</w:t>
      </w:r>
      <w:r w:rsidR="00AF2215" w:rsidRPr="008F4407">
        <w:rPr>
          <w:szCs w:val="28"/>
          <w:lang w:val="uk-UA"/>
        </w:rPr>
        <w:t xml:space="preserve"> </w:t>
      </w:r>
      <w:r w:rsidRPr="008F4407">
        <w:rPr>
          <w:szCs w:val="28"/>
          <w:lang w:val="uk-UA"/>
        </w:rPr>
        <w:t>молодих осіб NEET;</w:t>
      </w:r>
    </w:p>
    <w:p w14:paraId="793284A0" w14:textId="77777777" w:rsidR="007764CA" w:rsidRPr="008F4407" w:rsidRDefault="00A9614F" w:rsidP="00E01B9E">
      <w:pPr>
        <w:spacing w:after="0" w:line="240" w:lineRule="auto"/>
        <w:ind w:firstLine="567"/>
        <w:jc w:val="both"/>
        <w:rPr>
          <w:szCs w:val="28"/>
          <w:lang w:val="uk-UA"/>
        </w:rPr>
      </w:pPr>
      <w:r w:rsidRPr="008F4407">
        <w:rPr>
          <w:szCs w:val="28"/>
          <w:lang w:val="uk-UA"/>
        </w:rPr>
        <w:lastRenderedPageBreak/>
        <w:t>залучають молодіжні центри до надання послуг та підтримки молодих осіб NEET, забезпечують координацію через регіональний (опорний) молодіжний центр;</w:t>
      </w:r>
    </w:p>
    <w:p w14:paraId="2216DDFF" w14:textId="77777777" w:rsidR="007764CA" w:rsidRPr="008F4407" w:rsidRDefault="00A9614F" w:rsidP="00E01B9E">
      <w:pPr>
        <w:spacing w:after="0" w:line="240" w:lineRule="auto"/>
        <w:ind w:firstLine="567"/>
        <w:jc w:val="both"/>
        <w:rPr>
          <w:szCs w:val="28"/>
          <w:lang w:val="uk-UA"/>
        </w:rPr>
      </w:pPr>
      <w:r w:rsidRPr="008F4407">
        <w:rPr>
          <w:szCs w:val="28"/>
          <w:lang w:val="uk-UA"/>
        </w:rPr>
        <w:t>через структурний підрозділ з питань соціального захисту населення:</w:t>
      </w:r>
    </w:p>
    <w:p w14:paraId="624F3A74" w14:textId="77777777" w:rsidR="007764CA" w:rsidRPr="008F4407" w:rsidRDefault="00A9614F" w:rsidP="00E01B9E">
      <w:pPr>
        <w:spacing w:after="0" w:line="240" w:lineRule="auto"/>
        <w:ind w:firstLine="567"/>
        <w:jc w:val="both"/>
        <w:rPr>
          <w:szCs w:val="28"/>
          <w:lang w:val="uk-UA"/>
        </w:rPr>
      </w:pPr>
      <w:r w:rsidRPr="008F4407">
        <w:rPr>
          <w:szCs w:val="28"/>
          <w:lang w:val="uk-UA"/>
        </w:rPr>
        <w:t>координують діяльність суб’єктів системи надання соціальних послуг, здійснюють заходи із запобігання бездомності та допомоги молодим особам NEET;</w:t>
      </w:r>
    </w:p>
    <w:p w14:paraId="14826489" w14:textId="77777777" w:rsidR="007764CA" w:rsidRPr="008F4407" w:rsidRDefault="00A9614F" w:rsidP="00E01B9E">
      <w:pPr>
        <w:spacing w:after="0" w:line="240" w:lineRule="auto"/>
        <w:ind w:firstLine="567"/>
        <w:jc w:val="both"/>
        <w:rPr>
          <w:szCs w:val="28"/>
          <w:lang w:val="uk-UA"/>
        </w:rPr>
      </w:pPr>
      <w:r w:rsidRPr="008F4407">
        <w:rPr>
          <w:szCs w:val="28"/>
          <w:lang w:val="uk-UA"/>
        </w:rPr>
        <w:t>формують регіональні програми щодо задоволення потреб у соціальних послугах молодих осіб NEET;</w:t>
      </w:r>
    </w:p>
    <w:p w14:paraId="6957A0ED" w14:textId="77777777" w:rsidR="007764CA" w:rsidRPr="008F4407" w:rsidRDefault="00A9614F" w:rsidP="00E01B9E">
      <w:pPr>
        <w:spacing w:after="0" w:line="240" w:lineRule="auto"/>
        <w:ind w:firstLine="567"/>
        <w:jc w:val="both"/>
        <w:rPr>
          <w:szCs w:val="28"/>
          <w:lang w:val="uk-UA"/>
        </w:rPr>
      </w:pPr>
      <w:r w:rsidRPr="008F4407">
        <w:rPr>
          <w:szCs w:val="28"/>
          <w:lang w:val="uk-UA"/>
        </w:rPr>
        <w:t>забезпечують взаємодію надавачів соціальних послуг з центрами зайнятості, підвищення кваліфікації працівників надавачів соціальних послуг, координацію заходів програм зайнятості для молодих осіб NEET;</w:t>
      </w:r>
    </w:p>
    <w:p w14:paraId="61C59709" w14:textId="77777777" w:rsidR="007764CA" w:rsidRPr="008F4407" w:rsidRDefault="00A9614F" w:rsidP="00E01B9E">
      <w:pPr>
        <w:spacing w:after="0" w:line="240" w:lineRule="auto"/>
        <w:ind w:firstLine="567"/>
        <w:jc w:val="both"/>
        <w:rPr>
          <w:szCs w:val="28"/>
          <w:lang w:val="uk-UA"/>
        </w:rPr>
      </w:pPr>
      <w:r w:rsidRPr="008F4407">
        <w:rPr>
          <w:szCs w:val="28"/>
          <w:lang w:val="uk-UA"/>
        </w:rPr>
        <w:t>реалізують політику соціального захисту молодих осіб NEET, які належать до дітей-сиріт, дітей, позбавлених батьківського піклування, осіб з їх числа, осіб з інвалідністю, одиноких матерів, багатодітних сімей;</w:t>
      </w:r>
    </w:p>
    <w:p w14:paraId="74402688" w14:textId="77777777" w:rsidR="007764CA" w:rsidRPr="008F4407" w:rsidRDefault="00A9614F" w:rsidP="00E01B9E">
      <w:pPr>
        <w:spacing w:after="0" w:line="240" w:lineRule="auto"/>
        <w:ind w:firstLine="567"/>
        <w:jc w:val="both"/>
        <w:rPr>
          <w:szCs w:val="28"/>
          <w:lang w:val="uk-UA"/>
        </w:rPr>
      </w:pPr>
      <w:r w:rsidRPr="008F4407">
        <w:rPr>
          <w:szCs w:val="28"/>
          <w:lang w:val="uk-UA"/>
        </w:rPr>
        <w:t>через службу у справах дітей:</w:t>
      </w:r>
    </w:p>
    <w:p w14:paraId="5C132FAF" w14:textId="78D70C1B" w:rsidR="007764CA" w:rsidRPr="008F4407" w:rsidRDefault="00A9614F" w:rsidP="00E01B9E">
      <w:pPr>
        <w:spacing w:after="0" w:line="240" w:lineRule="auto"/>
        <w:ind w:firstLine="567"/>
        <w:jc w:val="both"/>
        <w:rPr>
          <w:szCs w:val="28"/>
          <w:lang w:val="uk-UA"/>
        </w:rPr>
      </w:pPr>
      <w:r w:rsidRPr="008F4407">
        <w:rPr>
          <w:szCs w:val="28"/>
          <w:lang w:val="uk-UA"/>
        </w:rPr>
        <w:t>забезпечують регіональний облік дітей-сиріт і дітей, позбавлених батьківського піклування, статистичну звітність щодо дітей у регіоні з метою картування послуг та форм підтримки та запобігання статусу молодих осіб NEET;</w:t>
      </w:r>
      <w:r w:rsidRPr="008F4407">
        <w:rPr>
          <w:i/>
          <w:szCs w:val="28"/>
          <w:lang w:val="uk-UA"/>
        </w:rPr>
        <w:t xml:space="preserve"> </w:t>
      </w:r>
    </w:p>
    <w:p w14:paraId="67192536" w14:textId="77777777" w:rsidR="007764CA" w:rsidRPr="008F4407" w:rsidRDefault="00A9614F" w:rsidP="00E01B9E">
      <w:pPr>
        <w:spacing w:after="0" w:line="240" w:lineRule="auto"/>
        <w:ind w:firstLine="567"/>
        <w:jc w:val="both"/>
        <w:rPr>
          <w:szCs w:val="28"/>
          <w:lang w:val="uk-UA"/>
        </w:rPr>
      </w:pPr>
      <w:r w:rsidRPr="008F4407">
        <w:rPr>
          <w:szCs w:val="28"/>
          <w:lang w:val="uk-UA"/>
        </w:rPr>
        <w:t>здійснюють координацію і методологічне забезпечення органів місцевого самоврядування щодо раннього виявлення ризику вибуття з навчання, моніторинг дотримання прав дітей з 14 років;</w:t>
      </w:r>
    </w:p>
    <w:p w14:paraId="4AB58440" w14:textId="77777777" w:rsidR="007764CA" w:rsidRPr="008F4407" w:rsidRDefault="00A9614F" w:rsidP="00E01B9E">
      <w:pPr>
        <w:spacing w:after="0" w:line="240" w:lineRule="auto"/>
        <w:ind w:firstLine="567"/>
        <w:jc w:val="both"/>
        <w:rPr>
          <w:szCs w:val="28"/>
          <w:lang w:val="uk-UA"/>
        </w:rPr>
      </w:pPr>
      <w:r w:rsidRPr="008F4407">
        <w:rPr>
          <w:szCs w:val="28"/>
          <w:lang w:val="uk-UA"/>
        </w:rPr>
        <w:t>через структурний підрозділ з питань освіти і науки:</w:t>
      </w:r>
    </w:p>
    <w:p w14:paraId="309F59DA" w14:textId="77777777" w:rsidR="007764CA" w:rsidRPr="008F4407" w:rsidRDefault="00A9614F" w:rsidP="00E01B9E">
      <w:pPr>
        <w:spacing w:after="0" w:line="240" w:lineRule="auto"/>
        <w:ind w:firstLine="567"/>
        <w:jc w:val="both"/>
        <w:rPr>
          <w:szCs w:val="28"/>
          <w:lang w:val="uk-UA"/>
        </w:rPr>
      </w:pPr>
      <w:r w:rsidRPr="008F4407">
        <w:rPr>
          <w:szCs w:val="28"/>
          <w:lang w:val="uk-UA"/>
        </w:rPr>
        <w:t>розробляють і виконують регіональну стратегію та програми розвитку професійної освіти з модулями для молоді без повної загальної середньої освіти;</w:t>
      </w:r>
    </w:p>
    <w:p w14:paraId="6C46C86C" w14:textId="77777777" w:rsidR="007764CA" w:rsidRPr="008F4407" w:rsidRDefault="00A9614F" w:rsidP="00E01B9E">
      <w:pPr>
        <w:spacing w:after="0" w:line="240" w:lineRule="auto"/>
        <w:ind w:firstLine="567"/>
        <w:jc w:val="both"/>
        <w:rPr>
          <w:szCs w:val="28"/>
          <w:lang w:val="uk-UA"/>
        </w:rPr>
      </w:pPr>
      <w:r w:rsidRPr="008F4407">
        <w:rPr>
          <w:szCs w:val="28"/>
          <w:lang w:val="uk-UA"/>
        </w:rPr>
        <w:t>забезпечують доступність професійної освіти, зарахування без конкурсу у випадках, визначених законом, та різні форми її здобуття, зокрема дуальну;</w:t>
      </w:r>
    </w:p>
    <w:p w14:paraId="7283DB55" w14:textId="42DD5011" w:rsidR="007764CA" w:rsidRPr="008F4407" w:rsidRDefault="00A9614F" w:rsidP="00E01B9E">
      <w:pPr>
        <w:spacing w:after="0" w:line="240" w:lineRule="auto"/>
        <w:ind w:firstLine="567"/>
        <w:jc w:val="both"/>
        <w:rPr>
          <w:szCs w:val="28"/>
          <w:lang w:val="uk-UA"/>
        </w:rPr>
      </w:pPr>
      <w:r w:rsidRPr="008F4407">
        <w:rPr>
          <w:szCs w:val="28"/>
          <w:lang w:val="uk-UA"/>
        </w:rPr>
        <w:t>через структурний підрозділ, до повноважень якого належать питання економіки, праці та зайнятості населення:</w:t>
      </w:r>
      <w:r w:rsidRPr="008F4407">
        <w:rPr>
          <w:i/>
          <w:szCs w:val="28"/>
          <w:lang w:val="uk-UA"/>
        </w:rPr>
        <w:t xml:space="preserve"> </w:t>
      </w:r>
    </w:p>
    <w:p w14:paraId="47822EB6" w14:textId="77777777" w:rsidR="007764CA" w:rsidRPr="008F4407" w:rsidRDefault="00A9614F" w:rsidP="00E01B9E">
      <w:pPr>
        <w:spacing w:after="0" w:line="240" w:lineRule="auto"/>
        <w:ind w:firstLine="567"/>
        <w:jc w:val="both"/>
        <w:rPr>
          <w:szCs w:val="28"/>
          <w:lang w:val="uk-UA"/>
        </w:rPr>
      </w:pPr>
      <w:r w:rsidRPr="008F4407">
        <w:rPr>
          <w:szCs w:val="28"/>
          <w:lang w:val="uk-UA"/>
        </w:rPr>
        <w:t>розробляють та організовують виконання територіальних програм зайнятості населення з молодіжним компонентом, заходів щодо сприяння зайнятості на рівні регіону;</w:t>
      </w:r>
    </w:p>
    <w:p w14:paraId="6846C612" w14:textId="77777777" w:rsidR="007764CA" w:rsidRPr="008F4407" w:rsidRDefault="00A9614F" w:rsidP="00E01B9E">
      <w:pPr>
        <w:spacing w:after="0" w:line="240" w:lineRule="auto"/>
        <w:ind w:firstLine="567"/>
        <w:jc w:val="both"/>
        <w:rPr>
          <w:szCs w:val="28"/>
          <w:lang w:val="uk-UA"/>
        </w:rPr>
      </w:pPr>
      <w:r w:rsidRPr="008F4407">
        <w:rPr>
          <w:szCs w:val="28"/>
          <w:lang w:val="uk-UA"/>
        </w:rPr>
        <w:t>здійснюють заходи щодо створення робочих місць у пріоритетних галузях;</w:t>
      </w:r>
    </w:p>
    <w:p w14:paraId="7E298517" w14:textId="77777777" w:rsidR="007764CA" w:rsidRPr="008F4407" w:rsidRDefault="00A9614F" w:rsidP="00E01B9E">
      <w:pPr>
        <w:spacing w:after="0" w:line="240" w:lineRule="auto"/>
        <w:ind w:firstLine="567"/>
        <w:jc w:val="both"/>
        <w:rPr>
          <w:szCs w:val="28"/>
          <w:lang w:val="uk-UA"/>
        </w:rPr>
      </w:pPr>
      <w:r w:rsidRPr="008F4407">
        <w:rPr>
          <w:szCs w:val="28"/>
          <w:lang w:val="uk-UA"/>
        </w:rPr>
        <w:t xml:space="preserve">приймають від </w:t>
      </w:r>
      <w:proofErr w:type="spellStart"/>
      <w:r w:rsidRPr="008F4407">
        <w:rPr>
          <w:szCs w:val="28"/>
          <w:lang w:val="uk-UA"/>
        </w:rPr>
        <w:t>Мінмолодьспорту</w:t>
      </w:r>
      <w:proofErr w:type="spellEnd"/>
      <w:r w:rsidRPr="008F4407">
        <w:rPr>
          <w:szCs w:val="28"/>
          <w:lang w:val="uk-UA"/>
        </w:rPr>
        <w:t xml:space="preserve"> результати картування послуг та форм підтримки і карти прогалин, узагальнюють визначені територіальними громадами потреби у соціальних послугах та враховують їх у регіональних програмах;</w:t>
      </w:r>
    </w:p>
    <w:p w14:paraId="19E3BA6B" w14:textId="77777777" w:rsidR="007764CA" w:rsidRPr="008F4407" w:rsidRDefault="00A9614F" w:rsidP="00E01B9E">
      <w:pPr>
        <w:spacing w:after="0" w:line="240" w:lineRule="auto"/>
        <w:ind w:firstLine="567"/>
        <w:jc w:val="both"/>
        <w:rPr>
          <w:szCs w:val="28"/>
          <w:lang w:val="uk-UA"/>
        </w:rPr>
      </w:pPr>
      <w:r w:rsidRPr="008F4407">
        <w:rPr>
          <w:szCs w:val="28"/>
          <w:lang w:val="uk-UA"/>
        </w:rPr>
        <w:t>здійснюють бронювання робочих місць для дітей-сиріт, дітей, позбавлених батьківського піклування, та осіб з їх числа і забезпечують їх першочергове працевлаштування;</w:t>
      </w:r>
    </w:p>
    <w:p w14:paraId="50736679" w14:textId="77777777" w:rsidR="007764CA" w:rsidRPr="008F4407" w:rsidRDefault="00A9614F" w:rsidP="00E01B9E">
      <w:pPr>
        <w:spacing w:after="0" w:line="240" w:lineRule="auto"/>
        <w:ind w:firstLine="567"/>
        <w:jc w:val="both"/>
        <w:rPr>
          <w:szCs w:val="28"/>
          <w:lang w:val="uk-UA"/>
        </w:rPr>
      </w:pPr>
      <w:r w:rsidRPr="008F4407">
        <w:rPr>
          <w:szCs w:val="28"/>
          <w:lang w:val="uk-UA"/>
        </w:rPr>
        <w:t xml:space="preserve">надають гранти суб’єктам молодіжної роботи з обласного бюджету, зокрема на реалізацію програм молодіжного </w:t>
      </w:r>
      <w:proofErr w:type="spellStart"/>
      <w:r w:rsidRPr="008F4407">
        <w:rPr>
          <w:szCs w:val="28"/>
          <w:lang w:val="uk-UA"/>
        </w:rPr>
        <w:t>амбасадорства</w:t>
      </w:r>
      <w:proofErr w:type="spellEnd"/>
      <w:r w:rsidRPr="008F4407">
        <w:rPr>
          <w:szCs w:val="28"/>
          <w:lang w:val="uk-UA"/>
        </w:rPr>
        <w:t>, мобільної та вуличної молодіжної роботи;</w:t>
      </w:r>
    </w:p>
    <w:p w14:paraId="762F145C" w14:textId="5F4843E3" w:rsidR="007764CA" w:rsidRPr="008F4407" w:rsidRDefault="00A9614F" w:rsidP="00E01B9E">
      <w:pPr>
        <w:spacing w:after="0" w:line="240" w:lineRule="auto"/>
        <w:ind w:firstLine="567"/>
        <w:jc w:val="both"/>
        <w:rPr>
          <w:szCs w:val="28"/>
          <w:lang w:val="uk-UA"/>
        </w:rPr>
      </w:pPr>
      <w:r w:rsidRPr="008F4407">
        <w:rPr>
          <w:szCs w:val="28"/>
          <w:lang w:val="uk-UA"/>
        </w:rPr>
        <w:lastRenderedPageBreak/>
        <w:t xml:space="preserve">забезпечують участь структурних підрозділів з питань ветеранської політики, охорони здоров’я, цифрового розвитку, цифрових трансформацій і </w:t>
      </w:r>
      <w:proofErr w:type="spellStart"/>
      <w:r w:rsidRPr="008F4407">
        <w:rPr>
          <w:szCs w:val="28"/>
          <w:lang w:val="uk-UA"/>
        </w:rPr>
        <w:t>цифровізації</w:t>
      </w:r>
      <w:proofErr w:type="spellEnd"/>
      <w:r w:rsidRPr="008F4407">
        <w:rPr>
          <w:szCs w:val="28"/>
          <w:lang w:val="uk-UA"/>
        </w:rPr>
        <w:t xml:space="preserve"> у заходах ініціативи відповідно до їх компетенції;</w:t>
      </w:r>
      <w:r w:rsidRPr="008F4407">
        <w:rPr>
          <w:i/>
          <w:szCs w:val="28"/>
          <w:lang w:val="uk-UA"/>
        </w:rPr>
        <w:t xml:space="preserve"> </w:t>
      </w:r>
    </w:p>
    <w:p w14:paraId="072CF68D" w14:textId="77777777" w:rsidR="007764CA" w:rsidRPr="008F4407" w:rsidRDefault="00A9614F" w:rsidP="00E01B9E">
      <w:pPr>
        <w:spacing w:after="0" w:line="240" w:lineRule="auto"/>
        <w:ind w:firstLine="567"/>
        <w:jc w:val="both"/>
        <w:rPr>
          <w:szCs w:val="28"/>
          <w:lang w:val="uk-UA"/>
        </w:rPr>
      </w:pPr>
      <w:r w:rsidRPr="008F4407">
        <w:rPr>
          <w:szCs w:val="28"/>
          <w:lang w:val="uk-UA"/>
        </w:rPr>
        <w:t>подають інформацію про стан впровадження ініціативи в регіоні для моніторингу та звітності.</w:t>
      </w:r>
    </w:p>
    <w:p w14:paraId="62FB2CB4" w14:textId="1E92646C" w:rsidR="007764CA" w:rsidRPr="008F4407" w:rsidRDefault="00A9614F" w:rsidP="00E01B9E">
      <w:pPr>
        <w:spacing w:after="0" w:line="240" w:lineRule="auto"/>
        <w:ind w:firstLine="567"/>
        <w:jc w:val="both"/>
        <w:rPr>
          <w:szCs w:val="28"/>
          <w:lang w:val="uk-UA"/>
        </w:rPr>
      </w:pPr>
      <w:r w:rsidRPr="008F4407">
        <w:rPr>
          <w:szCs w:val="28"/>
          <w:lang w:val="uk-UA"/>
        </w:rPr>
        <w:t>Районні держ</w:t>
      </w:r>
      <w:r w:rsidR="00E00489">
        <w:rPr>
          <w:szCs w:val="28"/>
          <w:lang w:val="uk-UA"/>
        </w:rPr>
        <w:t>а</w:t>
      </w:r>
      <w:r w:rsidRPr="008F4407">
        <w:rPr>
          <w:szCs w:val="28"/>
          <w:lang w:val="uk-UA"/>
        </w:rPr>
        <w:t>дміністрації (військові адміністрації):</w:t>
      </w:r>
    </w:p>
    <w:p w14:paraId="58EED90B" w14:textId="77777777" w:rsidR="007764CA" w:rsidRPr="008F4407" w:rsidRDefault="00A9614F" w:rsidP="00E01B9E">
      <w:pPr>
        <w:spacing w:after="0" w:line="240" w:lineRule="auto"/>
        <w:ind w:firstLine="567"/>
        <w:jc w:val="both"/>
        <w:rPr>
          <w:szCs w:val="28"/>
          <w:lang w:val="uk-UA"/>
        </w:rPr>
      </w:pPr>
      <w:r w:rsidRPr="008F4407">
        <w:rPr>
          <w:szCs w:val="28"/>
          <w:lang w:val="uk-UA"/>
        </w:rPr>
        <w:t>забезпечують координацію впровадження ініціативи на території району, сприяють територіальним громадам у розробленні місцевих планів залучення;</w:t>
      </w:r>
    </w:p>
    <w:p w14:paraId="5E096B2A" w14:textId="77777777" w:rsidR="007764CA" w:rsidRPr="008F4407" w:rsidRDefault="00A9614F" w:rsidP="00E01B9E">
      <w:pPr>
        <w:spacing w:after="0" w:line="240" w:lineRule="auto"/>
        <w:ind w:firstLine="567"/>
        <w:jc w:val="both"/>
        <w:rPr>
          <w:szCs w:val="28"/>
          <w:lang w:val="uk-UA"/>
        </w:rPr>
      </w:pPr>
      <w:r w:rsidRPr="008F4407">
        <w:rPr>
          <w:szCs w:val="28"/>
          <w:lang w:val="uk-UA"/>
        </w:rPr>
        <w:t>через службу у справах дітей координують діяльність служб у справах дітей територіальних громад району щодо раннього виявлення дітей віком від 14 років, які перебувають у ризику припинення навчання, надають їм організаційно-методичну допомогу.</w:t>
      </w:r>
    </w:p>
    <w:p w14:paraId="7E621347" w14:textId="77777777" w:rsidR="003E03EA" w:rsidRPr="008F4407" w:rsidRDefault="003E03EA" w:rsidP="00E01B9E">
      <w:pPr>
        <w:spacing w:after="0" w:line="240" w:lineRule="auto"/>
        <w:ind w:firstLine="567"/>
        <w:jc w:val="both"/>
        <w:rPr>
          <w:color w:val="000000" w:themeColor="text1"/>
          <w:szCs w:val="28"/>
          <w:lang w:val="uk-UA"/>
        </w:rPr>
      </w:pPr>
    </w:p>
    <w:p w14:paraId="2A6100E0" w14:textId="00C70FF1" w:rsidR="007764CA" w:rsidRPr="008F4407" w:rsidRDefault="00A9614F" w:rsidP="00E01B9E">
      <w:pPr>
        <w:spacing w:after="0" w:line="240" w:lineRule="auto"/>
        <w:ind w:firstLine="567"/>
        <w:jc w:val="both"/>
        <w:rPr>
          <w:szCs w:val="28"/>
          <w:lang w:val="uk-UA"/>
        </w:rPr>
      </w:pPr>
      <w:r w:rsidRPr="008F4407">
        <w:rPr>
          <w:color w:val="000000" w:themeColor="text1"/>
          <w:szCs w:val="28"/>
          <w:lang w:val="uk-UA"/>
        </w:rPr>
        <w:t xml:space="preserve">12. </w:t>
      </w:r>
      <w:r w:rsidRPr="008F4407">
        <w:rPr>
          <w:szCs w:val="28"/>
          <w:lang w:val="uk-UA"/>
        </w:rPr>
        <w:t>Регіональні (територіальні) органи, установи та відокремлені підрозділи суб’єктів впровадження на національному рівні в межах повноважень, визначених законодавством, беруть участь у впровадженні ініціативи на території регіону, взаємодіють з місцевими держадміністраціями та органами місцевого самоврядування і беруть участь у регіональному координаційному механізмі ініціативи</w:t>
      </w:r>
      <w:r w:rsidR="00AF2215" w:rsidRPr="008F4407">
        <w:rPr>
          <w:szCs w:val="28"/>
          <w:lang w:val="uk-UA"/>
        </w:rPr>
        <w:t>.</w:t>
      </w:r>
    </w:p>
    <w:p w14:paraId="666B6A50" w14:textId="7B38DB5C" w:rsidR="007764CA" w:rsidRPr="008F4407" w:rsidRDefault="00A9614F" w:rsidP="00E01B9E">
      <w:pPr>
        <w:spacing w:after="0" w:line="240" w:lineRule="auto"/>
        <w:ind w:firstLine="567"/>
        <w:jc w:val="both"/>
        <w:rPr>
          <w:color w:val="000000" w:themeColor="text1"/>
          <w:szCs w:val="28"/>
          <w:lang w:val="uk-UA"/>
        </w:rPr>
      </w:pPr>
      <w:r w:rsidRPr="008F4407">
        <w:rPr>
          <w:color w:val="000000" w:themeColor="text1"/>
          <w:szCs w:val="28"/>
          <w:lang w:val="uk-UA"/>
        </w:rPr>
        <w:t>Регіональні центри зайнятості та їх</w:t>
      </w:r>
      <w:r w:rsidR="009A3128" w:rsidRPr="008F4407">
        <w:rPr>
          <w:color w:val="000000" w:themeColor="text1"/>
          <w:szCs w:val="28"/>
          <w:lang w:val="uk-UA"/>
        </w:rPr>
        <w:t>ні</w:t>
      </w:r>
      <w:r w:rsidRPr="008F4407">
        <w:rPr>
          <w:color w:val="000000" w:themeColor="text1"/>
          <w:szCs w:val="28"/>
          <w:lang w:val="uk-UA"/>
        </w:rPr>
        <w:t xml:space="preserve"> філії </w:t>
      </w:r>
      <w:r w:rsidR="00C622C9" w:rsidRPr="008F4407">
        <w:rPr>
          <w:color w:val="000000" w:themeColor="text1"/>
          <w:szCs w:val="28"/>
          <w:lang w:val="uk-UA"/>
        </w:rPr>
        <w:t xml:space="preserve">(за згодою) </w:t>
      </w:r>
      <w:r w:rsidRPr="008F4407">
        <w:rPr>
          <w:color w:val="000000" w:themeColor="text1"/>
          <w:szCs w:val="28"/>
          <w:lang w:val="uk-UA"/>
        </w:rPr>
        <w:t xml:space="preserve">здійснюють реєстрацію молодих осіб NEET, їх профілювання, кар’єрне консультування, формування та надання якісних пропозицій, </w:t>
      </w:r>
      <w:proofErr w:type="spellStart"/>
      <w:r w:rsidRPr="008F4407">
        <w:rPr>
          <w:color w:val="000000" w:themeColor="text1"/>
          <w:szCs w:val="28"/>
          <w:lang w:val="uk-UA"/>
        </w:rPr>
        <w:t>постсупровід</w:t>
      </w:r>
      <w:proofErr w:type="spellEnd"/>
      <w:r w:rsidRPr="008F4407">
        <w:rPr>
          <w:color w:val="000000" w:themeColor="text1"/>
          <w:szCs w:val="28"/>
          <w:lang w:val="uk-UA"/>
        </w:rPr>
        <w:t xml:space="preserve">; забезпечують доступність послуг через віддалені робочі місця, зокрема в територіальних громадах, мобільні пункти, беруть участь у </w:t>
      </w:r>
      <w:proofErr w:type="spellStart"/>
      <w:r w:rsidRPr="008F4407">
        <w:rPr>
          <w:color w:val="000000" w:themeColor="text1"/>
          <w:szCs w:val="28"/>
          <w:lang w:val="uk-UA"/>
        </w:rPr>
        <w:t>партнерствах</w:t>
      </w:r>
      <w:proofErr w:type="spellEnd"/>
      <w:r w:rsidRPr="008F4407">
        <w:rPr>
          <w:color w:val="000000" w:themeColor="text1"/>
          <w:szCs w:val="28"/>
          <w:lang w:val="uk-UA"/>
        </w:rPr>
        <w:t xml:space="preserve"> зайнятості молоді, координаційних комітетах сприяння зайнятості, регіональних радах професійної освіти; аналізують регіональні та місцеві ринки праці.</w:t>
      </w:r>
    </w:p>
    <w:p w14:paraId="41DA7034" w14:textId="5B908696" w:rsidR="007764CA" w:rsidRPr="008F4407" w:rsidRDefault="00A9614F" w:rsidP="00E01B9E">
      <w:pPr>
        <w:spacing w:after="0" w:line="240" w:lineRule="auto"/>
        <w:ind w:firstLine="567"/>
        <w:jc w:val="both"/>
        <w:rPr>
          <w:color w:val="000000" w:themeColor="text1"/>
          <w:szCs w:val="28"/>
          <w:lang w:val="uk-UA"/>
        </w:rPr>
      </w:pPr>
      <w:r w:rsidRPr="008F4407">
        <w:rPr>
          <w:color w:val="000000" w:themeColor="text1"/>
          <w:szCs w:val="28"/>
          <w:lang w:val="uk-UA"/>
        </w:rPr>
        <w:t xml:space="preserve">Регіональні, місцеві та міжрегіональні центри з надання безоплатної правничої допомоги </w:t>
      </w:r>
      <w:r w:rsidR="00C622C9" w:rsidRPr="008F4407">
        <w:rPr>
          <w:color w:val="000000" w:themeColor="text1"/>
          <w:szCs w:val="28"/>
          <w:lang w:val="uk-UA"/>
        </w:rPr>
        <w:t xml:space="preserve">(за згодою) </w:t>
      </w:r>
      <w:r w:rsidRPr="008F4407">
        <w:rPr>
          <w:color w:val="000000" w:themeColor="text1"/>
          <w:szCs w:val="28"/>
          <w:lang w:val="uk-UA"/>
        </w:rPr>
        <w:t>здійснюють виявлення молодих осіб NEET, інформують їх про ініціативу і за згодою передають відомості до центрів зайнятості, надають учасникам ініціативи безоплатну первинну правничу допомогу, а особам з числа дітей-сиріт та дітей, позбавлених батьківського піклування, внутрішньо переміщеним особам, ветеранам війни, особам без документів, що посвідчують особу, – безоплатну вторинну правничу допомогу.</w:t>
      </w:r>
    </w:p>
    <w:p w14:paraId="488EB460" w14:textId="25AAA98F" w:rsidR="00C622C9" w:rsidRPr="008F4407" w:rsidRDefault="00A9614F" w:rsidP="00E01B9E">
      <w:pPr>
        <w:spacing w:after="0" w:line="240" w:lineRule="auto"/>
        <w:ind w:firstLine="567"/>
        <w:jc w:val="both"/>
        <w:rPr>
          <w:i/>
          <w:color w:val="000000" w:themeColor="text1"/>
          <w:szCs w:val="28"/>
          <w:lang w:val="uk-UA"/>
        </w:rPr>
      </w:pPr>
      <w:r w:rsidRPr="008F4407">
        <w:rPr>
          <w:color w:val="000000" w:themeColor="text1"/>
          <w:szCs w:val="28"/>
          <w:lang w:val="uk-UA"/>
        </w:rPr>
        <w:t xml:space="preserve">Уповноважені органи з питань </w:t>
      </w:r>
      <w:proofErr w:type="spellStart"/>
      <w:r w:rsidRPr="008F4407">
        <w:rPr>
          <w:color w:val="000000" w:themeColor="text1"/>
          <w:szCs w:val="28"/>
          <w:lang w:val="uk-UA"/>
        </w:rPr>
        <w:t>пробації</w:t>
      </w:r>
      <w:proofErr w:type="spellEnd"/>
      <w:r w:rsidRPr="008F4407">
        <w:rPr>
          <w:color w:val="000000" w:themeColor="text1"/>
          <w:szCs w:val="28"/>
          <w:lang w:val="uk-UA"/>
        </w:rPr>
        <w:t xml:space="preserve"> </w:t>
      </w:r>
      <w:r w:rsidR="00C622C9" w:rsidRPr="008F4407">
        <w:rPr>
          <w:color w:val="000000" w:themeColor="text1"/>
          <w:szCs w:val="28"/>
          <w:lang w:val="uk-UA"/>
        </w:rPr>
        <w:t xml:space="preserve">(за згодою) </w:t>
      </w:r>
      <w:r w:rsidRPr="008F4407">
        <w:rPr>
          <w:color w:val="000000" w:themeColor="text1"/>
          <w:szCs w:val="28"/>
          <w:lang w:val="uk-UA"/>
        </w:rPr>
        <w:t xml:space="preserve">у межах соціально-виховної роботи та пенітенціарної </w:t>
      </w:r>
      <w:proofErr w:type="spellStart"/>
      <w:r w:rsidRPr="008F4407">
        <w:rPr>
          <w:color w:val="000000" w:themeColor="text1"/>
          <w:szCs w:val="28"/>
          <w:lang w:val="uk-UA"/>
        </w:rPr>
        <w:t>пробації</w:t>
      </w:r>
      <w:proofErr w:type="spellEnd"/>
      <w:r w:rsidRPr="008F4407">
        <w:rPr>
          <w:color w:val="000000" w:themeColor="text1"/>
          <w:szCs w:val="28"/>
          <w:lang w:val="uk-UA"/>
        </w:rPr>
        <w:t xml:space="preserve"> сприяють залученню до навчання і працевлаштуванню молодих осіб NEET, до яких застосовано </w:t>
      </w:r>
      <w:proofErr w:type="spellStart"/>
      <w:r w:rsidRPr="008F4407">
        <w:rPr>
          <w:color w:val="000000" w:themeColor="text1"/>
          <w:szCs w:val="28"/>
          <w:lang w:val="uk-UA"/>
        </w:rPr>
        <w:t>пробацію</w:t>
      </w:r>
      <w:proofErr w:type="spellEnd"/>
      <w:r w:rsidRPr="008F4407">
        <w:rPr>
          <w:color w:val="000000" w:themeColor="text1"/>
          <w:szCs w:val="28"/>
          <w:lang w:val="uk-UA"/>
        </w:rPr>
        <w:t>, та осіб, які готуються до звільнення, взаємодіють з центрами зайнятості, а щодо неповнолітніх – зі службами у справах дітей.</w:t>
      </w:r>
      <w:r w:rsidRPr="008F4407">
        <w:rPr>
          <w:i/>
          <w:color w:val="000000" w:themeColor="text1"/>
          <w:szCs w:val="28"/>
          <w:lang w:val="uk-UA"/>
        </w:rPr>
        <w:t xml:space="preserve"> </w:t>
      </w:r>
    </w:p>
    <w:p w14:paraId="0CCA893F" w14:textId="5CDF6326" w:rsidR="007764CA" w:rsidRPr="008F4407" w:rsidRDefault="00A9614F" w:rsidP="00E01B9E">
      <w:pPr>
        <w:spacing w:after="0" w:line="240" w:lineRule="auto"/>
        <w:ind w:firstLine="567"/>
        <w:jc w:val="both"/>
        <w:rPr>
          <w:szCs w:val="28"/>
          <w:lang w:val="uk-UA"/>
        </w:rPr>
      </w:pPr>
      <w:r w:rsidRPr="008F4407">
        <w:rPr>
          <w:szCs w:val="28"/>
          <w:lang w:val="uk-UA"/>
        </w:rPr>
        <w:t xml:space="preserve">Обласні (регіональні) центри соціальних служб, регіональні молодіжні центри, заклади професійної освіти та їх наглядові ради, кваліфікаційні центри забезпечують соціальну адаптацію осіб з числа дітей-сиріт, координують мережу місцевих молодіжних центрів і мобільну молодіжну роботу, реалізують модульні освітні програми, дуальну форму здобуття освіти, навчання на робочому місці; </w:t>
      </w:r>
      <w:r w:rsidRPr="008F4407">
        <w:rPr>
          <w:szCs w:val="28"/>
          <w:lang w:val="uk-UA"/>
        </w:rPr>
        <w:lastRenderedPageBreak/>
        <w:t>оцінюють і визнають результати навчання учасників ініціативи як повні або часткові професійні кваліфікації</w:t>
      </w:r>
      <w:r w:rsidR="00EE4E60" w:rsidRPr="008F4407">
        <w:rPr>
          <w:szCs w:val="28"/>
          <w:lang w:val="uk-UA"/>
        </w:rPr>
        <w:t>.</w:t>
      </w:r>
    </w:p>
    <w:p w14:paraId="50FFDF2C" w14:textId="2C09069A" w:rsidR="007764CA" w:rsidRPr="008F4407" w:rsidRDefault="00A9614F" w:rsidP="00E01B9E">
      <w:pPr>
        <w:spacing w:after="0" w:line="240" w:lineRule="auto"/>
        <w:ind w:firstLine="567"/>
        <w:jc w:val="both"/>
        <w:rPr>
          <w:szCs w:val="28"/>
          <w:lang w:val="uk-UA"/>
        </w:rPr>
      </w:pPr>
      <w:r w:rsidRPr="008F4407">
        <w:rPr>
          <w:szCs w:val="28"/>
          <w:lang w:val="uk-UA"/>
        </w:rPr>
        <w:t>Регіональні ради професійної освіти (консультативно-дорадчі органи при місцевих держадміністраціях) враховують результати картування послуг та форм підтримки, карти прогалин і прогнози потреб регіонального ринку праці щодо молодих осіб NEET під час підготовки пропозицій щодо розвитку професійної освіти регіону.</w:t>
      </w:r>
    </w:p>
    <w:p w14:paraId="4FF7ED4D" w14:textId="77777777" w:rsidR="00763CD7" w:rsidRPr="008F4407" w:rsidRDefault="00763CD7" w:rsidP="00E01B9E">
      <w:pPr>
        <w:spacing w:after="0" w:line="240" w:lineRule="auto"/>
        <w:ind w:firstLine="567"/>
        <w:jc w:val="both"/>
        <w:rPr>
          <w:color w:val="000000" w:themeColor="text1"/>
          <w:szCs w:val="28"/>
          <w:lang w:val="uk-UA"/>
        </w:rPr>
      </w:pPr>
    </w:p>
    <w:p w14:paraId="0321780D" w14:textId="49B6181B" w:rsidR="007764CA" w:rsidRPr="008F4407" w:rsidRDefault="00A9614F" w:rsidP="00E01B9E">
      <w:pPr>
        <w:spacing w:after="0" w:line="240" w:lineRule="auto"/>
        <w:ind w:firstLine="567"/>
        <w:jc w:val="both"/>
        <w:rPr>
          <w:szCs w:val="28"/>
          <w:lang w:val="uk-UA"/>
        </w:rPr>
      </w:pPr>
      <w:r w:rsidRPr="008F4407">
        <w:rPr>
          <w:color w:val="000000" w:themeColor="text1"/>
          <w:szCs w:val="28"/>
          <w:lang w:val="uk-UA"/>
        </w:rPr>
        <w:t>13. Органи місцевого самоврядування</w:t>
      </w:r>
      <w:r w:rsidR="00C622C9" w:rsidRPr="008F4407">
        <w:rPr>
          <w:color w:val="000000" w:themeColor="text1"/>
          <w:szCs w:val="28"/>
          <w:lang w:val="uk-UA"/>
        </w:rPr>
        <w:t xml:space="preserve">, </w:t>
      </w:r>
      <w:r w:rsidR="00763CD7" w:rsidRPr="008F4407">
        <w:rPr>
          <w:color w:val="000000" w:themeColor="text1"/>
          <w:szCs w:val="28"/>
          <w:lang w:val="uk-UA"/>
        </w:rPr>
        <w:t>які</w:t>
      </w:r>
      <w:r w:rsidR="00C622C9" w:rsidRPr="008F4407">
        <w:rPr>
          <w:color w:val="000000" w:themeColor="text1"/>
          <w:szCs w:val="28"/>
          <w:lang w:val="uk-UA"/>
        </w:rPr>
        <w:t xml:space="preserve"> за згодою</w:t>
      </w:r>
      <w:r w:rsidRPr="008F4407">
        <w:rPr>
          <w:color w:val="000000" w:themeColor="text1"/>
          <w:szCs w:val="28"/>
          <w:lang w:val="uk-UA"/>
        </w:rPr>
        <w:t xml:space="preserve"> беруть участь у впровадженні ініціативи в межах власних повноважень за своїм рішенням, а в межах делегованих повноважень – у порядку, визначеному законом</w:t>
      </w:r>
      <w:r w:rsidR="00EE4E60" w:rsidRPr="008F4407">
        <w:rPr>
          <w:color w:val="000000" w:themeColor="text1"/>
          <w:szCs w:val="28"/>
          <w:lang w:val="uk-UA"/>
        </w:rPr>
        <w:t>.</w:t>
      </w:r>
      <w:r w:rsidR="00EE4E60" w:rsidRPr="008F4407">
        <w:rPr>
          <w:i/>
          <w:color w:val="000000" w:themeColor="text1"/>
          <w:szCs w:val="28"/>
          <w:lang w:val="uk-UA"/>
        </w:rPr>
        <w:t xml:space="preserve"> </w:t>
      </w:r>
    </w:p>
    <w:p w14:paraId="44BB4DB1" w14:textId="77777777" w:rsidR="003E03EA" w:rsidRPr="008F4407" w:rsidRDefault="003E03EA" w:rsidP="00E01B9E">
      <w:pPr>
        <w:spacing w:after="0" w:line="240" w:lineRule="auto"/>
        <w:ind w:firstLine="567"/>
        <w:jc w:val="both"/>
        <w:rPr>
          <w:color w:val="000000" w:themeColor="text1"/>
          <w:szCs w:val="28"/>
          <w:lang w:val="uk-UA"/>
        </w:rPr>
      </w:pPr>
    </w:p>
    <w:p w14:paraId="4CE12BEB" w14:textId="77777777" w:rsidR="001B188D" w:rsidRPr="001B188D" w:rsidRDefault="00EE4E60" w:rsidP="001B188D">
      <w:pPr>
        <w:spacing w:after="0" w:line="240" w:lineRule="auto"/>
        <w:ind w:firstLine="567"/>
        <w:jc w:val="both"/>
        <w:rPr>
          <w:color w:val="000000" w:themeColor="text1"/>
          <w:szCs w:val="28"/>
          <w:lang w:val="uk-UA"/>
        </w:rPr>
      </w:pPr>
      <w:r w:rsidRPr="008F4407">
        <w:rPr>
          <w:color w:val="000000" w:themeColor="text1"/>
          <w:szCs w:val="28"/>
          <w:lang w:val="uk-UA"/>
        </w:rPr>
        <w:t>1</w:t>
      </w:r>
      <w:r w:rsidR="003B671D" w:rsidRPr="008F4407">
        <w:rPr>
          <w:color w:val="000000" w:themeColor="text1"/>
          <w:szCs w:val="28"/>
          <w:lang w:val="uk-UA"/>
        </w:rPr>
        <w:t>4</w:t>
      </w:r>
      <w:r w:rsidRPr="008F4407">
        <w:rPr>
          <w:color w:val="000000" w:themeColor="text1"/>
          <w:szCs w:val="28"/>
          <w:lang w:val="uk-UA"/>
        </w:rPr>
        <w:t xml:space="preserve">. </w:t>
      </w:r>
      <w:r w:rsidR="001B188D" w:rsidRPr="001B188D">
        <w:rPr>
          <w:color w:val="000000" w:themeColor="text1"/>
          <w:szCs w:val="28"/>
          <w:lang w:val="uk-UA"/>
        </w:rPr>
        <w:t>Обласні ради долучаються (за згодою) та самостійно визначають шляхи впровадження ініціативи через територіальні соціальні молодіжні програми та програми зайнятості з молодіжним компонентом, регіональні стратегії та програми розвитку професійної освіти, утворення регіональних молодіжних центрів та/або підтримку суб’єктів молодіжної роботи.</w:t>
      </w:r>
    </w:p>
    <w:p w14:paraId="755EB84D" w14:textId="77777777" w:rsidR="001B188D" w:rsidRPr="001B188D" w:rsidRDefault="001B188D" w:rsidP="001B188D">
      <w:pPr>
        <w:spacing w:after="0" w:line="240" w:lineRule="auto"/>
        <w:ind w:firstLine="567"/>
        <w:jc w:val="both"/>
        <w:rPr>
          <w:color w:val="000000" w:themeColor="text1"/>
          <w:szCs w:val="28"/>
          <w:lang w:val="uk-UA"/>
        </w:rPr>
      </w:pPr>
      <w:r w:rsidRPr="001B188D">
        <w:rPr>
          <w:color w:val="000000" w:themeColor="text1"/>
          <w:szCs w:val="28"/>
          <w:lang w:val="uk-UA"/>
        </w:rPr>
        <w:t>Сільські, селищні, міські ради долучаються (за згодою) та самостійно визначають шляхи впровадження ініціативи у територіальній громаді через:</w:t>
      </w:r>
    </w:p>
    <w:p w14:paraId="4DD14B52" w14:textId="77777777" w:rsidR="001B188D" w:rsidRPr="001B188D" w:rsidRDefault="001B188D" w:rsidP="001B188D">
      <w:pPr>
        <w:spacing w:after="0" w:line="240" w:lineRule="auto"/>
        <w:ind w:firstLine="567"/>
        <w:jc w:val="both"/>
        <w:rPr>
          <w:color w:val="000000" w:themeColor="text1"/>
          <w:szCs w:val="28"/>
          <w:lang w:val="uk-UA"/>
        </w:rPr>
      </w:pPr>
      <w:r w:rsidRPr="001B188D">
        <w:rPr>
          <w:color w:val="000000" w:themeColor="text1"/>
          <w:szCs w:val="28"/>
          <w:lang w:val="uk-UA"/>
        </w:rPr>
        <w:t xml:space="preserve">місцеві соціальні молодіжні програми та/або цільові програми молодіжної зайнятості з молодіжним компонентом як складові програми соціально-економічного розвитку територіальної громади;  </w:t>
      </w:r>
    </w:p>
    <w:p w14:paraId="7143719C" w14:textId="77777777" w:rsidR="001B188D" w:rsidRPr="001B188D" w:rsidRDefault="001B188D" w:rsidP="001B188D">
      <w:pPr>
        <w:spacing w:after="0" w:line="240" w:lineRule="auto"/>
        <w:ind w:firstLine="567"/>
        <w:jc w:val="both"/>
        <w:rPr>
          <w:color w:val="000000" w:themeColor="text1"/>
          <w:szCs w:val="28"/>
          <w:lang w:val="uk-UA"/>
        </w:rPr>
      </w:pPr>
      <w:r w:rsidRPr="001B188D">
        <w:rPr>
          <w:color w:val="000000" w:themeColor="text1"/>
          <w:szCs w:val="28"/>
          <w:lang w:val="uk-UA"/>
        </w:rPr>
        <w:t>утворення місцевих молодіжних центрів, молодіжних просторів та/або підтримку суб’єктів молодіжної роботи підтримку, мобільні та вуличні форми молодіжної та соціальної роботи, інші форми соціальної підтримки молодих осіб NEET;</w:t>
      </w:r>
    </w:p>
    <w:p w14:paraId="436A724C" w14:textId="77777777" w:rsidR="001B188D" w:rsidRPr="001B188D" w:rsidRDefault="001B188D" w:rsidP="001B188D">
      <w:pPr>
        <w:spacing w:after="0" w:line="240" w:lineRule="auto"/>
        <w:ind w:firstLine="567"/>
        <w:jc w:val="both"/>
        <w:rPr>
          <w:color w:val="000000" w:themeColor="text1"/>
          <w:szCs w:val="28"/>
          <w:lang w:val="uk-UA"/>
        </w:rPr>
      </w:pPr>
      <w:r w:rsidRPr="001B188D">
        <w:rPr>
          <w:color w:val="000000" w:themeColor="text1"/>
          <w:szCs w:val="28"/>
          <w:lang w:val="uk-UA"/>
        </w:rPr>
        <w:t>реалізацію соціального замовлення, надання бюджетних субсидій (грантів) суб’єктам молодіжної роботи;</w:t>
      </w:r>
    </w:p>
    <w:p w14:paraId="65AF9491" w14:textId="77777777" w:rsidR="001B188D" w:rsidRPr="001B188D" w:rsidRDefault="001B188D" w:rsidP="001B188D">
      <w:pPr>
        <w:spacing w:after="0" w:line="240" w:lineRule="auto"/>
        <w:ind w:firstLine="567"/>
        <w:jc w:val="both"/>
        <w:rPr>
          <w:color w:val="000000" w:themeColor="text1"/>
          <w:szCs w:val="28"/>
          <w:lang w:val="uk-UA"/>
        </w:rPr>
      </w:pPr>
      <w:r w:rsidRPr="001B188D">
        <w:rPr>
          <w:color w:val="000000" w:themeColor="text1"/>
          <w:szCs w:val="28"/>
          <w:lang w:val="uk-UA"/>
        </w:rPr>
        <w:t>встановлення за рахунок коштів місцевого бюджету додаткових гарантій соціального захисту молодих осіб NEET (компенсація проїзду, послуги догляду за дитиною під час навчання, зокрема у формі ваучерів);</w:t>
      </w:r>
    </w:p>
    <w:p w14:paraId="4D3F20E9" w14:textId="1BE3590B" w:rsidR="001B188D" w:rsidRDefault="001B188D" w:rsidP="001B188D">
      <w:pPr>
        <w:spacing w:after="0" w:line="240" w:lineRule="auto"/>
        <w:ind w:firstLine="567"/>
        <w:jc w:val="both"/>
        <w:rPr>
          <w:color w:val="000000" w:themeColor="text1"/>
          <w:szCs w:val="28"/>
        </w:rPr>
      </w:pPr>
      <w:r w:rsidRPr="001B188D">
        <w:rPr>
          <w:color w:val="000000" w:themeColor="text1"/>
          <w:szCs w:val="28"/>
          <w:lang w:val="uk-UA"/>
        </w:rPr>
        <w:t>визначення форм і порядку залучення молодих осіб до вирішення питань місцевого значення, утворення молодіжних рад.</w:t>
      </w:r>
    </w:p>
    <w:p w14:paraId="3337C0ED" w14:textId="77777777" w:rsidR="001B188D" w:rsidRDefault="001B188D" w:rsidP="00E01B9E">
      <w:pPr>
        <w:spacing w:after="0" w:line="240" w:lineRule="auto"/>
        <w:ind w:firstLine="567"/>
        <w:jc w:val="both"/>
        <w:rPr>
          <w:color w:val="000000" w:themeColor="text1"/>
          <w:szCs w:val="28"/>
        </w:rPr>
      </w:pPr>
    </w:p>
    <w:p w14:paraId="5A433C2A" w14:textId="60A05A90" w:rsidR="007764CA" w:rsidRPr="008F4407" w:rsidRDefault="003B671D" w:rsidP="00E01B9E">
      <w:pPr>
        <w:spacing w:after="0" w:line="240" w:lineRule="auto"/>
        <w:ind w:firstLine="567"/>
        <w:jc w:val="both"/>
        <w:rPr>
          <w:szCs w:val="28"/>
          <w:lang w:val="uk-UA"/>
        </w:rPr>
      </w:pPr>
      <w:r w:rsidRPr="008F4407">
        <w:rPr>
          <w:color w:val="000000" w:themeColor="text1"/>
          <w:szCs w:val="28"/>
          <w:lang w:val="uk-UA"/>
        </w:rPr>
        <w:t>15.</w:t>
      </w:r>
      <w:r w:rsidR="00A9614F" w:rsidRPr="008F4407">
        <w:rPr>
          <w:color w:val="000000" w:themeColor="text1"/>
          <w:szCs w:val="28"/>
          <w:lang w:val="uk-UA"/>
        </w:rPr>
        <w:t xml:space="preserve"> </w:t>
      </w:r>
      <w:r w:rsidR="00A9614F" w:rsidRPr="008F4407">
        <w:rPr>
          <w:szCs w:val="28"/>
          <w:lang w:val="uk-UA"/>
        </w:rPr>
        <w:t>Під час планування та реалізації ініціативи суб’єкти впровадження національного та регіонального рівня взаємодіють із профспілками та їх об’єднаннями, організаціями роботодавців та їх об’єднаннями, інститутами громадянського суспільства (за їх згодою):</w:t>
      </w:r>
    </w:p>
    <w:p w14:paraId="60680600" w14:textId="2F0AA43B" w:rsidR="007764CA" w:rsidRPr="008F4407" w:rsidRDefault="00A9614F" w:rsidP="00E01B9E">
      <w:pPr>
        <w:spacing w:after="0" w:line="240" w:lineRule="auto"/>
        <w:ind w:firstLine="567"/>
        <w:jc w:val="both"/>
        <w:rPr>
          <w:szCs w:val="28"/>
          <w:lang w:val="uk-UA"/>
        </w:rPr>
      </w:pPr>
      <w:r w:rsidRPr="008F4407">
        <w:rPr>
          <w:szCs w:val="28"/>
          <w:lang w:val="uk-UA"/>
        </w:rPr>
        <w:t>залучають до розроблення та обговорення про</w:t>
      </w:r>
      <w:r w:rsidR="00DB7093" w:rsidRPr="008F4407">
        <w:rPr>
          <w:szCs w:val="28"/>
          <w:lang w:val="uk-UA"/>
        </w:rPr>
        <w:t>е</w:t>
      </w:r>
      <w:r w:rsidRPr="008F4407">
        <w:rPr>
          <w:szCs w:val="28"/>
          <w:lang w:val="uk-UA"/>
        </w:rPr>
        <w:t>ктів актів, зокрема до робочих груп з питань профілювання та планування; направляють про</w:t>
      </w:r>
      <w:r w:rsidR="00DB7093" w:rsidRPr="008F4407">
        <w:rPr>
          <w:szCs w:val="28"/>
          <w:lang w:val="uk-UA"/>
        </w:rPr>
        <w:t>е</w:t>
      </w:r>
      <w:r w:rsidRPr="008F4407">
        <w:rPr>
          <w:szCs w:val="28"/>
          <w:lang w:val="uk-UA"/>
        </w:rPr>
        <w:t>кти актів на розгляд та інформують про врахування пропозицій;</w:t>
      </w:r>
    </w:p>
    <w:p w14:paraId="11BB19AD" w14:textId="77777777" w:rsidR="007764CA" w:rsidRPr="008F4407" w:rsidRDefault="00A9614F" w:rsidP="00E01B9E">
      <w:pPr>
        <w:spacing w:after="0" w:line="240" w:lineRule="auto"/>
        <w:ind w:firstLine="567"/>
        <w:jc w:val="both"/>
        <w:rPr>
          <w:szCs w:val="28"/>
          <w:lang w:val="uk-UA"/>
        </w:rPr>
      </w:pPr>
      <w:r w:rsidRPr="008F4407">
        <w:rPr>
          <w:szCs w:val="28"/>
          <w:lang w:val="uk-UA"/>
        </w:rPr>
        <w:t>залучають до картування послуг та форм підтримки, до участі у форумах, до проведення досліджень про потреби ринку праці;</w:t>
      </w:r>
    </w:p>
    <w:p w14:paraId="51D4B5FF" w14:textId="77777777" w:rsidR="007764CA" w:rsidRPr="008F4407" w:rsidRDefault="00A9614F" w:rsidP="00E01B9E">
      <w:pPr>
        <w:spacing w:after="0" w:line="240" w:lineRule="auto"/>
        <w:ind w:firstLine="567"/>
        <w:jc w:val="both"/>
        <w:rPr>
          <w:szCs w:val="28"/>
          <w:lang w:val="uk-UA"/>
        </w:rPr>
      </w:pPr>
      <w:r w:rsidRPr="008F4407">
        <w:rPr>
          <w:szCs w:val="28"/>
          <w:lang w:val="uk-UA"/>
        </w:rPr>
        <w:lastRenderedPageBreak/>
        <w:t>залучають до формування державного замовлення на підготовку кадрів, до формування прогнозів і обсягів прийому до закладів освіти, до реалізації політики професійної орієнтації, до здійснення корпоративного наставництва шляхом проведення екскурсій, ознайомчих візитів, профорієнтаційних заходів;</w:t>
      </w:r>
    </w:p>
    <w:p w14:paraId="6856E1A8" w14:textId="77777777" w:rsidR="007764CA" w:rsidRPr="008F4407" w:rsidRDefault="00A9614F" w:rsidP="00E01B9E">
      <w:pPr>
        <w:spacing w:after="0" w:line="240" w:lineRule="auto"/>
        <w:ind w:firstLine="567"/>
        <w:jc w:val="both"/>
        <w:rPr>
          <w:szCs w:val="28"/>
          <w:lang w:val="uk-UA"/>
        </w:rPr>
      </w:pPr>
      <w:r w:rsidRPr="008F4407">
        <w:rPr>
          <w:szCs w:val="28"/>
          <w:lang w:val="uk-UA"/>
        </w:rPr>
        <w:t xml:space="preserve">залучають до </w:t>
      </w:r>
      <w:proofErr w:type="spellStart"/>
      <w:r w:rsidRPr="008F4407">
        <w:rPr>
          <w:szCs w:val="28"/>
          <w:lang w:val="uk-UA"/>
        </w:rPr>
        <w:t>проактивної</w:t>
      </w:r>
      <w:proofErr w:type="spellEnd"/>
      <w:r w:rsidRPr="008F4407">
        <w:rPr>
          <w:szCs w:val="28"/>
          <w:lang w:val="uk-UA"/>
        </w:rPr>
        <w:t xml:space="preserve"> комунікаційної кампанії, поширення інформації через власні мережі, сприяння створенню робочих місць, співпраці з організаціями підприємців;</w:t>
      </w:r>
    </w:p>
    <w:p w14:paraId="681BEB0E" w14:textId="77777777" w:rsidR="007764CA" w:rsidRPr="008F4407" w:rsidRDefault="00A9614F" w:rsidP="00E01B9E">
      <w:pPr>
        <w:spacing w:after="0" w:line="240" w:lineRule="auto"/>
        <w:ind w:firstLine="567"/>
        <w:jc w:val="both"/>
        <w:rPr>
          <w:szCs w:val="28"/>
          <w:lang w:val="uk-UA"/>
        </w:rPr>
      </w:pPr>
      <w:r w:rsidRPr="008F4407">
        <w:rPr>
          <w:szCs w:val="28"/>
          <w:lang w:val="uk-UA"/>
        </w:rPr>
        <w:t xml:space="preserve">залучають до формування молодіжного </w:t>
      </w:r>
      <w:proofErr w:type="spellStart"/>
      <w:r w:rsidRPr="008F4407">
        <w:rPr>
          <w:szCs w:val="28"/>
          <w:lang w:val="uk-UA"/>
        </w:rPr>
        <w:t>амбасадорства</w:t>
      </w:r>
      <w:proofErr w:type="spellEnd"/>
      <w:r w:rsidRPr="008F4407">
        <w:rPr>
          <w:szCs w:val="28"/>
          <w:lang w:val="uk-UA"/>
        </w:rPr>
        <w:t>, формування протоколів мобільної та вуличної роботи;</w:t>
      </w:r>
    </w:p>
    <w:p w14:paraId="1215700D" w14:textId="77777777" w:rsidR="007764CA" w:rsidRPr="008F4407" w:rsidRDefault="00A9614F" w:rsidP="00E01B9E">
      <w:pPr>
        <w:spacing w:after="0" w:line="240" w:lineRule="auto"/>
        <w:ind w:firstLine="567"/>
        <w:jc w:val="both"/>
        <w:rPr>
          <w:szCs w:val="28"/>
          <w:lang w:val="uk-UA"/>
        </w:rPr>
      </w:pPr>
      <w:r w:rsidRPr="008F4407">
        <w:rPr>
          <w:szCs w:val="28"/>
          <w:lang w:val="uk-UA"/>
        </w:rPr>
        <w:t xml:space="preserve">залучають до участі у розробленні професійних стандартів, погодження змісту професійного навчання; </w:t>
      </w:r>
    </w:p>
    <w:p w14:paraId="5B784EC7" w14:textId="77777777" w:rsidR="007764CA" w:rsidRPr="008F4407" w:rsidRDefault="00A9614F" w:rsidP="00E01B9E">
      <w:pPr>
        <w:spacing w:after="0" w:line="240" w:lineRule="auto"/>
        <w:ind w:firstLine="567"/>
        <w:jc w:val="both"/>
        <w:rPr>
          <w:szCs w:val="28"/>
          <w:lang w:val="uk-UA"/>
        </w:rPr>
      </w:pPr>
      <w:r w:rsidRPr="008F4407">
        <w:rPr>
          <w:szCs w:val="28"/>
          <w:lang w:val="uk-UA"/>
        </w:rPr>
        <w:t>залучають до процедури визнання результатів як часткових кваліфікацій;</w:t>
      </w:r>
    </w:p>
    <w:p w14:paraId="31732101" w14:textId="77777777" w:rsidR="007764CA" w:rsidRPr="008F4407" w:rsidRDefault="00A9614F" w:rsidP="00E01B9E">
      <w:pPr>
        <w:spacing w:after="0" w:line="240" w:lineRule="auto"/>
        <w:ind w:firstLine="567"/>
        <w:jc w:val="both"/>
        <w:rPr>
          <w:szCs w:val="28"/>
          <w:lang w:val="uk-UA"/>
        </w:rPr>
      </w:pPr>
      <w:r w:rsidRPr="008F4407">
        <w:rPr>
          <w:szCs w:val="28"/>
          <w:lang w:val="uk-UA"/>
        </w:rPr>
        <w:t>залучають до участі в координаційних комітетах на паритетних засадах, до формування пропозицій щодо зайнятості, обов’язкових для розгляду;</w:t>
      </w:r>
    </w:p>
    <w:p w14:paraId="28C5EEBE" w14:textId="77777777" w:rsidR="007764CA" w:rsidRPr="008F4407" w:rsidRDefault="00A9614F" w:rsidP="00E01B9E">
      <w:pPr>
        <w:spacing w:after="0" w:line="240" w:lineRule="auto"/>
        <w:ind w:firstLine="567"/>
        <w:jc w:val="both"/>
        <w:rPr>
          <w:szCs w:val="28"/>
          <w:lang w:val="uk-UA"/>
        </w:rPr>
      </w:pPr>
      <w:r w:rsidRPr="008F4407">
        <w:rPr>
          <w:szCs w:val="28"/>
          <w:lang w:val="uk-UA"/>
        </w:rPr>
        <w:t>залучають до запровадження нових і розширення наявних форм навчання на виробництві, до громадського контролю за умовами праці молоді на робочих місцях;</w:t>
      </w:r>
    </w:p>
    <w:p w14:paraId="4C64BE86" w14:textId="77777777" w:rsidR="007764CA" w:rsidRPr="008F4407" w:rsidRDefault="00A9614F" w:rsidP="00E01B9E">
      <w:pPr>
        <w:spacing w:after="0" w:line="240" w:lineRule="auto"/>
        <w:ind w:firstLine="567"/>
        <w:jc w:val="both"/>
        <w:rPr>
          <w:szCs w:val="28"/>
          <w:lang w:val="uk-UA"/>
        </w:rPr>
      </w:pPr>
      <w:r w:rsidRPr="008F4407">
        <w:rPr>
          <w:szCs w:val="28"/>
          <w:lang w:val="uk-UA"/>
        </w:rPr>
        <w:t>залучають до експертизи протоколів зайнятості для молодих осіб NEET;</w:t>
      </w:r>
    </w:p>
    <w:p w14:paraId="4FEDE9CE" w14:textId="77777777" w:rsidR="007764CA" w:rsidRPr="008F4407" w:rsidRDefault="00A9614F" w:rsidP="00E01B9E">
      <w:pPr>
        <w:spacing w:after="0" w:line="240" w:lineRule="auto"/>
        <w:ind w:firstLine="567"/>
        <w:jc w:val="both"/>
        <w:rPr>
          <w:szCs w:val="28"/>
          <w:lang w:val="uk-UA"/>
        </w:rPr>
      </w:pPr>
      <w:r w:rsidRPr="008F4407">
        <w:rPr>
          <w:szCs w:val="28"/>
          <w:lang w:val="uk-UA"/>
        </w:rPr>
        <w:t>залучають до формування зобов’язань щодо молодіжної зайнятості в генеральній, галузевих і територіальних угодах.</w:t>
      </w:r>
    </w:p>
    <w:p w14:paraId="66490D28" w14:textId="77777777" w:rsidR="003E03EA" w:rsidRPr="008F4407" w:rsidRDefault="003E03EA" w:rsidP="00E01B9E">
      <w:pPr>
        <w:spacing w:after="0" w:line="240" w:lineRule="auto"/>
        <w:ind w:firstLine="567"/>
        <w:jc w:val="both"/>
        <w:rPr>
          <w:color w:val="000000" w:themeColor="text1"/>
          <w:szCs w:val="28"/>
          <w:lang w:val="uk-UA"/>
        </w:rPr>
      </w:pPr>
    </w:p>
    <w:p w14:paraId="752F567B" w14:textId="7A9FFA0F" w:rsidR="007764CA" w:rsidRPr="008F4407" w:rsidRDefault="00A9614F" w:rsidP="00E01B9E">
      <w:pPr>
        <w:spacing w:after="0" w:line="240" w:lineRule="auto"/>
        <w:ind w:firstLine="567"/>
        <w:jc w:val="both"/>
        <w:rPr>
          <w:szCs w:val="28"/>
          <w:lang w:val="uk-UA"/>
        </w:rPr>
      </w:pPr>
      <w:r w:rsidRPr="008F4407">
        <w:rPr>
          <w:color w:val="000000" w:themeColor="text1"/>
          <w:szCs w:val="28"/>
          <w:lang w:val="uk-UA"/>
        </w:rPr>
        <w:t>1</w:t>
      </w:r>
      <w:r w:rsidR="003B671D" w:rsidRPr="008F4407">
        <w:rPr>
          <w:color w:val="000000" w:themeColor="text1"/>
          <w:szCs w:val="28"/>
          <w:lang w:val="uk-UA"/>
        </w:rPr>
        <w:t>6</w:t>
      </w:r>
      <w:r w:rsidRPr="008F4407">
        <w:rPr>
          <w:color w:val="000000" w:themeColor="text1"/>
          <w:szCs w:val="28"/>
          <w:lang w:val="uk-UA"/>
        </w:rPr>
        <w:t xml:space="preserve">. </w:t>
      </w:r>
      <w:r w:rsidRPr="008F4407">
        <w:rPr>
          <w:szCs w:val="28"/>
          <w:lang w:val="uk-UA"/>
        </w:rPr>
        <w:t xml:space="preserve">Всеукраїнські об’єднання професійних спілок, всеукраїнські об’єднання організацій роботодавців та їх територіальні (регіональні) структури </w:t>
      </w:r>
      <w:r w:rsidR="003B671D" w:rsidRPr="008F4407">
        <w:rPr>
          <w:color w:val="000000" w:themeColor="text1"/>
          <w:szCs w:val="28"/>
          <w:lang w:val="uk-UA"/>
        </w:rPr>
        <w:t>(</w:t>
      </w:r>
      <w:r w:rsidRPr="008F4407">
        <w:rPr>
          <w:color w:val="000000" w:themeColor="text1"/>
          <w:szCs w:val="28"/>
          <w:lang w:val="uk-UA"/>
        </w:rPr>
        <w:t>за згодою</w:t>
      </w:r>
      <w:r w:rsidR="003B671D" w:rsidRPr="008F4407">
        <w:rPr>
          <w:color w:val="000000" w:themeColor="text1"/>
          <w:szCs w:val="28"/>
          <w:lang w:val="uk-UA"/>
        </w:rPr>
        <w:t>)</w:t>
      </w:r>
      <w:r w:rsidRPr="008F4407">
        <w:rPr>
          <w:szCs w:val="28"/>
          <w:lang w:val="uk-UA"/>
        </w:rPr>
        <w:t>:</w:t>
      </w:r>
    </w:p>
    <w:p w14:paraId="341593F0" w14:textId="319A6DB4" w:rsidR="007764CA" w:rsidRPr="008F4407" w:rsidRDefault="00A9614F" w:rsidP="00E01B9E">
      <w:pPr>
        <w:spacing w:after="0" w:line="240" w:lineRule="auto"/>
        <w:ind w:firstLine="567"/>
        <w:jc w:val="both"/>
        <w:rPr>
          <w:szCs w:val="28"/>
          <w:lang w:val="uk-UA"/>
        </w:rPr>
      </w:pPr>
      <w:r w:rsidRPr="008F4407">
        <w:rPr>
          <w:szCs w:val="28"/>
          <w:lang w:val="uk-UA"/>
        </w:rPr>
        <w:t>залучаються на етапі виявлення молодої особи NEET / картування послуг та форм підтримки</w:t>
      </w:r>
      <w:r w:rsidRPr="008F4407">
        <w:rPr>
          <w:i/>
          <w:szCs w:val="28"/>
          <w:lang w:val="uk-UA"/>
        </w:rPr>
        <w:t xml:space="preserve"> </w:t>
      </w:r>
      <w:r w:rsidRPr="008F4407">
        <w:rPr>
          <w:szCs w:val="28"/>
          <w:lang w:val="uk-UA"/>
        </w:rPr>
        <w:t xml:space="preserve">та подають пропозиції щодо професій і навичок, на які існує попит на ринку праці; </w:t>
      </w:r>
    </w:p>
    <w:p w14:paraId="3AD91D5A" w14:textId="0C6F52D5" w:rsidR="007764CA" w:rsidRPr="008F4407" w:rsidRDefault="00A9614F" w:rsidP="00E01B9E">
      <w:pPr>
        <w:spacing w:after="0" w:line="240" w:lineRule="auto"/>
        <w:ind w:firstLine="567"/>
        <w:jc w:val="both"/>
        <w:rPr>
          <w:szCs w:val="28"/>
          <w:lang w:val="uk-UA"/>
        </w:rPr>
      </w:pPr>
      <w:r w:rsidRPr="008F4407">
        <w:rPr>
          <w:szCs w:val="28"/>
          <w:lang w:val="uk-UA"/>
        </w:rPr>
        <w:t>сприяють поширенню інформації про ініціативу серед працівників, роботодавців та молодих осіб NEET на етапі залучення/охоплення;</w:t>
      </w:r>
      <w:r w:rsidRPr="008F4407">
        <w:rPr>
          <w:i/>
          <w:szCs w:val="28"/>
          <w:lang w:val="uk-UA"/>
        </w:rPr>
        <w:t xml:space="preserve"> </w:t>
      </w:r>
    </w:p>
    <w:p w14:paraId="3647E441" w14:textId="77777777" w:rsidR="007764CA" w:rsidRPr="008F4407" w:rsidRDefault="00A9614F" w:rsidP="00E01B9E">
      <w:pPr>
        <w:spacing w:after="0" w:line="240" w:lineRule="auto"/>
        <w:ind w:firstLine="567"/>
        <w:jc w:val="both"/>
        <w:rPr>
          <w:szCs w:val="28"/>
          <w:lang w:val="uk-UA"/>
        </w:rPr>
      </w:pPr>
      <w:r w:rsidRPr="008F4407">
        <w:rPr>
          <w:szCs w:val="28"/>
          <w:lang w:val="uk-UA"/>
        </w:rPr>
        <w:t>беруть участь у визначенні потреб роботодавців у професійному навчанні, організації навчання на робочому місці, стажуванні та наставництві в рамках етапу підготовки;</w:t>
      </w:r>
    </w:p>
    <w:p w14:paraId="7F0C744A" w14:textId="77777777" w:rsidR="007764CA" w:rsidRPr="008F4407" w:rsidRDefault="00A9614F" w:rsidP="00E01B9E">
      <w:pPr>
        <w:spacing w:after="0" w:line="240" w:lineRule="auto"/>
        <w:ind w:firstLine="567"/>
        <w:jc w:val="both"/>
        <w:rPr>
          <w:szCs w:val="28"/>
          <w:lang w:val="uk-UA"/>
        </w:rPr>
      </w:pPr>
      <w:r w:rsidRPr="008F4407">
        <w:rPr>
          <w:szCs w:val="28"/>
          <w:lang w:val="uk-UA"/>
        </w:rPr>
        <w:t>сприяють створенню робочих місць для учасників ініціативи, дотриманню вимог законодавства про працю та соціальних гарантій під час їх працевлаштування, враховують питання зайнятості молоді під час укладення колективних договорів і угод на етапі якісної пропозиції;</w:t>
      </w:r>
    </w:p>
    <w:p w14:paraId="1BD6438E" w14:textId="77777777" w:rsidR="007764CA" w:rsidRPr="008F4407" w:rsidRDefault="00A9614F" w:rsidP="00E01B9E">
      <w:pPr>
        <w:spacing w:after="0" w:line="240" w:lineRule="auto"/>
        <w:ind w:firstLine="567"/>
        <w:jc w:val="both"/>
        <w:rPr>
          <w:szCs w:val="28"/>
          <w:lang w:val="uk-UA"/>
        </w:rPr>
      </w:pPr>
      <w:r w:rsidRPr="008F4407">
        <w:rPr>
          <w:szCs w:val="28"/>
          <w:lang w:val="uk-UA"/>
        </w:rPr>
        <w:t>беруть участь через своїх представників у роботі Національного агентства кваліфікацій, органів з підтвердження професійних кваліфікацій, наглядових рад закладів професійної освіти та регіональних рад професійної освіти, у розробленні професійних стандартів і модульних освітніх програм;</w:t>
      </w:r>
    </w:p>
    <w:p w14:paraId="30C65ADA" w14:textId="77777777" w:rsidR="003E03EA" w:rsidRPr="008F4407" w:rsidRDefault="003E03EA" w:rsidP="00E01B9E">
      <w:pPr>
        <w:spacing w:after="0" w:line="240" w:lineRule="auto"/>
        <w:ind w:firstLine="567"/>
        <w:jc w:val="both"/>
        <w:rPr>
          <w:color w:val="000000" w:themeColor="text1"/>
          <w:szCs w:val="28"/>
          <w:lang w:val="uk-UA"/>
        </w:rPr>
      </w:pPr>
    </w:p>
    <w:p w14:paraId="05EA5E0E" w14:textId="6CCBE60D" w:rsidR="007764CA" w:rsidRPr="008F4407" w:rsidRDefault="00A9614F" w:rsidP="00E01B9E">
      <w:pPr>
        <w:spacing w:after="0" w:line="240" w:lineRule="auto"/>
        <w:ind w:firstLine="567"/>
        <w:jc w:val="both"/>
        <w:rPr>
          <w:color w:val="000000" w:themeColor="text1"/>
          <w:szCs w:val="28"/>
          <w:lang w:val="uk-UA"/>
        </w:rPr>
      </w:pPr>
      <w:r w:rsidRPr="008F4407">
        <w:rPr>
          <w:color w:val="000000" w:themeColor="text1"/>
          <w:szCs w:val="28"/>
          <w:lang w:val="uk-UA"/>
        </w:rPr>
        <w:t>1</w:t>
      </w:r>
      <w:r w:rsidR="00592622" w:rsidRPr="008F4407">
        <w:rPr>
          <w:color w:val="000000" w:themeColor="text1"/>
          <w:szCs w:val="28"/>
          <w:lang w:val="uk-UA"/>
        </w:rPr>
        <w:t>7</w:t>
      </w:r>
      <w:r w:rsidRPr="008F4407">
        <w:rPr>
          <w:color w:val="000000" w:themeColor="text1"/>
          <w:szCs w:val="28"/>
          <w:lang w:val="uk-UA"/>
        </w:rPr>
        <w:t xml:space="preserve">. </w:t>
      </w:r>
      <w:r w:rsidR="00B01C77" w:rsidRPr="008F4407">
        <w:rPr>
          <w:bCs/>
          <w:color w:val="000000" w:themeColor="text1"/>
          <w:szCs w:val="28"/>
          <w:lang w:val="uk-UA" w:eastAsia="ru-RU"/>
        </w:rPr>
        <w:t>Громадські об’єднання (за згодою), юридичні особи незалежно від організаційно-правової форми (за згодою), фізичн</w:t>
      </w:r>
      <w:r w:rsidR="00033435" w:rsidRPr="008F4407">
        <w:rPr>
          <w:bCs/>
          <w:color w:val="000000" w:themeColor="text1"/>
          <w:szCs w:val="28"/>
          <w:lang w:val="uk-UA" w:eastAsia="ru-RU"/>
        </w:rPr>
        <w:t>і</w:t>
      </w:r>
      <w:r w:rsidR="00B01C77" w:rsidRPr="008F4407">
        <w:rPr>
          <w:bCs/>
          <w:color w:val="000000" w:themeColor="text1"/>
          <w:szCs w:val="28"/>
          <w:lang w:val="uk-UA" w:eastAsia="ru-RU"/>
        </w:rPr>
        <w:t xml:space="preserve"> ос</w:t>
      </w:r>
      <w:r w:rsidR="00033435" w:rsidRPr="008F4407">
        <w:rPr>
          <w:bCs/>
          <w:color w:val="000000" w:themeColor="text1"/>
          <w:szCs w:val="28"/>
          <w:lang w:val="uk-UA" w:eastAsia="ru-RU"/>
        </w:rPr>
        <w:t>оби</w:t>
      </w:r>
      <w:r w:rsidR="00B01C77" w:rsidRPr="008F4407">
        <w:rPr>
          <w:bCs/>
          <w:color w:val="000000" w:themeColor="text1"/>
          <w:szCs w:val="28"/>
          <w:lang w:val="uk-UA" w:eastAsia="ru-RU"/>
        </w:rPr>
        <w:t xml:space="preserve"> – підприємці (за згодою)</w:t>
      </w:r>
      <w:r w:rsidRPr="008F4407">
        <w:rPr>
          <w:bCs/>
          <w:szCs w:val="28"/>
          <w:lang w:val="uk-UA"/>
        </w:rPr>
        <w:t>:</w:t>
      </w:r>
    </w:p>
    <w:p w14:paraId="0B26ECCC" w14:textId="77777777" w:rsidR="007764CA" w:rsidRPr="008F4407" w:rsidRDefault="00A9614F" w:rsidP="00E01B9E">
      <w:pPr>
        <w:spacing w:after="0" w:line="240" w:lineRule="auto"/>
        <w:ind w:firstLine="567"/>
        <w:jc w:val="both"/>
        <w:rPr>
          <w:szCs w:val="28"/>
          <w:lang w:val="uk-UA"/>
        </w:rPr>
      </w:pPr>
      <w:r w:rsidRPr="008F4407">
        <w:rPr>
          <w:szCs w:val="28"/>
          <w:lang w:val="uk-UA"/>
        </w:rPr>
        <w:lastRenderedPageBreak/>
        <w:t xml:space="preserve">беруть участь у виявленні та залученні молодих осіб NEET до ініціативи як суб’єкти виявлення і партнерські організації, у програмах молодіжного </w:t>
      </w:r>
      <w:proofErr w:type="spellStart"/>
      <w:r w:rsidRPr="008F4407">
        <w:rPr>
          <w:szCs w:val="28"/>
          <w:lang w:val="uk-UA"/>
        </w:rPr>
        <w:t>амбасадорства</w:t>
      </w:r>
      <w:proofErr w:type="spellEnd"/>
      <w:r w:rsidRPr="008F4407">
        <w:rPr>
          <w:szCs w:val="28"/>
          <w:lang w:val="uk-UA"/>
        </w:rPr>
        <w:t>, мобільній і вуличній молодіжній роботі;</w:t>
      </w:r>
    </w:p>
    <w:p w14:paraId="6F56F9F1" w14:textId="77777777" w:rsidR="007764CA" w:rsidRPr="008F4407" w:rsidRDefault="00A9614F" w:rsidP="00E01B9E">
      <w:pPr>
        <w:spacing w:after="0" w:line="240" w:lineRule="auto"/>
        <w:ind w:firstLine="567"/>
        <w:jc w:val="both"/>
        <w:rPr>
          <w:szCs w:val="28"/>
          <w:lang w:val="uk-UA"/>
        </w:rPr>
      </w:pPr>
      <w:r w:rsidRPr="008F4407">
        <w:rPr>
          <w:szCs w:val="28"/>
          <w:lang w:val="uk-UA"/>
        </w:rPr>
        <w:t>надають підготовчі послуги як суб’єкти молодіжної роботи, недержавні надавачі соціальних послуг, надавачі соціальної послуги з організації наставництва, залучені органами місцевого самоврядування суб’єкти надання безоплатної первинної правничої допомоги;</w:t>
      </w:r>
    </w:p>
    <w:p w14:paraId="76BF765A" w14:textId="7AB74C9E" w:rsidR="007764CA" w:rsidRPr="008F4407" w:rsidRDefault="00A9614F" w:rsidP="00E01B9E">
      <w:pPr>
        <w:spacing w:after="0" w:line="240" w:lineRule="auto"/>
        <w:ind w:firstLine="567"/>
        <w:jc w:val="both"/>
        <w:rPr>
          <w:szCs w:val="28"/>
          <w:lang w:val="uk-UA"/>
        </w:rPr>
      </w:pPr>
      <w:r w:rsidRPr="008F4407">
        <w:rPr>
          <w:szCs w:val="28"/>
          <w:lang w:val="uk-UA"/>
        </w:rPr>
        <w:t>беруть участь у картуванні</w:t>
      </w:r>
      <w:r w:rsidRPr="008F4407">
        <w:rPr>
          <w:i/>
          <w:szCs w:val="28"/>
          <w:lang w:val="uk-UA"/>
        </w:rPr>
        <w:t xml:space="preserve"> </w:t>
      </w:r>
      <w:r w:rsidRPr="008F4407">
        <w:rPr>
          <w:szCs w:val="28"/>
          <w:lang w:val="uk-UA"/>
        </w:rPr>
        <w:t>послуг</w:t>
      </w:r>
      <w:r w:rsidRPr="008F4407">
        <w:rPr>
          <w:color w:val="C00000"/>
          <w:szCs w:val="28"/>
          <w:lang w:val="uk-UA"/>
        </w:rPr>
        <w:t xml:space="preserve"> </w:t>
      </w:r>
      <w:r w:rsidRPr="008F4407">
        <w:rPr>
          <w:color w:val="000000" w:themeColor="text1"/>
          <w:szCs w:val="28"/>
          <w:lang w:val="uk-UA"/>
        </w:rPr>
        <w:t>та форм підтримки</w:t>
      </w:r>
      <w:r w:rsidRPr="008F4407">
        <w:rPr>
          <w:szCs w:val="28"/>
          <w:lang w:val="uk-UA"/>
        </w:rPr>
        <w:t>, регіональних молодіжних форумах, консультаціях з громадськістю, тестуванні електронних сервісів ініціативи;</w:t>
      </w:r>
    </w:p>
    <w:p w14:paraId="2A2C58CD" w14:textId="2395231A" w:rsidR="007764CA" w:rsidRPr="008F4407" w:rsidRDefault="00A9614F" w:rsidP="00E01B9E">
      <w:pPr>
        <w:spacing w:after="0" w:line="240" w:lineRule="auto"/>
        <w:ind w:firstLine="567"/>
        <w:jc w:val="both"/>
        <w:rPr>
          <w:szCs w:val="28"/>
          <w:lang w:val="uk-UA"/>
        </w:rPr>
      </w:pPr>
      <w:r w:rsidRPr="008F4407">
        <w:rPr>
          <w:szCs w:val="28"/>
          <w:lang w:val="uk-UA"/>
        </w:rPr>
        <w:t>беруть участь в аудиті доступності, експертизі адаптованих схем формування якісних пропозицій для молодих осіб NEET відповідно до потреби усунути бар'єри;</w:t>
      </w:r>
      <w:r w:rsidRPr="008F4407">
        <w:rPr>
          <w:i/>
          <w:szCs w:val="28"/>
          <w:lang w:val="uk-UA"/>
        </w:rPr>
        <w:t xml:space="preserve"> </w:t>
      </w:r>
    </w:p>
    <w:p w14:paraId="02577EED" w14:textId="77777777" w:rsidR="007764CA" w:rsidRPr="008F4407" w:rsidRDefault="00A9614F" w:rsidP="00E01B9E">
      <w:pPr>
        <w:spacing w:after="0" w:line="240" w:lineRule="auto"/>
        <w:ind w:firstLine="567"/>
        <w:jc w:val="both"/>
        <w:rPr>
          <w:szCs w:val="28"/>
          <w:lang w:val="uk-UA"/>
        </w:rPr>
      </w:pPr>
      <w:r w:rsidRPr="008F4407">
        <w:rPr>
          <w:szCs w:val="28"/>
          <w:lang w:val="uk-UA"/>
        </w:rPr>
        <w:t>поширюють інформацію про ініціативу через власні мережі та канали комунікації;</w:t>
      </w:r>
    </w:p>
    <w:p w14:paraId="71AD0464" w14:textId="217BD49F" w:rsidR="007764CA" w:rsidRPr="008F4407" w:rsidRDefault="00A9614F" w:rsidP="00E01B9E">
      <w:pPr>
        <w:spacing w:after="0" w:line="240" w:lineRule="auto"/>
        <w:ind w:firstLine="567"/>
        <w:jc w:val="both"/>
        <w:rPr>
          <w:szCs w:val="28"/>
          <w:lang w:val="uk-UA"/>
        </w:rPr>
      </w:pPr>
      <w:r w:rsidRPr="008F4407">
        <w:rPr>
          <w:szCs w:val="28"/>
          <w:lang w:val="uk-UA"/>
        </w:rPr>
        <w:t>беруть участь у громадському моніторингу та оцінюванні результатів впровадження ініціативи.</w:t>
      </w:r>
      <w:r w:rsidRPr="008F4407">
        <w:rPr>
          <w:i/>
          <w:color w:val="0032C8"/>
          <w:szCs w:val="28"/>
          <w:lang w:val="uk-UA"/>
        </w:rPr>
        <w:t xml:space="preserve"> </w:t>
      </w:r>
    </w:p>
    <w:p w14:paraId="158E5650" w14:textId="26988BEA" w:rsidR="007764CA" w:rsidRPr="008F4407" w:rsidRDefault="00A9614F" w:rsidP="00E01B9E">
      <w:pPr>
        <w:spacing w:after="0" w:line="240" w:lineRule="auto"/>
        <w:ind w:firstLine="709"/>
        <w:jc w:val="center"/>
        <w:rPr>
          <w:szCs w:val="28"/>
          <w:lang w:val="uk-UA"/>
        </w:rPr>
      </w:pPr>
      <w:r w:rsidRPr="008F4407">
        <w:rPr>
          <w:szCs w:val="28"/>
          <w:lang w:val="uk-UA"/>
        </w:rPr>
        <w:t>___________________</w:t>
      </w:r>
    </w:p>
    <w:sectPr w:rsidR="007764CA" w:rsidRPr="008F4407" w:rsidSect="00E01B9E">
      <w:headerReference w:type="default" r:id="rId8"/>
      <w:pgSz w:w="11906" w:h="16838"/>
      <w:pgMar w:top="1134" w:right="567" w:bottom="1276" w:left="1701" w:header="720" w:footer="720" w:gutter="0"/>
      <w:cols w:space="720"/>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373E48F" w14:textId="77777777" w:rsidR="009B3587" w:rsidRDefault="009B3587" w:rsidP="000822C1">
      <w:pPr>
        <w:spacing w:after="0" w:line="240" w:lineRule="auto"/>
      </w:pPr>
      <w:r>
        <w:separator/>
      </w:r>
    </w:p>
  </w:endnote>
  <w:endnote w:type="continuationSeparator" w:id="0">
    <w:p w14:paraId="515DA4D1" w14:textId="77777777" w:rsidR="009B3587" w:rsidRDefault="009B3587" w:rsidP="000822C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CC"/>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309020205020404"/>
    <w:charset w:val="00"/>
    <w:family w:val="auto"/>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AEA2833" w14:textId="77777777" w:rsidR="009B3587" w:rsidRDefault="009B3587" w:rsidP="000822C1">
      <w:pPr>
        <w:spacing w:after="0" w:line="240" w:lineRule="auto"/>
      </w:pPr>
      <w:r>
        <w:separator/>
      </w:r>
    </w:p>
  </w:footnote>
  <w:footnote w:type="continuationSeparator" w:id="0">
    <w:p w14:paraId="06237001" w14:textId="77777777" w:rsidR="009B3587" w:rsidRDefault="009B3587" w:rsidP="000822C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80790517"/>
      <w:docPartObj>
        <w:docPartGallery w:val="Page Numbers (Top of Page)"/>
        <w:docPartUnique/>
      </w:docPartObj>
    </w:sdtPr>
    <w:sdtContent>
      <w:p w14:paraId="1777A172" w14:textId="6A9DE5FE" w:rsidR="000822C1" w:rsidRDefault="000822C1">
        <w:pPr>
          <w:pStyle w:val="a5"/>
          <w:jc w:val="center"/>
        </w:pPr>
        <w:r>
          <w:fldChar w:fldCharType="begin"/>
        </w:r>
        <w:r>
          <w:instrText>PAGE   \* MERGEFORMAT</w:instrText>
        </w:r>
        <w:r>
          <w:fldChar w:fldCharType="separate"/>
        </w:r>
        <w:r>
          <w:rPr>
            <w:lang w:val="uk-UA"/>
          </w:rPr>
          <w:t>2</w:t>
        </w:r>
        <w:r>
          <w:fldChar w:fldCharType="end"/>
        </w:r>
      </w:p>
    </w:sdtContent>
  </w:sdt>
  <w:p w14:paraId="68C37A8B" w14:textId="77777777" w:rsidR="000822C1" w:rsidRDefault="000822C1">
    <w:pPr>
      <w:pStyle w:val="a5"/>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30"/>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20"/>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a"/>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a0"/>
      <w:lvlText w:val=""/>
      <w:lvlJc w:val="left"/>
      <w:pPr>
        <w:tabs>
          <w:tab w:val="num" w:pos="360"/>
        </w:tabs>
        <w:ind w:left="360" w:hanging="360"/>
      </w:pPr>
      <w:rPr>
        <w:rFonts w:ascii="Symbol" w:hAnsi="Symbol" w:hint="default"/>
      </w:rPr>
    </w:lvl>
  </w:abstractNum>
  <w:num w:numId="1" w16cid:durableId="40985103">
    <w:abstractNumId w:val="8"/>
  </w:num>
  <w:num w:numId="2" w16cid:durableId="758982865">
    <w:abstractNumId w:val="6"/>
  </w:num>
  <w:num w:numId="3" w16cid:durableId="66807382">
    <w:abstractNumId w:val="5"/>
  </w:num>
  <w:num w:numId="4" w16cid:durableId="1661277432">
    <w:abstractNumId w:val="4"/>
  </w:num>
  <w:num w:numId="5" w16cid:durableId="1390305341">
    <w:abstractNumId w:val="7"/>
  </w:num>
  <w:num w:numId="6" w16cid:durableId="1613512690">
    <w:abstractNumId w:val="3"/>
  </w:num>
  <w:num w:numId="7" w16cid:durableId="279917871">
    <w:abstractNumId w:val="2"/>
  </w:num>
  <w:num w:numId="8" w16cid:durableId="114495324">
    <w:abstractNumId w:val="1"/>
  </w:num>
  <w:num w:numId="9" w16cid:durableId="157524018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02158"/>
    <w:rsid w:val="00012B93"/>
    <w:rsid w:val="00033435"/>
    <w:rsid w:val="00034616"/>
    <w:rsid w:val="0003512B"/>
    <w:rsid w:val="00037829"/>
    <w:rsid w:val="00037C30"/>
    <w:rsid w:val="0006063C"/>
    <w:rsid w:val="00061DD5"/>
    <w:rsid w:val="00067C80"/>
    <w:rsid w:val="000822C1"/>
    <w:rsid w:val="000C36C8"/>
    <w:rsid w:val="000C3C7A"/>
    <w:rsid w:val="000E5E57"/>
    <w:rsid w:val="000E638D"/>
    <w:rsid w:val="000F23AC"/>
    <w:rsid w:val="000F66A0"/>
    <w:rsid w:val="00110C26"/>
    <w:rsid w:val="00145EF8"/>
    <w:rsid w:val="0015074B"/>
    <w:rsid w:val="00162402"/>
    <w:rsid w:val="0016547D"/>
    <w:rsid w:val="00165F70"/>
    <w:rsid w:val="001B188D"/>
    <w:rsid w:val="001C0164"/>
    <w:rsid w:val="001D2F72"/>
    <w:rsid w:val="001F12F5"/>
    <w:rsid w:val="001F2B13"/>
    <w:rsid w:val="001F2BEB"/>
    <w:rsid w:val="00245B3A"/>
    <w:rsid w:val="002461C5"/>
    <w:rsid w:val="00260140"/>
    <w:rsid w:val="00264E7E"/>
    <w:rsid w:val="0029639D"/>
    <w:rsid w:val="00297A05"/>
    <w:rsid w:val="002A264E"/>
    <w:rsid w:val="002A59AF"/>
    <w:rsid w:val="002B6B59"/>
    <w:rsid w:val="002E1E30"/>
    <w:rsid w:val="003156C1"/>
    <w:rsid w:val="00326F90"/>
    <w:rsid w:val="00363979"/>
    <w:rsid w:val="00380B8F"/>
    <w:rsid w:val="00386CF1"/>
    <w:rsid w:val="00393223"/>
    <w:rsid w:val="003A44CA"/>
    <w:rsid w:val="003B671D"/>
    <w:rsid w:val="003D05D0"/>
    <w:rsid w:val="003D2E6C"/>
    <w:rsid w:val="003E03EA"/>
    <w:rsid w:val="003E7615"/>
    <w:rsid w:val="003E79A4"/>
    <w:rsid w:val="003F25E6"/>
    <w:rsid w:val="00401EAF"/>
    <w:rsid w:val="004077B4"/>
    <w:rsid w:val="004107C6"/>
    <w:rsid w:val="0041343C"/>
    <w:rsid w:val="00415E9A"/>
    <w:rsid w:val="00420DD7"/>
    <w:rsid w:val="00441A68"/>
    <w:rsid w:val="0044684F"/>
    <w:rsid w:val="0048213D"/>
    <w:rsid w:val="004B10B4"/>
    <w:rsid w:val="00525E9A"/>
    <w:rsid w:val="00532666"/>
    <w:rsid w:val="00534B2B"/>
    <w:rsid w:val="005458DF"/>
    <w:rsid w:val="005554B3"/>
    <w:rsid w:val="00571503"/>
    <w:rsid w:val="00572499"/>
    <w:rsid w:val="0057304F"/>
    <w:rsid w:val="00592622"/>
    <w:rsid w:val="005A0810"/>
    <w:rsid w:val="005A115F"/>
    <w:rsid w:val="005A12C8"/>
    <w:rsid w:val="005C76DE"/>
    <w:rsid w:val="005D60B6"/>
    <w:rsid w:val="005F605D"/>
    <w:rsid w:val="006345A7"/>
    <w:rsid w:val="00654BDB"/>
    <w:rsid w:val="0065500C"/>
    <w:rsid w:val="00676673"/>
    <w:rsid w:val="006815DA"/>
    <w:rsid w:val="006862E3"/>
    <w:rsid w:val="00691334"/>
    <w:rsid w:val="006B5DBC"/>
    <w:rsid w:val="006B6BD2"/>
    <w:rsid w:val="006C141B"/>
    <w:rsid w:val="006C4BC7"/>
    <w:rsid w:val="006D79C6"/>
    <w:rsid w:val="006E5F0A"/>
    <w:rsid w:val="006F041B"/>
    <w:rsid w:val="00711679"/>
    <w:rsid w:val="00742031"/>
    <w:rsid w:val="00754186"/>
    <w:rsid w:val="00763CD7"/>
    <w:rsid w:val="007764CA"/>
    <w:rsid w:val="00780973"/>
    <w:rsid w:val="007C2BD2"/>
    <w:rsid w:val="00800ECE"/>
    <w:rsid w:val="008265A8"/>
    <w:rsid w:val="00853EC7"/>
    <w:rsid w:val="00855CB0"/>
    <w:rsid w:val="00864E04"/>
    <w:rsid w:val="00866CB5"/>
    <w:rsid w:val="00880982"/>
    <w:rsid w:val="00882803"/>
    <w:rsid w:val="008A0BB6"/>
    <w:rsid w:val="008B46FF"/>
    <w:rsid w:val="008F4407"/>
    <w:rsid w:val="008F799A"/>
    <w:rsid w:val="00904797"/>
    <w:rsid w:val="00904DAD"/>
    <w:rsid w:val="00905078"/>
    <w:rsid w:val="00916782"/>
    <w:rsid w:val="00940CAD"/>
    <w:rsid w:val="00944EAC"/>
    <w:rsid w:val="00946071"/>
    <w:rsid w:val="00950B65"/>
    <w:rsid w:val="00956E7D"/>
    <w:rsid w:val="0096310B"/>
    <w:rsid w:val="0096401A"/>
    <w:rsid w:val="009728A8"/>
    <w:rsid w:val="009A3128"/>
    <w:rsid w:val="009B3587"/>
    <w:rsid w:val="009D0B5D"/>
    <w:rsid w:val="009E3FAC"/>
    <w:rsid w:val="009E3FDC"/>
    <w:rsid w:val="00A10E63"/>
    <w:rsid w:val="00A11F84"/>
    <w:rsid w:val="00A14332"/>
    <w:rsid w:val="00A400E4"/>
    <w:rsid w:val="00A5636A"/>
    <w:rsid w:val="00A62DCC"/>
    <w:rsid w:val="00A846D5"/>
    <w:rsid w:val="00A9614F"/>
    <w:rsid w:val="00AA1D8D"/>
    <w:rsid w:val="00AB1283"/>
    <w:rsid w:val="00AD177D"/>
    <w:rsid w:val="00AE5A0F"/>
    <w:rsid w:val="00AF2215"/>
    <w:rsid w:val="00AF2343"/>
    <w:rsid w:val="00B01C77"/>
    <w:rsid w:val="00B47730"/>
    <w:rsid w:val="00B479AA"/>
    <w:rsid w:val="00B55D61"/>
    <w:rsid w:val="00B66876"/>
    <w:rsid w:val="00B80A59"/>
    <w:rsid w:val="00BC312F"/>
    <w:rsid w:val="00BF19F0"/>
    <w:rsid w:val="00BF2851"/>
    <w:rsid w:val="00C01FF7"/>
    <w:rsid w:val="00C422C7"/>
    <w:rsid w:val="00C622C9"/>
    <w:rsid w:val="00C90285"/>
    <w:rsid w:val="00C95524"/>
    <w:rsid w:val="00CB0664"/>
    <w:rsid w:val="00CB4821"/>
    <w:rsid w:val="00CB5086"/>
    <w:rsid w:val="00CD625E"/>
    <w:rsid w:val="00D103C6"/>
    <w:rsid w:val="00D1511B"/>
    <w:rsid w:val="00D33297"/>
    <w:rsid w:val="00D33D27"/>
    <w:rsid w:val="00D37C7F"/>
    <w:rsid w:val="00D418E1"/>
    <w:rsid w:val="00D43A07"/>
    <w:rsid w:val="00D43D1E"/>
    <w:rsid w:val="00D50F45"/>
    <w:rsid w:val="00D8532B"/>
    <w:rsid w:val="00DB7093"/>
    <w:rsid w:val="00DB782F"/>
    <w:rsid w:val="00DD4DBE"/>
    <w:rsid w:val="00DE1B80"/>
    <w:rsid w:val="00DE2E17"/>
    <w:rsid w:val="00DF1419"/>
    <w:rsid w:val="00E00489"/>
    <w:rsid w:val="00E01B9E"/>
    <w:rsid w:val="00E0565E"/>
    <w:rsid w:val="00E31F9C"/>
    <w:rsid w:val="00E60EB1"/>
    <w:rsid w:val="00EB14D7"/>
    <w:rsid w:val="00EE0612"/>
    <w:rsid w:val="00EE4E60"/>
    <w:rsid w:val="00F10662"/>
    <w:rsid w:val="00F31C42"/>
    <w:rsid w:val="00F5219F"/>
    <w:rsid w:val="00F77549"/>
    <w:rsid w:val="00F85FD6"/>
    <w:rsid w:val="00F94A0B"/>
    <w:rsid w:val="00FA3133"/>
    <w:rsid w:val="00FC693F"/>
    <w:rsid w:val="00FE39D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48650238"/>
  <w14:defaultImageDpi w14:val="300"/>
  <w15:docId w15:val="{EEC4820D-C371-4D45-9700-4F15CF9964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qFormat/>
    <w:rsid w:val="00FC693F"/>
    <w:rPr>
      <w:rFonts w:ascii="Times New Roman" w:eastAsia="Times New Roman" w:hAnsi="Times New Roman" w:cs="Times New Roman"/>
      <w:sz w:val="28"/>
    </w:rPr>
  </w:style>
  <w:style w:type="paragraph" w:styleId="1">
    <w:name w:val="heading 1"/>
    <w:basedOn w:val="a1"/>
    <w:next w:val="a1"/>
    <w:link w:val="10"/>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Cs w:val="28"/>
    </w:rPr>
  </w:style>
  <w:style w:type="paragraph" w:styleId="21">
    <w:name w:val="heading 2"/>
    <w:basedOn w:val="a1"/>
    <w:next w:val="a1"/>
    <w:link w:val="22"/>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1">
    <w:name w:val="heading 3"/>
    <w:basedOn w:val="a1"/>
    <w:next w:val="a1"/>
    <w:link w:val="32"/>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basedOn w:val="a1"/>
    <w:next w:val="a1"/>
    <w:link w:val="40"/>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1"/>
    <w:next w:val="a1"/>
    <w:link w:val="50"/>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6">
    <w:name w:val="heading 6"/>
    <w:basedOn w:val="a1"/>
    <w:next w:val="a1"/>
    <w:link w:val="60"/>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7">
    <w:name w:val="heading 7"/>
    <w:basedOn w:val="a1"/>
    <w:next w:val="a1"/>
    <w:link w:val="70"/>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8">
    <w:name w:val="heading 8"/>
    <w:basedOn w:val="a1"/>
    <w:next w:val="a1"/>
    <w:link w:val="80"/>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9">
    <w:name w:val="heading 9"/>
    <w:basedOn w:val="a1"/>
    <w:next w:val="a1"/>
    <w:link w:val="90"/>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header"/>
    <w:basedOn w:val="a1"/>
    <w:link w:val="a6"/>
    <w:uiPriority w:val="99"/>
    <w:unhideWhenUsed/>
    <w:rsid w:val="00E618BF"/>
    <w:pPr>
      <w:tabs>
        <w:tab w:val="center" w:pos="4680"/>
        <w:tab w:val="right" w:pos="9360"/>
      </w:tabs>
      <w:spacing w:after="0" w:line="240" w:lineRule="auto"/>
    </w:pPr>
  </w:style>
  <w:style w:type="character" w:customStyle="1" w:styleId="a6">
    <w:name w:val="Верхній колонтитул Знак"/>
    <w:basedOn w:val="a2"/>
    <w:link w:val="a5"/>
    <w:uiPriority w:val="99"/>
    <w:rsid w:val="00E618BF"/>
  </w:style>
  <w:style w:type="paragraph" w:styleId="a7">
    <w:name w:val="footer"/>
    <w:basedOn w:val="a1"/>
    <w:link w:val="a8"/>
    <w:uiPriority w:val="99"/>
    <w:unhideWhenUsed/>
    <w:rsid w:val="00E618BF"/>
    <w:pPr>
      <w:tabs>
        <w:tab w:val="center" w:pos="4680"/>
        <w:tab w:val="right" w:pos="9360"/>
      </w:tabs>
      <w:spacing w:after="0" w:line="240" w:lineRule="auto"/>
    </w:pPr>
  </w:style>
  <w:style w:type="character" w:customStyle="1" w:styleId="a8">
    <w:name w:val="Нижній колонтитул Знак"/>
    <w:basedOn w:val="a2"/>
    <w:link w:val="a7"/>
    <w:uiPriority w:val="99"/>
    <w:rsid w:val="00E618BF"/>
  </w:style>
  <w:style w:type="paragraph" w:styleId="a9">
    <w:name w:val="No Spacing"/>
    <w:uiPriority w:val="1"/>
    <w:qFormat/>
    <w:rsid w:val="00FC693F"/>
    <w:pPr>
      <w:spacing w:after="0" w:line="240" w:lineRule="auto"/>
    </w:pPr>
  </w:style>
  <w:style w:type="character" w:customStyle="1" w:styleId="10">
    <w:name w:val="Заголовок 1 Знак"/>
    <w:basedOn w:val="a2"/>
    <w:link w:val="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22">
    <w:name w:val="Заголовок 2 Знак"/>
    <w:basedOn w:val="a2"/>
    <w:link w:val="21"/>
    <w:uiPriority w:val="9"/>
    <w:rsid w:val="00FC693F"/>
    <w:rPr>
      <w:rFonts w:asciiTheme="majorHAnsi" w:eastAsiaTheme="majorEastAsia" w:hAnsiTheme="majorHAnsi" w:cstheme="majorBidi"/>
      <w:b/>
      <w:bCs/>
      <w:color w:val="4F81BD" w:themeColor="accent1"/>
      <w:sz w:val="26"/>
      <w:szCs w:val="26"/>
    </w:rPr>
  </w:style>
  <w:style w:type="character" w:customStyle="1" w:styleId="32">
    <w:name w:val="Заголовок 3 Знак"/>
    <w:basedOn w:val="a2"/>
    <w:link w:val="31"/>
    <w:uiPriority w:val="9"/>
    <w:rsid w:val="00FC693F"/>
    <w:rPr>
      <w:rFonts w:asciiTheme="majorHAnsi" w:eastAsiaTheme="majorEastAsia" w:hAnsiTheme="majorHAnsi" w:cstheme="majorBidi"/>
      <w:b/>
      <w:bCs/>
      <w:color w:val="4F81BD" w:themeColor="accent1"/>
    </w:rPr>
  </w:style>
  <w:style w:type="paragraph" w:styleId="aa">
    <w:name w:val="Title"/>
    <w:basedOn w:val="a1"/>
    <w:next w:val="a1"/>
    <w:link w:val="ab"/>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b">
    <w:name w:val="Назва Знак"/>
    <w:basedOn w:val="a2"/>
    <w:link w:val="aa"/>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ac">
    <w:name w:val="Subtitle"/>
    <w:basedOn w:val="a1"/>
    <w:next w:val="a1"/>
    <w:link w:val="ad"/>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ad">
    <w:name w:val="Підзаголовок Знак"/>
    <w:basedOn w:val="a2"/>
    <w:link w:val="ac"/>
    <w:uiPriority w:val="11"/>
    <w:rsid w:val="00FC693F"/>
    <w:rPr>
      <w:rFonts w:asciiTheme="majorHAnsi" w:eastAsiaTheme="majorEastAsia" w:hAnsiTheme="majorHAnsi" w:cstheme="majorBidi"/>
      <w:i/>
      <w:iCs/>
      <w:color w:val="4F81BD" w:themeColor="accent1"/>
      <w:spacing w:val="15"/>
      <w:sz w:val="24"/>
      <w:szCs w:val="24"/>
    </w:rPr>
  </w:style>
  <w:style w:type="paragraph" w:styleId="ae">
    <w:name w:val="List Paragraph"/>
    <w:basedOn w:val="a1"/>
    <w:uiPriority w:val="34"/>
    <w:qFormat/>
    <w:rsid w:val="00FC693F"/>
    <w:pPr>
      <w:ind w:left="720"/>
      <w:contextualSpacing/>
    </w:pPr>
  </w:style>
  <w:style w:type="paragraph" w:styleId="af">
    <w:name w:val="Body Text"/>
    <w:basedOn w:val="a1"/>
    <w:link w:val="af0"/>
    <w:uiPriority w:val="99"/>
    <w:unhideWhenUsed/>
    <w:rsid w:val="00AA1D8D"/>
    <w:pPr>
      <w:spacing w:after="120"/>
    </w:pPr>
  </w:style>
  <w:style w:type="character" w:customStyle="1" w:styleId="af0">
    <w:name w:val="Основний текст Знак"/>
    <w:basedOn w:val="a2"/>
    <w:link w:val="af"/>
    <w:uiPriority w:val="99"/>
    <w:rsid w:val="00AA1D8D"/>
  </w:style>
  <w:style w:type="paragraph" w:styleId="23">
    <w:name w:val="Body Text 2"/>
    <w:basedOn w:val="a1"/>
    <w:link w:val="24"/>
    <w:uiPriority w:val="99"/>
    <w:unhideWhenUsed/>
    <w:rsid w:val="00AA1D8D"/>
    <w:pPr>
      <w:spacing w:after="120" w:line="480" w:lineRule="auto"/>
    </w:pPr>
  </w:style>
  <w:style w:type="character" w:customStyle="1" w:styleId="24">
    <w:name w:val="Основний текст 2 Знак"/>
    <w:basedOn w:val="a2"/>
    <w:link w:val="23"/>
    <w:uiPriority w:val="99"/>
    <w:rsid w:val="00AA1D8D"/>
  </w:style>
  <w:style w:type="paragraph" w:styleId="33">
    <w:name w:val="Body Text 3"/>
    <w:basedOn w:val="a1"/>
    <w:link w:val="34"/>
    <w:uiPriority w:val="99"/>
    <w:unhideWhenUsed/>
    <w:rsid w:val="00AA1D8D"/>
    <w:pPr>
      <w:spacing w:after="120"/>
    </w:pPr>
    <w:rPr>
      <w:sz w:val="16"/>
      <w:szCs w:val="16"/>
    </w:rPr>
  </w:style>
  <w:style w:type="character" w:customStyle="1" w:styleId="34">
    <w:name w:val="Основний текст 3 Знак"/>
    <w:basedOn w:val="a2"/>
    <w:link w:val="33"/>
    <w:uiPriority w:val="99"/>
    <w:rsid w:val="00AA1D8D"/>
    <w:rPr>
      <w:sz w:val="16"/>
      <w:szCs w:val="16"/>
    </w:rPr>
  </w:style>
  <w:style w:type="paragraph" w:styleId="af1">
    <w:name w:val="List"/>
    <w:basedOn w:val="a1"/>
    <w:uiPriority w:val="99"/>
    <w:unhideWhenUsed/>
    <w:rsid w:val="00AA1D8D"/>
    <w:pPr>
      <w:ind w:left="360" w:hanging="360"/>
      <w:contextualSpacing/>
    </w:pPr>
  </w:style>
  <w:style w:type="paragraph" w:styleId="25">
    <w:name w:val="List 2"/>
    <w:basedOn w:val="a1"/>
    <w:uiPriority w:val="99"/>
    <w:unhideWhenUsed/>
    <w:rsid w:val="00326F90"/>
    <w:pPr>
      <w:ind w:left="720" w:hanging="360"/>
      <w:contextualSpacing/>
    </w:pPr>
  </w:style>
  <w:style w:type="paragraph" w:styleId="35">
    <w:name w:val="List 3"/>
    <w:basedOn w:val="a1"/>
    <w:uiPriority w:val="99"/>
    <w:unhideWhenUsed/>
    <w:rsid w:val="00326F90"/>
    <w:pPr>
      <w:ind w:left="1080" w:hanging="360"/>
      <w:contextualSpacing/>
    </w:pPr>
  </w:style>
  <w:style w:type="paragraph" w:styleId="a0">
    <w:name w:val="List Bullet"/>
    <w:basedOn w:val="a1"/>
    <w:uiPriority w:val="99"/>
    <w:unhideWhenUsed/>
    <w:rsid w:val="00326F90"/>
    <w:pPr>
      <w:numPr>
        <w:numId w:val="1"/>
      </w:numPr>
      <w:contextualSpacing/>
    </w:pPr>
  </w:style>
  <w:style w:type="paragraph" w:styleId="20">
    <w:name w:val="List Bullet 2"/>
    <w:basedOn w:val="a1"/>
    <w:uiPriority w:val="99"/>
    <w:unhideWhenUsed/>
    <w:rsid w:val="00326F90"/>
    <w:pPr>
      <w:numPr>
        <w:numId w:val="2"/>
      </w:numPr>
      <w:contextualSpacing/>
    </w:pPr>
  </w:style>
  <w:style w:type="paragraph" w:styleId="30">
    <w:name w:val="List Bullet 3"/>
    <w:basedOn w:val="a1"/>
    <w:uiPriority w:val="99"/>
    <w:unhideWhenUsed/>
    <w:rsid w:val="00326F90"/>
    <w:pPr>
      <w:numPr>
        <w:numId w:val="3"/>
      </w:numPr>
      <w:contextualSpacing/>
    </w:pPr>
  </w:style>
  <w:style w:type="paragraph" w:styleId="a">
    <w:name w:val="List Number"/>
    <w:basedOn w:val="a1"/>
    <w:uiPriority w:val="99"/>
    <w:unhideWhenUsed/>
    <w:rsid w:val="00326F90"/>
    <w:pPr>
      <w:numPr>
        <w:numId w:val="5"/>
      </w:numPr>
      <w:contextualSpacing/>
    </w:pPr>
  </w:style>
  <w:style w:type="paragraph" w:styleId="2">
    <w:name w:val="List Number 2"/>
    <w:basedOn w:val="a1"/>
    <w:uiPriority w:val="99"/>
    <w:unhideWhenUsed/>
    <w:rsid w:val="0029639D"/>
    <w:pPr>
      <w:numPr>
        <w:numId w:val="6"/>
      </w:numPr>
      <w:contextualSpacing/>
    </w:pPr>
  </w:style>
  <w:style w:type="paragraph" w:styleId="3">
    <w:name w:val="List Number 3"/>
    <w:basedOn w:val="a1"/>
    <w:uiPriority w:val="99"/>
    <w:unhideWhenUsed/>
    <w:rsid w:val="0029639D"/>
    <w:pPr>
      <w:numPr>
        <w:numId w:val="7"/>
      </w:numPr>
      <w:contextualSpacing/>
    </w:pPr>
  </w:style>
  <w:style w:type="paragraph" w:styleId="af2">
    <w:name w:val="List Continue"/>
    <w:basedOn w:val="a1"/>
    <w:uiPriority w:val="99"/>
    <w:unhideWhenUsed/>
    <w:rsid w:val="0029639D"/>
    <w:pPr>
      <w:spacing w:after="120"/>
      <w:ind w:left="360"/>
      <w:contextualSpacing/>
    </w:pPr>
  </w:style>
  <w:style w:type="paragraph" w:styleId="26">
    <w:name w:val="List Continue 2"/>
    <w:basedOn w:val="a1"/>
    <w:uiPriority w:val="99"/>
    <w:unhideWhenUsed/>
    <w:rsid w:val="0029639D"/>
    <w:pPr>
      <w:spacing w:after="120"/>
      <w:ind w:left="720"/>
      <w:contextualSpacing/>
    </w:pPr>
  </w:style>
  <w:style w:type="paragraph" w:styleId="36">
    <w:name w:val="List Continue 3"/>
    <w:basedOn w:val="a1"/>
    <w:uiPriority w:val="99"/>
    <w:unhideWhenUsed/>
    <w:rsid w:val="0029639D"/>
    <w:pPr>
      <w:spacing w:after="120"/>
      <w:ind w:left="1080"/>
      <w:contextualSpacing/>
    </w:pPr>
  </w:style>
  <w:style w:type="paragraph" w:styleId="af3">
    <w:name w:val="macro"/>
    <w:link w:val="af4"/>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af4">
    <w:name w:val="Текст макросу Знак"/>
    <w:basedOn w:val="a2"/>
    <w:link w:val="af3"/>
    <w:uiPriority w:val="99"/>
    <w:rsid w:val="0029639D"/>
    <w:rPr>
      <w:rFonts w:ascii="Courier" w:hAnsi="Courier"/>
      <w:sz w:val="20"/>
      <w:szCs w:val="20"/>
    </w:rPr>
  </w:style>
  <w:style w:type="paragraph" w:styleId="af5">
    <w:name w:val="Quote"/>
    <w:basedOn w:val="a1"/>
    <w:next w:val="a1"/>
    <w:link w:val="af6"/>
    <w:uiPriority w:val="29"/>
    <w:qFormat/>
    <w:rsid w:val="00FC693F"/>
    <w:rPr>
      <w:i/>
      <w:iCs/>
      <w:color w:val="000000" w:themeColor="text1"/>
    </w:rPr>
  </w:style>
  <w:style w:type="character" w:customStyle="1" w:styleId="af6">
    <w:name w:val="Цитата Знак"/>
    <w:basedOn w:val="a2"/>
    <w:link w:val="af5"/>
    <w:uiPriority w:val="29"/>
    <w:rsid w:val="00FC693F"/>
    <w:rPr>
      <w:i/>
      <w:iCs/>
      <w:color w:val="000000" w:themeColor="text1"/>
    </w:rPr>
  </w:style>
  <w:style w:type="character" w:customStyle="1" w:styleId="40">
    <w:name w:val="Заголовок 4 Знак"/>
    <w:basedOn w:val="a2"/>
    <w:link w:val="4"/>
    <w:uiPriority w:val="9"/>
    <w:semiHidden/>
    <w:rsid w:val="00FC693F"/>
    <w:rPr>
      <w:rFonts w:asciiTheme="majorHAnsi" w:eastAsiaTheme="majorEastAsia" w:hAnsiTheme="majorHAnsi" w:cstheme="majorBidi"/>
      <w:b/>
      <w:bCs/>
      <w:i/>
      <w:iCs/>
      <w:color w:val="4F81BD" w:themeColor="accent1"/>
    </w:rPr>
  </w:style>
  <w:style w:type="character" w:customStyle="1" w:styleId="50">
    <w:name w:val="Заголовок 5 Знак"/>
    <w:basedOn w:val="a2"/>
    <w:link w:val="5"/>
    <w:uiPriority w:val="9"/>
    <w:semiHidden/>
    <w:rsid w:val="00FC693F"/>
    <w:rPr>
      <w:rFonts w:asciiTheme="majorHAnsi" w:eastAsiaTheme="majorEastAsia" w:hAnsiTheme="majorHAnsi" w:cstheme="majorBidi"/>
      <w:color w:val="243F60" w:themeColor="accent1" w:themeShade="7F"/>
    </w:rPr>
  </w:style>
  <w:style w:type="character" w:customStyle="1" w:styleId="60">
    <w:name w:val="Заголовок 6 Знак"/>
    <w:basedOn w:val="a2"/>
    <w:link w:val="6"/>
    <w:uiPriority w:val="9"/>
    <w:semiHidden/>
    <w:rsid w:val="00FC693F"/>
    <w:rPr>
      <w:rFonts w:asciiTheme="majorHAnsi" w:eastAsiaTheme="majorEastAsia" w:hAnsiTheme="majorHAnsi" w:cstheme="majorBidi"/>
      <w:i/>
      <w:iCs/>
      <w:color w:val="243F60" w:themeColor="accent1" w:themeShade="7F"/>
    </w:rPr>
  </w:style>
  <w:style w:type="character" w:customStyle="1" w:styleId="70">
    <w:name w:val="Заголовок 7 Знак"/>
    <w:basedOn w:val="a2"/>
    <w:link w:val="7"/>
    <w:uiPriority w:val="9"/>
    <w:semiHidden/>
    <w:rsid w:val="00FC693F"/>
    <w:rPr>
      <w:rFonts w:asciiTheme="majorHAnsi" w:eastAsiaTheme="majorEastAsia" w:hAnsiTheme="majorHAnsi" w:cstheme="majorBidi"/>
      <w:i/>
      <w:iCs/>
      <w:color w:val="404040" w:themeColor="text1" w:themeTint="BF"/>
    </w:rPr>
  </w:style>
  <w:style w:type="character" w:customStyle="1" w:styleId="80">
    <w:name w:val="Заголовок 8 Знак"/>
    <w:basedOn w:val="a2"/>
    <w:link w:val="8"/>
    <w:uiPriority w:val="9"/>
    <w:semiHidden/>
    <w:rsid w:val="00FC693F"/>
    <w:rPr>
      <w:rFonts w:asciiTheme="majorHAnsi" w:eastAsiaTheme="majorEastAsia" w:hAnsiTheme="majorHAnsi" w:cstheme="majorBidi"/>
      <w:color w:val="4F81BD" w:themeColor="accent1"/>
      <w:sz w:val="20"/>
      <w:szCs w:val="20"/>
    </w:rPr>
  </w:style>
  <w:style w:type="character" w:customStyle="1" w:styleId="90">
    <w:name w:val="Заголовок 9 Знак"/>
    <w:basedOn w:val="a2"/>
    <w:link w:val="9"/>
    <w:uiPriority w:val="9"/>
    <w:semiHidden/>
    <w:rsid w:val="00FC693F"/>
    <w:rPr>
      <w:rFonts w:asciiTheme="majorHAnsi" w:eastAsiaTheme="majorEastAsia" w:hAnsiTheme="majorHAnsi" w:cstheme="majorBidi"/>
      <w:i/>
      <w:iCs/>
      <w:color w:val="404040" w:themeColor="text1" w:themeTint="BF"/>
      <w:sz w:val="20"/>
      <w:szCs w:val="20"/>
    </w:rPr>
  </w:style>
  <w:style w:type="paragraph" w:styleId="af7">
    <w:name w:val="caption"/>
    <w:basedOn w:val="a1"/>
    <w:next w:val="a1"/>
    <w:uiPriority w:val="35"/>
    <w:semiHidden/>
    <w:unhideWhenUsed/>
    <w:qFormat/>
    <w:rsid w:val="00FC693F"/>
    <w:pPr>
      <w:spacing w:line="240" w:lineRule="auto"/>
    </w:pPr>
    <w:rPr>
      <w:b/>
      <w:bCs/>
      <w:color w:val="4F81BD" w:themeColor="accent1"/>
      <w:sz w:val="18"/>
      <w:szCs w:val="18"/>
    </w:rPr>
  </w:style>
  <w:style w:type="character" w:styleId="af8">
    <w:name w:val="Strong"/>
    <w:basedOn w:val="a2"/>
    <w:uiPriority w:val="22"/>
    <w:qFormat/>
    <w:rsid w:val="00FC693F"/>
    <w:rPr>
      <w:b/>
      <w:bCs/>
    </w:rPr>
  </w:style>
  <w:style w:type="character" w:styleId="af9">
    <w:name w:val="Emphasis"/>
    <w:basedOn w:val="a2"/>
    <w:uiPriority w:val="20"/>
    <w:qFormat/>
    <w:rsid w:val="00FC693F"/>
    <w:rPr>
      <w:i/>
      <w:iCs/>
    </w:rPr>
  </w:style>
  <w:style w:type="paragraph" w:styleId="afa">
    <w:name w:val="Intense Quote"/>
    <w:basedOn w:val="a1"/>
    <w:next w:val="a1"/>
    <w:link w:val="afb"/>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afb">
    <w:name w:val="Насичена цитата Знак"/>
    <w:basedOn w:val="a2"/>
    <w:link w:val="afa"/>
    <w:uiPriority w:val="30"/>
    <w:rsid w:val="00FC693F"/>
    <w:rPr>
      <w:b/>
      <w:bCs/>
      <w:i/>
      <w:iCs/>
      <w:color w:val="4F81BD" w:themeColor="accent1"/>
    </w:rPr>
  </w:style>
  <w:style w:type="character" w:styleId="afc">
    <w:name w:val="Subtle Emphasis"/>
    <w:basedOn w:val="a2"/>
    <w:uiPriority w:val="19"/>
    <w:qFormat/>
    <w:rsid w:val="00FC693F"/>
    <w:rPr>
      <w:i/>
      <w:iCs/>
      <w:color w:val="808080" w:themeColor="text1" w:themeTint="7F"/>
    </w:rPr>
  </w:style>
  <w:style w:type="character" w:styleId="afd">
    <w:name w:val="Intense Emphasis"/>
    <w:basedOn w:val="a2"/>
    <w:uiPriority w:val="21"/>
    <w:qFormat/>
    <w:rsid w:val="00FC693F"/>
    <w:rPr>
      <w:b/>
      <w:bCs/>
      <w:i/>
      <w:iCs/>
      <w:color w:val="4F81BD" w:themeColor="accent1"/>
    </w:rPr>
  </w:style>
  <w:style w:type="character" w:styleId="afe">
    <w:name w:val="Subtle Reference"/>
    <w:basedOn w:val="a2"/>
    <w:uiPriority w:val="31"/>
    <w:qFormat/>
    <w:rsid w:val="00FC693F"/>
    <w:rPr>
      <w:smallCaps/>
      <w:color w:val="C0504D" w:themeColor="accent2"/>
      <w:u w:val="single"/>
    </w:rPr>
  </w:style>
  <w:style w:type="character" w:styleId="aff">
    <w:name w:val="Intense Reference"/>
    <w:basedOn w:val="a2"/>
    <w:uiPriority w:val="32"/>
    <w:qFormat/>
    <w:rsid w:val="00FC693F"/>
    <w:rPr>
      <w:b/>
      <w:bCs/>
      <w:smallCaps/>
      <w:color w:val="C0504D" w:themeColor="accent2"/>
      <w:spacing w:val="5"/>
      <w:u w:val="single"/>
    </w:rPr>
  </w:style>
  <w:style w:type="character" w:styleId="aff0">
    <w:name w:val="Book Title"/>
    <w:basedOn w:val="a2"/>
    <w:uiPriority w:val="33"/>
    <w:qFormat/>
    <w:rsid w:val="00FC693F"/>
    <w:rPr>
      <w:b/>
      <w:bCs/>
      <w:smallCaps/>
      <w:spacing w:val="5"/>
    </w:rPr>
  </w:style>
  <w:style w:type="paragraph" w:styleId="aff1">
    <w:name w:val="TOC Heading"/>
    <w:basedOn w:val="1"/>
    <w:next w:val="a1"/>
    <w:uiPriority w:val="39"/>
    <w:semiHidden/>
    <w:unhideWhenUsed/>
    <w:qFormat/>
    <w:rsid w:val="00FC693F"/>
    <w:pPr>
      <w:outlineLvl w:val="9"/>
    </w:pPr>
  </w:style>
  <w:style w:type="table" w:styleId="aff2">
    <w:name w:val="Table Grid"/>
    <w:basedOn w:val="a3"/>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ff3">
    <w:name w:val="Light Shading"/>
    <w:basedOn w:val="a3"/>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11">
    <w:name w:val="Light Shading Accent 1"/>
    <w:basedOn w:val="a3"/>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27">
    <w:name w:val="Light Shading Accent 2"/>
    <w:basedOn w:val="a3"/>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37">
    <w:name w:val="Light Shading Accent 3"/>
    <w:basedOn w:val="a3"/>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41">
    <w:name w:val="Light Shading Accent 4"/>
    <w:basedOn w:val="a3"/>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51">
    <w:name w:val="Light Shading Accent 5"/>
    <w:basedOn w:val="a3"/>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61">
    <w:name w:val="Light Shading Accent 6"/>
    <w:basedOn w:val="a3"/>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aff4">
    <w:name w:val="Light List"/>
    <w:basedOn w:val="a3"/>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12">
    <w:name w:val="Light List Accent 1"/>
    <w:basedOn w:val="a3"/>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28">
    <w:name w:val="Light List Accent 2"/>
    <w:basedOn w:val="a3"/>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38">
    <w:name w:val="Light List Accent 3"/>
    <w:basedOn w:val="a3"/>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42">
    <w:name w:val="Light List Accent 4"/>
    <w:basedOn w:val="a3"/>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52">
    <w:name w:val="Light List Accent 5"/>
    <w:basedOn w:val="a3"/>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62">
    <w:name w:val="Light List Accent 6"/>
    <w:basedOn w:val="a3"/>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aff5">
    <w:name w:val="Light Grid"/>
    <w:basedOn w:val="a3"/>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13">
    <w:name w:val="Light Grid Accent 1"/>
    <w:basedOn w:val="a3"/>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29">
    <w:name w:val="Light Grid Accent 2"/>
    <w:basedOn w:val="a3"/>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39">
    <w:name w:val="Light Grid Accent 3"/>
    <w:basedOn w:val="a3"/>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43">
    <w:name w:val="Light Grid Accent 4"/>
    <w:basedOn w:val="a3"/>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53">
    <w:name w:val="Light Grid Accent 5"/>
    <w:basedOn w:val="a3"/>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63">
    <w:name w:val="Light Grid Accent 6"/>
    <w:basedOn w:val="a3"/>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14">
    <w:name w:val="Medium Shading 1"/>
    <w:basedOn w:val="a3"/>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110">
    <w:name w:val="Medium Shading 1 Accent 1"/>
    <w:basedOn w:val="a3"/>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120">
    <w:name w:val="Medium Shading 1 Accent 2"/>
    <w:basedOn w:val="a3"/>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130">
    <w:name w:val="Medium Shading 1 Accent 3"/>
    <w:basedOn w:val="a3"/>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140">
    <w:name w:val="Medium Shading 1 Accent 4"/>
    <w:basedOn w:val="a3"/>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15">
    <w:name w:val="Medium Shading 1 Accent 5"/>
    <w:basedOn w:val="a3"/>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16">
    <w:name w:val="Medium Shading 1 Accent 6"/>
    <w:basedOn w:val="a3"/>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2a">
    <w:name w:val="Medium Shading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10">
    <w:name w:val="Medium Shading 2 Accent 1"/>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20">
    <w:name w:val="Medium Shading 2 Accent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30">
    <w:name w:val="Medium Shading 2 Accent 3"/>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40">
    <w:name w:val="Medium Shading 2 Accent 4"/>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50">
    <w:name w:val="Medium Shading 2 Accent 5"/>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60">
    <w:name w:val="Medium Shading 2 Accent 6"/>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17">
    <w:name w:val="Medium List 1"/>
    <w:basedOn w:val="a3"/>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111">
    <w:name w:val="Medium List 1 Accent 1"/>
    <w:basedOn w:val="a3"/>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121">
    <w:name w:val="Medium List 1 Accent 2"/>
    <w:basedOn w:val="a3"/>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131">
    <w:name w:val="Medium List 1 Accent 3"/>
    <w:basedOn w:val="a3"/>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141">
    <w:name w:val="Medium List 1 Accent 4"/>
    <w:basedOn w:val="a3"/>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150">
    <w:name w:val="Medium List 1 Accent 5"/>
    <w:basedOn w:val="a3"/>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160">
    <w:name w:val="Medium List 1 Accent 6"/>
    <w:basedOn w:val="a3"/>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2b">
    <w:name w:val="Medium Lis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211">
    <w:name w:val="Medium List 2 Accent 1"/>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221">
    <w:name w:val="Medium List 2 Accen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231">
    <w:name w:val="Medium List 2 Accent 3"/>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241">
    <w:name w:val="Medium List 2 Accent 4"/>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251">
    <w:name w:val="Medium List 2 Accent 5"/>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261">
    <w:name w:val="Medium List 2 Accent 6"/>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18">
    <w:name w:val="Medium Grid 1"/>
    <w:basedOn w:val="a3"/>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12">
    <w:name w:val="Medium Grid 1 Accent 1"/>
    <w:basedOn w:val="a3"/>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122">
    <w:name w:val="Medium Grid 1 Accent 2"/>
    <w:basedOn w:val="a3"/>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32">
    <w:name w:val="Medium Grid 1 Accent 3"/>
    <w:basedOn w:val="a3"/>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42">
    <w:name w:val="Medium Grid 1 Accent 4"/>
    <w:basedOn w:val="a3"/>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51">
    <w:name w:val="Medium Grid 1 Accent 5"/>
    <w:basedOn w:val="a3"/>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61">
    <w:name w:val="Medium Grid 1 Accent 6"/>
    <w:basedOn w:val="a3"/>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2c">
    <w:name w:val="Medium Grid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212">
    <w:name w:val="Medium Grid 2 Accent 1"/>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222">
    <w:name w:val="Medium Grid 2 Accent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232">
    <w:name w:val="Medium Grid 2 Accent 3"/>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242">
    <w:name w:val="Medium Grid 2 Accent 4"/>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252">
    <w:name w:val="Medium Grid 2 Accent 5"/>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262">
    <w:name w:val="Medium Grid 2 Accent 6"/>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3a">
    <w:name w:val="Medium Grid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310">
    <w:name w:val="Medium Grid 3 Accent 1"/>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320">
    <w:name w:val="Medium Grid 3 Accent 2"/>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330">
    <w:name w:val="Medium Grid 3 Accent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340">
    <w:name w:val="Medium Grid 3 Accent 4"/>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350">
    <w:name w:val="Medium Grid 3 Accent 5"/>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360">
    <w:name w:val="Medium Grid 3 Accent 6"/>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aff6">
    <w:name w:val="Dark List"/>
    <w:basedOn w:val="a3"/>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9">
    <w:name w:val="Dark List Accent 1"/>
    <w:basedOn w:val="a3"/>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2d">
    <w:name w:val="Dark List Accent 2"/>
    <w:basedOn w:val="a3"/>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3b">
    <w:name w:val="Dark List Accent 3"/>
    <w:basedOn w:val="a3"/>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44">
    <w:name w:val="Dark List Accent 4"/>
    <w:basedOn w:val="a3"/>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54">
    <w:name w:val="Dark List Accent 5"/>
    <w:basedOn w:val="a3"/>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64">
    <w:name w:val="Dark List Accent 6"/>
    <w:basedOn w:val="a3"/>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aff7">
    <w:name w:val="Colorful Shading"/>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1a">
    <w:name w:val="Colorful Shading Accent 1"/>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2e">
    <w:name w:val="Colorful Shading Accent 2"/>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3c">
    <w:name w:val="Colorful Shading Accent 3"/>
    <w:basedOn w:val="a3"/>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45">
    <w:name w:val="Colorful Shading Accent 4"/>
    <w:basedOn w:val="a3"/>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55">
    <w:name w:val="Colorful Shading Accent 5"/>
    <w:basedOn w:val="a3"/>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65">
    <w:name w:val="Colorful Shading Accent 6"/>
    <w:basedOn w:val="a3"/>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aff8">
    <w:name w:val="Colorful List"/>
    <w:basedOn w:val="a3"/>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1b">
    <w:name w:val="Colorful List Accent 1"/>
    <w:basedOn w:val="a3"/>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2f">
    <w:name w:val="Colorful List Accent 2"/>
    <w:basedOn w:val="a3"/>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3d">
    <w:name w:val="Colorful List Accent 3"/>
    <w:basedOn w:val="a3"/>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46">
    <w:name w:val="Colorful List Accent 4"/>
    <w:basedOn w:val="a3"/>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56">
    <w:name w:val="Colorful List Accent 5"/>
    <w:basedOn w:val="a3"/>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66">
    <w:name w:val="Colorful List Accent 6"/>
    <w:basedOn w:val="a3"/>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aff9">
    <w:name w:val="Colorful Grid"/>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c">
    <w:name w:val="Colorful Grid Accent 1"/>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2f0">
    <w:name w:val="Colorful Grid Accent 2"/>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3e">
    <w:name w:val="Colorful Grid Accent 3"/>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47">
    <w:name w:val="Colorful Grid Accent 4"/>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57">
    <w:name w:val="Colorful Grid Accent 5"/>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67">
    <w:name w:val="Colorful Grid Accent 6"/>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37929355">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103</TotalTime>
  <Pages>25</Pages>
  <Words>40650</Words>
  <Characters>23172</Characters>
  <Application>Microsoft Office Word</Application>
  <DocSecurity>0</DocSecurity>
  <Lines>193</Lines>
  <Paragraphs>127</Paragraphs>
  <ScaleCrop>false</ScaleCrop>
  <HeadingPairs>
    <vt:vector size="6" baseType="variant">
      <vt:variant>
        <vt:lpstr>Назва</vt:lpstr>
      </vt:variant>
      <vt:variant>
        <vt:i4>1</vt:i4>
      </vt:variant>
      <vt:variant>
        <vt:lpstr>Название</vt:lpstr>
      </vt:variant>
      <vt:variant>
        <vt:i4>1</vt:i4>
      </vt:variant>
      <vt:variant>
        <vt:lpstr>Title</vt:lpstr>
      </vt:variant>
      <vt:variant>
        <vt:i4>1</vt:i4>
      </vt:variant>
    </vt:vector>
  </HeadingPairs>
  <TitlesOfParts>
    <vt:vector size="3" baseType="lpstr">
      <vt:lpstr/>
      <vt:lpstr/>
      <vt:lpstr/>
    </vt:vector>
  </TitlesOfParts>
  <Manager/>
  <Company/>
  <LinksUpToDate>false</LinksUpToDate>
  <CharactersWithSpaces>63695</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Рудницька Наталія Олександрівна</cp:lastModifiedBy>
  <cp:revision>50</cp:revision>
  <cp:lastPrinted>2026-11-04T08:34:00Z</cp:lastPrinted>
  <dcterms:created xsi:type="dcterms:W3CDTF">2026-11-05T07:35:00Z</dcterms:created>
  <dcterms:modified xsi:type="dcterms:W3CDTF">2026-11-06T10:12:00Z</dcterms:modified>
  <cp:category/>
</cp:coreProperties>
</file>